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Palatino" w:hAnsi="Palatino" w:cs="Palatino" w:eastAsia="Palatino"/>
          <w:b/>
          <w:color w:val="000000"/>
          <w:sz w:val="26"/>
        </w:rPr>
        <w:t>Virgil, Aeneid – the AP passages in English</w:t>
      </w:r>
    </w:p>
    <w:p>
      <w:r>
        <w:rPr>
          <w:rFonts w:ascii="Palatino" w:hAnsi="Palatino" w:cs="Palatino" w:eastAsia="Palatino"/>
          <w:color w:val="000000"/>
          <w:sz w:val="23"/>
        </w:rPr>
        <w:t>A literal translation of every AP Latin passage. The small red numbers are the line numbers.</w:t>
      </w:r>
    </w:p>
    <w:p>
      <w:pPr>
        <w:jc w:val="center"/>
      </w:pPr>
      <w:r>
        <w:rPr>
          <w:rFonts w:ascii="Palatino" w:hAnsi="Palatino" w:cs="Palatino" w:eastAsia="Palatino"/>
          <w:b/>
          <w:color w:val="000000"/>
          <w:sz w:val="23"/>
        </w:rPr>
        <w:t>Aeneid 1.1–33</w:t>
      </w:r>
    </w:p>
    <w:p>
      <w:r>
        <w:rPr>
          <w:rFonts w:ascii="Palatino" w:hAnsi="Palatino" w:cs="Palatino" w:eastAsia="Palatino"/>
          <w:b/>
          <w:color w:val="C00000"/>
          <w:sz w:val="16"/>
        </w:rPr>
        <w:t xml:space="preserve">1 </w:t>
      </w:r>
      <w:r>
        <w:rPr>
          <w:rFonts w:ascii="Palatino" w:hAnsi="Palatino" w:cs="Palatino" w:eastAsia="Palatino"/>
          <w:color w:val="000000"/>
          <w:sz w:val="23"/>
        </w:rPr>
        <w:t xml:space="preserve">I sing of arms and the man who first came from the shores of Troy, an exile by fate, to Italy and the Lavinian shores; that man was much tossed about on land and on the deep by the power of the gods, on account of the remembering anger of savage Juno; he also suffered many things in war, until he could found a city and bring his gods into Latium; from where came the Latin race, the Alban fathers, and the walls of lofty Rome. </w:t>
      </w:r>
      <w:r>
        <w:rPr>
          <w:rFonts w:ascii="Palatino" w:hAnsi="Palatino" w:cs="Palatino" w:eastAsia="Palatino"/>
          <w:b/>
          <w:color w:val="C00000"/>
          <w:sz w:val="16"/>
        </w:rPr>
        <w:t xml:space="preserve">8 </w:t>
      </w:r>
      <w:r>
        <w:rPr>
          <w:rFonts w:ascii="Palatino" w:hAnsi="Palatino" w:cs="Palatino" w:eastAsia="Palatino"/>
          <w:color w:val="000000"/>
          <w:sz w:val="23"/>
        </w:rPr>
        <w:t xml:space="preserve">Muse, recall to me the causes: through what injury to her divine will, or grieving at what, did the queen of the gods drive a man outstanding in his devotion (pietas) to pass through so many misfortunes, to face so many labours? Are there such great angers in heavenly minds? </w:t>
      </w:r>
      <w:r>
        <w:rPr>
          <w:rFonts w:ascii="Palatino" w:hAnsi="Palatino" w:cs="Palatino" w:eastAsia="Palatino"/>
          <w:b/>
          <w:color w:val="C00000"/>
          <w:sz w:val="16"/>
        </w:rPr>
        <w:t xml:space="preserve">12 </w:t>
      </w:r>
      <w:r>
        <w:rPr>
          <w:rFonts w:ascii="Palatino" w:hAnsi="Palatino" w:cs="Palatino" w:eastAsia="Palatino"/>
          <w:color w:val="000000"/>
          <w:sz w:val="23"/>
        </w:rPr>
        <w:t xml:space="preserve">There was an ancient city, which Tyrian settlers held, Carthage, far opposite Italy and the mouths of the Tiber, rich in resources and most fierce in the pursuits of war. Juno is said to have cherished this one city more than all lands, with Samos held second; here were her arms, here was her chariot; even then the goddess aims and fosters that this be the kingdom over the nations, if the fates somehow allow it. </w:t>
      </w:r>
      <w:r>
        <w:rPr>
          <w:rFonts w:ascii="Palatino" w:hAnsi="Palatino" w:cs="Palatino" w:eastAsia="Palatino"/>
          <w:b/>
          <w:color w:val="C00000"/>
          <w:sz w:val="16"/>
        </w:rPr>
        <w:t xml:space="preserve">19 </w:t>
      </w:r>
      <w:r>
        <w:rPr>
          <w:rFonts w:ascii="Palatino" w:hAnsi="Palatino" w:cs="Palatino" w:eastAsia="Palatino"/>
          <w:color w:val="000000"/>
          <w:sz w:val="23"/>
        </w:rPr>
        <w:t xml:space="preserve">But indeed she had heard that a race was being descended from Trojan blood which would one day overturn the Tyrian citadels; that from this a people, ruling far and wide and proud in war, would come for the destruction of Libya; so the Fates were unrolling it. </w:t>
      </w:r>
      <w:r>
        <w:rPr>
          <w:rFonts w:ascii="Palatino" w:hAnsi="Palatino" w:cs="Palatino" w:eastAsia="Palatino"/>
          <w:b/>
          <w:color w:val="C00000"/>
          <w:sz w:val="16"/>
        </w:rPr>
        <w:t xml:space="preserve">23 </w:t>
      </w:r>
      <w:r>
        <w:rPr>
          <w:rFonts w:ascii="Palatino" w:hAnsi="Palatino" w:cs="Palatino" w:eastAsia="Palatino"/>
          <w:color w:val="000000"/>
          <w:sz w:val="23"/>
        </w:rPr>
        <w:t xml:space="preserve">Fearing this, and mindful of the old war which she had first waged at Troy on behalf of her dear Argos, and not yet had the causes of her anger and her savage griefs fallen from her mind: there remains stored deep in her mind the judgement of Paris and the insult of her scorned beauty, and the hated race, and the honours of snatched-away Ganymede. Inflamed by these things besides, the daughter of Saturn kept far from Latium the Trojans, tossed over the whole sea, the leftovers of the Greeks and of pitiless Achilles; and for many years they wandered, driven by the fates, around all the seas. </w:t>
      </w:r>
      <w:r>
        <w:rPr>
          <w:rFonts w:ascii="Palatino" w:hAnsi="Palatino" w:cs="Palatino" w:eastAsia="Palatino"/>
          <w:color w:val="000000"/>
          <w:sz w:val="23"/>
        </w:rPr>
        <w:t xml:space="preserve">So great a task it was to found the Roman race. </w:t>
      </w:r>
    </w:p>
    <w:p>
      <w:pPr>
        <w:jc w:val="center"/>
      </w:pPr>
      <w:r>
        <w:rPr>
          <w:rFonts w:ascii="Palatino" w:hAnsi="Palatino" w:cs="Palatino" w:eastAsia="Palatino"/>
          <w:b/>
          <w:color w:val="000000"/>
          <w:sz w:val="23"/>
        </w:rPr>
        <w:t>Aeneid 1.88–107 and 496–512</w:t>
      </w:r>
    </w:p>
    <w:p>
      <w:r>
        <w:rPr>
          <w:rFonts w:ascii="Palatino" w:hAnsi="Palatino" w:cs="Palatino" w:eastAsia="Palatino"/>
          <w:b/>
          <w:color w:val="C00000"/>
          <w:sz w:val="16"/>
        </w:rPr>
        <w:t xml:space="preserve">88 </w:t>
      </w:r>
      <w:r>
        <w:rPr>
          <w:rFonts w:ascii="Palatino" w:hAnsi="Palatino" w:cs="Palatino" w:eastAsia="Palatino"/>
          <w:color w:val="000000"/>
          <w:sz w:val="23"/>
        </w:rPr>
        <w:t xml:space="preserve">Suddenly the clouds snatch both the sky and the daylight from the eyes of the Trojans; black night broods over the sea. </w:t>
      </w:r>
      <w:r>
        <w:rPr>
          <w:rFonts w:ascii="Palatino" w:hAnsi="Palatino" w:cs="Palatino" w:eastAsia="Palatino"/>
          <w:b/>
          <w:color w:val="C00000"/>
          <w:sz w:val="16"/>
        </w:rPr>
        <w:t xml:space="preserve">90 </w:t>
      </w:r>
      <w:r>
        <w:rPr>
          <w:rFonts w:ascii="Palatino" w:hAnsi="Palatino" w:cs="Palatino" w:eastAsia="Palatino"/>
          <w:color w:val="000000"/>
          <w:sz w:val="23"/>
        </w:rPr>
        <w:t xml:space="preserve">The heavens thundered, and the sky flashes with frequent fires, and everything threatens the men with immediate death. </w:t>
      </w:r>
      <w:r>
        <w:rPr>
          <w:rFonts w:ascii="Palatino" w:hAnsi="Palatino" w:cs="Palatino" w:eastAsia="Palatino"/>
          <w:b/>
          <w:color w:val="C00000"/>
          <w:sz w:val="16"/>
        </w:rPr>
        <w:t xml:space="preserve">92 </w:t>
      </w:r>
      <w:r>
        <w:rPr>
          <w:rFonts w:ascii="Palatino" w:hAnsi="Palatino" w:cs="Palatino" w:eastAsia="Palatino"/>
          <w:color w:val="000000"/>
          <w:sz w:val="23"/>
        </w:rPr>
        <w:t xml:space="preserve">At once Aeneas' limbs are loosened with cold; he groans, and stretching both his palms to the stars, he speaks such words with his voice: </w:t>
      </w:r>
      <w:r>
        <w:rPr>
          <w:rFonts w:ascii="Palatino" w:hAnsi="Palatino" w:cs="Palatino" w:eastAsia="Palatino"/>
          <w:color w:val="000000"/>
          <w:sz w:val="23"/>
        </w:rPr>
        <w:t xml:space="preserve">"O three and four times blessed were those whose lot it was to die before the faces of their fathers beneath the high walls of Troy! </w:t>
      </w:r>
      <w:r>
        <w:rPr>
          <w:rFonts w:ascii="Palatino" w:hAnsi="Palatino" w:cs="Palatino" w:eastAsia="Palatino"/>
          <w:color w:val="000000"/>
          <w:sz w:val="23"/>
        </w:rPr>
        <w:t xml:space="preserve">O son of Tydeus, bravest of the race of the Greeks, could I not have fallen on the Trojan plains and poured out this life by your right hand, where fierce Hector lies by the spear of Achilles, where huge Sarpedon lies, where the Simois rolls so many shields of men and helmets and brave bodies, snatched beneath its waves?" </w:t>
      </w:r>
      <w:r>
        <w:rPr>
          <w:rFonts w:ascii="Palatino" w:hAnsi="Palatino" w:cs="Palatino" w:eastAsia="Palatino"/>
          <w:b/>
          <w:color w:val="C00000"/>
          <w:sz w:val="16"/>
        </w:rPr>
        <w:t xml:space="preserve">102 </w:t>
      </w:r>
      <w:r>
        <w:rPr>
          <w:rFonts w:ascii="Palatino" w:hAnsi="Palatino" w:cs="Palatino" w:eastAsia="Palatino"/>
          <w:color w:val="000000"/>
          <w:sz w:val="23"/>
        </w:rPr>
        <w:t xml:space="preserve">As he hurls out such words, a gale screaming from the North strikes the sail head-on and lifts the waves to the stars. </w:t>
      </w:r>
      <w:r>
        <w:rPr>
          <w:rFonts w:ascii="Palatino" w:hAnsi="Palatino" w:cs="Palatino" w:eastAsia="Palatino"/>
          <w:b/>
          <w:color w:val="C00000"/>
          <w:sz w:val="16"/>
        </w:rPr>
        <w:t xml:space="preserve">104 </w:t>
      </w:r>
      <w:r>
        <w:rPr>
          <w:rFonts w:ascii="Palatino" w:hAnsi="Palatino" w:cs="Palatino" w:eastAsia="Palatino"/>
          <w:color w:val="000000"/>
          <w:sz w:val="23"/>
        </w:rPr>
        <w:t xml:space="preserve">The oars are shattered; then the prow turns away and gives its side to the waves; a sheer mountain of water follows in a heap. Some hang on the crest of a wave; for others the gaping wave opens up the ground between the waves; the surge rages with sand. </w:t>
      </w:r>
      <w:r>
        <w:rPr>
          <w:rFonts w:ascii="Palatino" w:hAnsi="Palatino" w:cs="Palatino" w:eastAsia="Palatino"/>
          <w:b/>
          <w:color w:val="C00000"/>
          <w:sz w:val="16"/>
        </w:rPr>
        <w:t xml:space="preserve">496 </w:t>
      </w:r>
      <w:r>
        <w:rPr>
          <w:rFonts w:ascii="Palatino" w:hAnsi="Palatino" w:cs="Palatino" w:eastAsia="Palatino"/>
          <w:color w:val="000000"/>
          <w:sz w:val="23"/>
        </w:rPr>
        <w:t xml:space="preserve">the queen, Dido, most beautiful in appearance, advanced to the temple, with a great crowd of young men thronging around her. </w:t>
      </w:r>
      <w:r>
        <w:rPr>
          <w:rFonts w:ascii="Palatino" w:hAnsi="Palatino" w:cs="Palatino" w:eastAsia="Palatino"/>
          <w:b/>
          <w:color w:val="C00000"/>
          <w:sz w:val="16"/>
        </w:rPr>
        <w:t xml:space="preserve">498 </w:t>
      </w:r>
      <w:r>
        <w:rPr>
          <w:rFonts w:ascii="Palatino" w:hAnsi="Palatino" w:cs="Palatino" w:eastAsia="Palatino"/>
          <w:color w:val="000000"/>
          <w:sz w:val="23"/>
        </w:rPr>
        <w:t xml:space="preserve">Just as on the banks of the Eurotas or along the ridges of Cynthus Diana leads her dances, and following her a thousand mountain nymphs gather on this side and on that; she carries a quiver on her shoulder and, as she walks, she stands out above all the goddesses; joys thrill the silent heart of Latona: such was Dido, so she carried herself joyfully through their midst, pressing on with the work and her future kingdom. </w:t>
      </w:r>
      <w:r>
        <w:rPr>
          <w:rFonts w:ascii="Palatino" w:hAnsi="Palatino" w:cs="Palatino" w:eastAsia="Palatino"/>
          <w:b/>
          <w:color w:val="C00000"/>
          <w:sz w:val="16"/>
        </w:rPr>
        <w:t xml:space="preserve">505 </w:t>
      </w:r>
      <w:r>
        <w:rPr>
          <w:rFonts w:ascii="Palatino" w:hAnsi="Palatino" w:cs="Palatino" w:eastAsia="Palatino"/>
          <w:color w:val="000000"/>
          <w:sz w:val="23"/>
        </w:rPr>
        <w:t xml:space="preserve">Then at the doors of the goddess, beneath the middle of the temple's vaulted roof, surrounded by arms and supported high on a throne, she took her seat. </w:t>
      </w:r>
      <w:r>
        <w:rPr>
          <w:rFonts w:ascii="Palatino" w:hAnsi="Palatino" w:cs="Palatino" w:eastAsia="Palatino"/>
          <w:b/>
          <w:color w:val="C00000"/>
          <w:sz w:val="16"/>
        </w:rPr>
        <w:t xml:space="preserve">507 </w:t>
      </w:r>
      <w:r>
        <w:rPr>
          <w:rFonts w:ascii="Palatino" w:hAnsi="Palatino" w:cs="Palatino" w:eastAsia="Palatino"/>
          <w:color w:val="000000"/>
          <w:sz w:val="23"/>
        </w:rPr>
        <w:t xml:space="preserve">She was giving judgements and laws to the men, and was sharing out the toil of the work in fair parts or assigning it by lot, </w:t>
      </w:r>
      <w:r>
        <w:rPr>
          <w:rFonts w:ascii="Palatino" w:hAnsi="Palatino" w:cs="Palatino" w:eastAsia="Palatino"/>
          <w:b/>
          <w:color w:val="C00000"/>
          <w:sz w:val="16"/>
        </w:rPr>
        <w:t xml:space="preserve">509 </w:t>
      </w:r>
      <w:r>
        <w:rPr>
          <w:rFonts w:ascii="Palatino" w:hAnsi="Palatino" w:cs="Palatino" w:eastAsia="Palatino"/>
          <w:color w:val="000000"/>
          <w:sz w:val="23"/>
        </w:rPr>
        <w:t xml:space="preserve">when suddenly Aeneas sees approaching in a great crowd Antheus and Sergestus and brave Cloanthus and others of the Trojans, whom a black whirlwind had scattered over the sea and had carried far away to other shores. </w:t>
      </w:r>
    </w:p>
    <w:p>
      <w:pPr>
        <w:jc w:val="center"/>
      </w:pPr>
      <w:r>
        <w:rPr>
          <w:rFonts w:ascii="Palatino" w:hAnsi="Palatino" w:cs="Palatino" w:eastAsia="Palatino"/>
          <w:b/>
          <w:color w:val="000000"/>
          <w:sz w:val="23"/>
        </w:rPr>
        <w:t>Aeneid 2.40–56</w:t>
      </w:r>
    </w:p>
    <w:p>
      <w:r>
        <w:rPr>
          <w:rFonts w:ascii="Palatino" w:hAnsi="Palatino" w:cs="Palatino" w:eastAsia="Palatino"/>
          <w:b/>
          <w:color w:val="C00000"/>
          <w:sz w:val="16"/>
        </w:rPr>
        <w:t xml:space="preserve">40 </w:t>
      </w:r>
      <w:r>
        <w:rPr>
          <w:rFonts w:ascii="Palatino" w:hAnsi="Palatino" w:cs="Palatino" w:eastAsia="Palatino"/>
          <w:color w:val="000000"/>
          <w:sz w:val="23"/>
        </w:rPr>
        <w:t xml:space="preserve">There first before all, with a great crowd accompanying him, Laocoon runs down in a blaze of fury from the top of the citadel, and from far off cries: </w:t>
      </w:r>
      <w:r>
        <w:rPr>
          <w:rFonts w:ascii="Palatino" w:hAnsi="Palatino" w:cs="Palatino" w:eastAsia="Palatino"/>
          <w:color w:val="000000"/>
          <w:sz w:val="23"/>
        </w:rPr>
        <w:t xml:space="preserve">"O wretched citizens, what is this great madness? </w:t>
      </w:r>
      <w:r>
        <w:rPr>
          <w:rFonts w:ascii="Palatino" w:hAnsi="Palatino" w:cs="Palatino" w:eastAsia="Palatino"/>
          <w:b/>
          <w:color w:val="C00000"/>
          <w:sz w:val="16"/>
        </w:rPr>
        <w:t xml:space="preserve">43 </w:t>
      </w:r>
      <w:r>
        <w:rPr>
          <w:rFonts w:ascii="Palatino" w:hAnsi="Palatino" w:cs="Palatino" w:eastAsia="Palatino"/>
          <w:color w:val="000000"/>
          <w:sz w:val="23"/>
        </w:rPr>
        <w:t xml:space="preserve">Do you believe the enemy has sailed away? </w:t>
      </w:r>
      <w:r>
        <w:rPr>
          <w:rFonts w:ascii="Palatino" w:hAnsi="Palatino" w:cs="Palatino" w:eastAsia="Palatino"/>
          <w:color w:val="000000"/>
          <w:sz w:val="23"/>
        </w:rPr>
        <w:t xml:space="preserve">Or do you think any gifts of the Greeks are free of tricks? </w:t>
      </w:r>
      <w:r>
        <w:rPr>
          <w:rFonts w:ascii="Palatino" w:hAnsi="Palatino" w:cs="Palatino" w:eastAsia="Palatino"/>
          <w:color w:val="000000"/>
          <w:sz w:val="23"/>
        </w:rPr>
        <w:t xml:space="preserve">Is this how Ulysses is known? </w:t>
      </w:r>
      <w:r>
        <w:rPr>
          <w:rFonts w:ascii="Palatino" w:hAnsi="Palatino" w:cs="Palatino" w:eastAsia="Palatino"/>
          <w:b/>
          <w:color w:val="C00000"/>
          <w:sz w:val="16"/>
        </w:rPr>
        <w:t xml:space="preserve">45 </w:t>
      </w:r>
      <w:r>
        <w:rPr>
          <w:rFonts w:ascii="Palatino" w:hAnsi="Palatino" w:cs="Palatino" w:eastAsia="Palatino"/>
          <w:color w:val="000000"/>
          <w:sz w:val="23"/>
        </w:rPr>
        <w:t xml:space="preserve">Either Greeks are hidden, shut in this wood, or this machine has been built against our walls to spy on our houses and to come down on the city from above, or some deception lurks in the horse: do not trust the horse, Trojans. </w:t>
      </w:r>
      <w:r>
        <w:rPr>
          <w:rFonts w:ascii="Palatino" w:hAnsi="Palatino" w:cs="Palatino" w:eastAsia="Palatino"/>
          <w:b/>
          <w:color w:val="C00000"/>
          <w:sz w:val="16"/>
        </w:rPr>
        <w:t xml:space="preserve">49 </w:t>
      </w:r>
      <w:r>
        <w:rPr>
          <w:rFonts w:ascii="Palatino" w:hAnsi="Palatino" w:cs="Palatino" w:eastAsia="Palatino"/>
          <w:color w:val="000000"/>
          <w:sz w:val="23"/>
        </w:rPr>
        <w:t xml:space="preserve">Whatever it is, I fear the Greeks even when they bring gifts." </w:t>
      </w:r>
      <w:r>
        <w:rPr>
          <w:rFonts w:ascii="Palatino" w:hAnsi="Palatino" w:cs="Palatino" w:eastAsia="Palatino"/>
          <w:b/>
          <w:color w:val="C00000"/>
          <w:sz w:val="16"/>
        </w:rPr>
        <w:t xml:space="preserve">50 </w:t>
      </w:r>
      <w:r>
        <w:rPr>
          <w:rFonts w:ascii="Palatino" w:hAnsi="Palatino" w:cs="Palatino" w:eastAsia="Palatino"/>
          <w:color w:val="000000"/>
          <w:sz w:val="23"/>
        </w:rPr>
        <w:t xml:space="preserve">Having spoken thus, with mighty strength he hurled a huge spear into the side and into the belly of the beast, curved with its joints. </w:t>
      </w:r>
      <w:r>
        <w:rPr>
          <w:rFonts w:ascii="Palatino" w:hAnsi="Palatino" w:cs="Palatino" w:eastAsia="Palatino"/>
          <w:color w:val="000000"/>
          <w:sz w:val="23"/>
        </w:rPr>
        <w:t xml:space="preserve">It stood there quivering, and as the womb was struck the hollow caverns resounded and gave a groan. </w:t>
      </w:r>
      <w:r>
        <w:rPr>
          <w:rFonts w:ascii="Palatino" w:hAnsi="Palatino" w:cs="Palatino" w:eastAsia="Palatino"/>
          <w:b/>
          <w:color w:val="C00000"/>
          <w:sz w:val="16"/>
        </w:rPr>
        <w:t xml:space="preserve">54 </w:t>
      </w:r>
      <w:r>
        <w:rPr>
          <w:rFonts w:ascii="Palatino" w:hAnsi="Palatino" w:cs="Palatino" w:eastAsia="Palatino"/>
          <w:color w:val="000000"/>
          <w:sz w:val="23"/>
        </w:rPr>
        <w:t xml:space="preserve">And if the fates of the gods, if our mind had not been perverse, he would have driven us to defile the Greek hiding-places with steel, and Troy would now be standing, and you, high citadel of Priam, would remain. </w:t>
      </w:r>
    </w:p>
    <w:p>
      <w:pPr>
        <w:jc w:val="center"/>
      </w:pPr>
      <w:r>
        <w:rPr>
          <w:rFonts w:ascii="Palatino" w:hAnsi="Palatino" w:cs="Palatino" w:eastAsia="Palatino"/>
          <w:b/>
          <w:color w:val="000000"/>
          <w:sz w:val="23"/>
        </w:rPr>
        <w:t>Aeneid 2.201–249</w:t>
      </w:r>
    </w:p>
    <w:p>
      <w:r>
        <w:rPr>
          <w:rFonts w:ascii="Palatino" w:hAnsi="Palatino" w:cs="Palatino" w:eastAsia="Palatino"/>
          <w:b/>
          <w:color w:val="C00000"/>
          <w:sz w:val="16"/>
        </w:rPr>
        <w:t xml:space="preserve">201 </w:t>
      </w:r>
      <w:r>
        <w:rPr>
          <w:rFonts w:ascii="Palatino" w:hAnsi="Palatino" w:cs="Palatino" w:eastAsia="Palatino"/>
          <w:color w:val="000000"/>
          <w:sz w:val="23"/>
        </w:rPr>
        <w:t xml:space="preserve">Laocoon, chosen by lot as priest for Neptune, was sacrificing a huge bull at the customary altars. </w:t>
      </w:r>
      <w:r>
        <w:rPr>
          <w:rFonts w:ascii="Palatino" w:hAnsi="Palatino" w:cs="Palatino" w:eastAsia="Palatino"/>
          <w:b/>
          <w:color w:val="C00000"/>
          <w:sz w:val="16"/>
        </w:rPr>
        <w:t xml:space="preserve">203 </w:t>
      </w:r>
      <w:r>
        <w:rPr>
          <w:rFonts w:ascii="Palatino" w:hAnsi="Palatino" w:cs="Palatino" w:eastAsia="Palatino"/>
          <w:color w:val="000000"/>
          <w:sz w:val="23"/>
        </w:rPr>
        <w:t xml:space="preserve">But look! from Tenedos, through the calm deep (I shudder as I tell it), twin snakes with enormous coils lean on the sea and side by side make for the shore; </w:t>
      </w:r>
      <w:r>
        <w:rPr>
          <w:rFonts w:ascii="Palatino" w:hAnsi="Palatino" w:cs="Palatino" w:eastAsia="Palatino"/>
          <w:b/>
          <w:color w:val="C00000"/>
          <w:sz w:val="16"/>
        </w:rPr>
        <w:t xml:space="preserve">206 </w:t>
      </w:r>
      <w:r>
        <w:rPr>
          <w:rFonts w:ascii="Palatino" w:hAnsi="Palatino" w:cs="Palatino" w:eastAsia="Palatino"/>
          <w:color w:val="000000"/>
          <w:sz w:val="23"/>
        </w:rPr>
        <w:t xml:space="preserve">their breasts, raised up among the waves, and their blood-red crests rise above the waves; the rest of them skims the sea behind and twists their huge backs in a coil. </w:t>
      </w:r>
      <w:r>
        <w:rPr>
          <w:rFonts w:ascii="Palatino" w:hAnsi="Palatino" w:cs="Palatino" w:eastAsia="Palatino"/>
          <w:b/>
          <w:color w:val="C00000"/>
          <w:sz w:val="16"/>
        </w:rPr>
        <w:t xml:space="preserve">209 </w:t>
      </w:r>
      <w:r>
        <w:rPr>
          <w:rFonts w:ascii="Palatino" w:hAnsi="Palatino" w:cs="Palatino" w:eastAsia="Palatino"/>
          <w:color w:val="000000"/>
          <w:sz w:val="23"/>
        </w:rPr>
        <w:t xml:space="preserve">A roar arises as the salt sea foams; and now they were reaching the fields, their burning eyes suffused with blood and fire, and they were licking their hissing mouths with flickering tongues. </w:t>
      </w:r>
      <w:r>
        <w:rPr>
          <w:rFonts w:ascii="Palatino" w:hAnsi="Palatino" w:cs="Palatino" w:eastAsia="Palatino"/>
          <w:b/>
          <w:color w:val="C00000"/>
          <w:sz w:val="16"/>
        </w:rPr>
        <w:t xml:space="preserve">212 </w:t>
      </w:r>
      <w:r>
        <w:rPr>
          <w:rFonts w:ascii="Palatino" w:hAnsi="Palatino" w:cs="Palatino" w:eastAsia="Palatino"/>
          <w:color w:val="000000"/>
          <w:sz w:val="23"/>
        </w:rPr>
        <w:t xml:space="preserve">We scatter, bloodless at the sight. </w:t>
      </w:r>
      <w:r>
        <w:rPr>
          <w:rFonts w:ascii="Palatino" w:hAnsi="Palatino" w:cs="Palatino" w:eastAsia="Palatino"/>
          <w:color w:val="000000"/>
          <w:sz w:val="23"/>
        </w:rPr>
        <w:t xml:space="preserve">They make for Laocoon in a sure line; and first each serpent embraces the small bodies of his two sons, entwines them, and feeds with its bite on their wretched limbs; </w:t>
      </w:r>
      <w:r>
        <w:rPr>
          <w:rFonts w:ascii="Palatino" w:hAnsi="Palatino" w:cs="Palatino" w:eastAsia="Palatino"/>
          <w:b/>
          <w:color w:val="C00000"/>
          <w:sz w:val="16"/>
        </w:rPr>
        <w:t xml:space="preserve">216 </w:t>
      </w:r>
      <w:r>
        <w:rPr>
          <w:rFonts w:ascii="Palatino" w:hAnsi="Palatino" w:cs="Palatino" w:eastAsia="Palatino"/>
          <w:color w:val="000000"/>
          <w:sz w:val="23"/>
        </w:rPr>
        <w:t xml:space="preserve">afterwards they seize Laocoon himself as he comes up to help them, carrying weapons, and they bind him in their huge coils; and now, having embraced his middle twice, twice having wrapped their scaly backs around his neck, they tower over him with their heads and lofty necks. </w:t>
      </w:r>
      <w:r>
        <w:rPr>
          <w:rFonts w:ascii="Palatino" w:hAnsi="Palatino" w:cs="Palatino" w:eastAsia="Palatino"/>
          <w:b/>
          <w:color w:val="C00000"/>
          <w:sz w:val="16"/>
        </w:rPr>
        <w:t xml:space="preserve">220 </w:t>
      </w:r>
      <w:r>
        <w:rPr>
          <w:rFonts w:ascii="Palatino" w:hAnsi="Palatino" w:cs="Palatino" w:eastAsia="Palatino"/>
          <w:color w:val="000000"/>
          <w:sz w:val="23"/>
        </w:rPr>
        <w:t xml:space="preserve">He at the same time strains with his hands to tear apart the knots, his priestly ribbons drenched with gore and black venom, and at the same time he raises horrific cries to the stars, like the bellowing when a wounded bull has fled the altar and shaken the ill-aimed axe from its neck. </w:t>
      </w:r>
      <w:r>
        <w:rPr>
          <w:rFonts w:ascii="Palatino" w:hAnsi="Palatino" w:cs="Palatino" w:eastAsia="Palatino"/>
          <w:b/>
          <w:color w:val="C00000"/>
          <w:sz w:val="16"/>
        </w:rPr>
        <w:t xml:space="preserve">225 </w:t>
      </w:r>
      <w:r>
        <w:rPr>
          <w:rFonts w:ascii="Palatino" w:hAnsi="Palatino" w:cs="Palatino" w:eastAsia="Palatino"/>
          <w:color w:val="000000"/>
          <w:sz w:val="23"/>
        </w:rPr>
        <w:t xml:space="preserve">But the twin serpents escape, gliding to the highest shrines, and make for the citadel of fierce Minerva, and are sheltered beneath the feet of the goddess and beneath the circle of her shield. </w:t>
      </w:r>
      <w:r>
        <w:rPr>
          <w:rFonts w:ascii="Palatino" w:hAnsi="Palatino" w:cs="Palatino" w:eastAsia="Palatino"/>
          <w:b/>
          <w:color w:val="C00000"/>
          <w:sz w:val="16"/>
        </w:rPr>
        <w:t xml:space="preserve">228 </w:t>
      </w:r>
      <w:r>
        <w:rPr>
          <w:rFonts w:ascii="Palatino" w:hAnsi="Palatino" w:cs="Palatino" w:eastAsia="Palatino"/>
          <w:color w:val="000000"/>
          <w:sz w:val="23"/>
        </w:rPr>
        <w:t xml:space="preserve">Then indeed a new terror creeps through the trembling hearts of all, and they say that Laocoon has paid the penalty for his crime, deservedly, since he damaged the sacred oak with his spear-point and hurled his wicked spear into its back. </w:t>
      </w:r>
      <w:r>
        <w:rPr>
          <w:rFonts w:ascii="Palatino" w:hAnsi="Palatino" w:cs="Palatino" w:eastAsia="Palatino"/>
          <w:b/>
          <w:color w:val="C00000"/>
          <w:sz w:val="16"/>
        </w:rPr>
        <w:t xml:space="preserve">232 </w:t>
      </w:r>
      <w:r>
        <w:rPr>
          <w:rFonts w:ascii="Palatino" w:hAnsi="Palatino" w:cs="Palatino" w:eastAsia="Palatino"/>
          <w:color w:val="000000"/>
          <w:sz w:val="23"/>
        </w:rPr>
        <w:t xml:space="preserve">They shout together that the image must be led to its home and that the divine power of the goddess must be prayed to. </w:t>
      </w:r>
      <w:r>
        <w:rPr>
          <w:rFonts w:ascii="Palatino" w:hAnsi="Palatino" w:cs="Palatino" w:eastAsia="Palatino"/>
          <w:b/>
          <w:color w:val="C00000"/>
          <w:sz w:val="16"/>
        </w:rPr>
        <w:t xml:space="preserve">234 </w:t>
      </w:r>
      <w:r>
        <w:rPr>
          <w:rFonts w:ascii="Palatino" w:hAnsi="Palatino" w:cs="Palatino" w:eastAsia="Palatino"/>
          <w:color w:val="000000"/>
          <w:sz w:val="23"/>
        </w:rPr>
        <w:t xml:space="preserve">We break through the walls and open up the fortifications of the city. </w:t>
      </w:r>
      <w:r>
        <w:rPr>
          <w:rFonts w:ascii="Palatino" w:hAnsi="Palatino" w:cs="Palatino" w:eastAsia="Palatino"/>
          <w:b/>
          <w:color w:val="C00000"/>
          <w:sz w:val="16"/>
        </w:rPr>
        <w:t xml:space="preserve">235 </w:t>
      </w:r>
      <w:r>
        <w:rPr>
          <w:rFonts w:ascii="Palatino" w:hAnsi="Palatino" w:cs="Palatino" w:eastAsia="Palatino"/>
          <w:color w:val="000000"/>
          <w:sz w:val="23"/>
        </w:rPr>
        <w:t xml:space="preserve">All gird themselves for the work, and place rolling wheels beneath its feet and stretch ropes of hemp to its neck. </w:t>
      </w:r>
      <w:r>
        <w:rPr>
          <w:rFonts w:ascii="Palatino" w:hAnsi="Palatino" w:cs="Palatino" w:eastAsia="Palatino"/>
          <w:color w:val="000000"/>
          <w:sz w:val="23"/>
        </w:rPr>
        <w:t xml:space="preserve">The fateful machine climbs the walls, pregnant with arms. </w:t>
      </w:r>
      <w:r>
        <w:rPr>
          <w:rFonts w:ascii="Palatino" w:hAnsi="Palatino" w:cs="Palatino" w:eastAsia="Palatino"/>
          <w:color w:val="000000"/>
          <w:sz w:val="23"/>
        </w:rPr>
        <w:t xml:space="preserve">Boys and unmarried girls all around sing sacred songs and rejoice to touch the rope with their hand; it moves up and glides, threatening, into the middle of the city. </w:t>
      </w:r>
      <w:r>
        <w:rPr>
          <w:rFonts w:ascii="Palatino" w:hAnsi="Palatino" w:cs="Palatino" w:eastAsia="Palatino"/>
          <w:b/>
          <w:color w:val="C00000"/>
          <w:sz w:val="16"/>
        </w:rPr>
        <w:t xml:space="preserve">241 </w:t>
      </w:r>
      <w:r>
        <w:rPr>
          <w:rFonts w:ascii="Palatino" w:hAnsi="Palatino" w:cs="Palatino" w:eastAsia="Palatino"/>
          <w:color w:val="000000"/>
          <w:sz w:val="23"/>
        </w:rPr>
        <w:t xml:space="preserve">O fatherland! O Ilium, home of the gods, and the walls of the Trojans, famous in war! </w:t>
      </w:r>
      <w:r>
        <w:rPr>
          <w:rFonts w:ascii="Palatino" w:hAnsi="Palatino" w:cs="Palatino" w:eastAsia="Palatino"/>
          <w:color w:val="000000"/>
          <w:sz w:val="23"/>
        </w:rPr>
        <w:t xml:space="preserve">Four times it halted on the very threshold of the gate, and four times the weapons gave a sound from its womb; </w:t>
      </w:r>
      <w:r>
        <w:rPr>
          <w:rFonts w:ascii="Palatino" w:hAnsi="Palatino" w:cs="Palatino" w:eastAsia="Palatino"/>
          <w:b/>
          <w:color w:val="C00000"/>
          <w:sz w:val="16"/>
        </w:rPr>
        <w:t xml:space="preserve">244 </w:t>
      </w:r>
      <w:r>
        <w:rPr>
          <w:rFonts w:ascii="Palatino" w:hAnsi="Palatino" w:cs="Palatino" w:eastAsia="Palatino"/>
          <w:color w:val="000000"/>
          <w:sz w:val="23"/>
        </w:rPr>
        <w:t xml:space="preserve">yet we press on, heedless and blind with madness, and we set the ill-omened monster on the sacred citadel. </w:t>
      </w:r>
      <w:r>
        <w:rPr>
          <w:rFonts w:ascii="Palatino" w:hAnsi="Palatino" w:cs="Palatino" w:eastAsia="Palatino"/>
          <w:b/>
          <w:color w:val="C00000"/>
          <w:sz w:val="16"/>
        </w:rPr>
        <w:t xml:space="preserve">246 </w:t>
      </w:r>
      <w:r>
        <w:rPr>
          <w:rFonts w:ascii="Palatino" w:hAnsi="Palatino" w:cs="Palatino" w:eastAsia="Palatino"/>
          <w:color w:val="000000"/>
          <w:sz w:val="23"/>
        </w:rPr>
        <w:t xml:space="preserve">Then too Cassandra opens her mouth for the fates to come, a mouth never, by the order of a god, believed by the Trojans. </w:t>
      </w:r>
      <w:r>
        <w:rPr>
          <w:rFonts w:ascii="Palatino" w:hAnsi="Palatino" w:cs="Palatino" w:eastAsia="Palatino"/>
          <w:b/>
          <w:color w:val="C00000"/>
          <w:sz w:val="16"/>
        </w:rPr>
        <w:t xml:space="preserve">248 </w:t>
      </w:r>
      <w:r>
        <w:rPr>
          <w:rFonts w:ascii="Palatino" w:hAnsi="Palatino" w:cs="Palatino" w:eastAsia="Palatino"/>
          <w:color w:val="000000"/>
          <w:sz w:val="23"/>
        </w:rPr>
        <w:t xml:space="preserve">We wretched people, for whom that day was to be our last, cover the shrines of the gods throughout the city with festive leaves. </w:t>
      </w:r>
    </w:p>
    <w:p>
      <w:pPr>
        <w:jc w:val="center"/>
      </w:pPr>
      <w:r>
        <w:rPr>
          <w:rFonts w:ascii="Palatino" w:hAnsi="Palatino" w:cs="Palatino" w:eastAsia="Palatino"/>
          <w:b/>
          <w:color w:val="000000"/>
          <w:sz w:val="23"/>
        </w:rPr>
        <w:t>Aeneid 4.74–89 and 165–197</w:t>
      </w:r>
    </w:p>
    <w:p>
      <w:r>
        <w:rPr>
          <w:rFonts w:ascii="Palatino" w:hAnsi="Palatino" w:cs="Palatino" w:eastAsia="Palatino"/>
          <w:b/>
          <w:color w:val="C00000"/>
          <w:sz w:val="16"/>
        </w:rPr>
        <w:t xml:space="preserve">74 </w:t>
      </w:r>
      <w:r>
        <w:rPr>
          <w:rFonts w:ascii="Palatino" w:hAnsi="Palatino" w:cs="Palatino" w:eastAsia="Palatino"/>
          <w:color w:val="000000"/>
          <w:sz w:val="23"/>
        </w:rPr>
        <w:t xml:space="preserve">Now she leads Aeneas with her through the middle of the walls and shows off the Sidonian wealth and the city made ready; </w:t>
      </w:r>
      <w:r>
        <w:rPr>
          <w:rFonts w:ascii="Palatino" w:hAnsi="Palatino" w:cs="Palatino" w:eastAsia="Palatino"/>
          <w:b/>
          <w:color w:val="C00000"/>
          <w:sz w:val="16"/>
        </w:rPr>
        <w:t xml:space="preserve">76 </w:t>
      </w:r>
      <w:r>
        <w:rPr>
          <w:rFonts w:ascii="Palatino" w:hAnsi="Palatino" w:cs="Palatino" w:eastAsia="Palatino"/>
          <w:color w:val="000000"/>
          <w:sz w:val="23"/>
        </w:rPr>
        <w:t xml:space="preserve">she begins to speak out, and stops in mid-voice; </w:t>
      </w:r>
      <w:r>
        <w:rPr>
          <w:rFonts w:ascii="Palatino" w:hAnsi="Palatino" w:cs="Palatino" w:eastAsia="Palatino"/>
          <w:b/>
          <w:color w:val="C00000"/>
          <w:sz w:val="16"/>
        </w:rPr>
        <w:t xml:space="preserve">77 </w:t>
      </w:r>
      <w:r>
        <w:rPr>
          <w:rFonts w:ascii="Palatino" w:hAnsi="Palatino" w:cs="Palatino" w:eastAsia="Palatino"/>
          <w:color w:val="000000"/>
          <w:sz w:val="23"/>
        </w:rPr>
        <w:t xml:space="preserve">now, as the day slips away, she seeks the same banquets, and madly she demands to hear again the Trojan labours, and hangs again on the lips of the man telling them. </w:t>
      </w:r>
      <w:r>
        <w:rPr>
          <w:rFonts w:ascii="Palatino" w:hAnsi="Palatino" w:cs="Palatino" w:eastAsia="Palatino"/>
          <w:b/>
          <w:color w:val="C00000"/>
          <w:sz w:val="16"/>
        </w:rPr>
        <w:t xml:space="preserve">80 </w:t>
      </w:r>
      <w:r>
        <w:rPr>
          <w:rFonts w:ascii="Palatino" w:hAnsi="Palatino" w:cs="Palatino" w:eastAsia="Palatino"/>
          <w:color w:val="000000"/>
          <w:sz w:val="23"/>
        </w:rPr>
        <w:t xml:space="preserve">Afterwards, when they have parted, and the dim moon in turn hides her light and the setting stars urge sleep, she grieves alone in the empty house and lies on the couch he has left; absent, she hears and sees him absent, </w:t>
      </w:r>
      <w:r>
        <w:rPr>
          <w:rFonts w:ascii="Palatino" w:hAnsi="Palatino" w:cs="Palatino" w:eastAsia="Palatino"/>
          <w:b/>
          <w:color w:val="C00000"/>
          <w:sz w:val="16"/>
        </w:rPr>
        <w:t xml:space="preserve">84 </w:t>
      </w:r>
      <w:r>
        <w:rPr>
          <w:rFonts w:ascii="Palatino" w:hAnsi="Palatino" w:cs="Palatino" w:eastAsia="Palatino"/>
          <w:color w:val="000000"/>
          <w:sz w:val="23"/>
        </w:rPr>
        <w:t xml:space="preserve">or, captivated by his likeness to his father, she holds Ascanius in her lap, to see if she can deceive a love that cannot be spoken. </w:t>
      </w:r>
      <w:r>
        <w:rPr>
          <w:rFonts w:ascii="Palatino" w:hAnsi="Palatino" w:cs="Palatino" w:eastAsia="Palatino"/>
          <w:b/>
          <w:color w:val="C00000"/>
          <w:sz w:val="16"/>
        </w:rPr>
        <w:t xml:space="preserve">86 </w:t>
      </w:r>
      <w:r>
        <w:rPr>
          <w:rFonts w:ascii="Palatino" w:hAnsi="Palatino" w:cs="Palatino" w:eastAsia="Palatino"/>
          <w:color w:val="000000"/>
          <w:sz w:val="23"/>
        </w:rPr>
        <w:t xml:space="preserve">The towers begun do not rise, the young men do not practise arms or prepare harbours or battlements safe for war; the works hang interrupted, the huge threatening walls and the crane equal to the sky. </w:t>
      </w:r>
      <w:r>
        <w:rPr>
          <w:rFonts w:ascii="Palatino" w:hAnsi="Palatino" w:cs="Palatino" w:eastAsia="Palatino"/>
          <w:b/>
          <w:color w:val="C00000"/>
          <w:sz w:val="16"/>
        </w:rPr>
        <w:t xml:space="preserve">165 </w:t>
      </w:r>
      <w:r>
        <w:rPr>
          <w:rFonts w:ascii="Palatino" w:hAnsi="Palatino" w:cs="Palatino" w:eastAsia="Palatino"/>
          <w:color w:val="000000"/>
          <w:sz w:val="23"/>
        </w:rPr>
        <w:t xml:space="preserve">Dido and the Trojan leader come to the same cave. </w:t>
      </w:r>
      <w:r>
        <w:rPr>
          <w:rFonts w:ascii="Palatino" w:hAnsi="Palatino" w:cs="Palatino" w:eastAsia="Palatino"/>
          <w:color w:val="000000"/>
          <w:sz w:val="23"/>
        </w:rPr>
        <w:t xml:space="preserve">Earth first, and Juno as matron of honour, give the signal; fires flashed and the sky was witness to the wedding, and nymphs wailed on the highest peak. </w:t>
      </w:r>
      <w:r>
        <w:rPr>
          <w:rFonts w:ascii="Palatino" w:hAnsi="Palatino" w:cs="Palatino" w:eastAsia="Palatino"/>
          <w:b/>
          <w:color w:val="C00000"/>
          <w:sz w:val="16"/>
        </w:rPr>
        <w:t xml:space="preserve">169 </w:t>
      </w:r>
      <w:r>
        <w:rPr>
          <w:rFonts w:ascii="Palatino" w:hAnsi="Palatino" w:cs="Palatino" w:eastAsia="Palatino"/>
          <w:color w:val="000000"/>
          <w:sz w:val="23"/>
        </w:rPr>
        <w:t xml:space="preserve">That day was the first cause of death and the first of troubles; </w:t>
      </w:r>
      <w:r>
        <w:rPr>
          <w:rFonts w:ascii="Palatino" w:hAnsi="Palatino" w:cs="Palatino" w:eastAsia="Palatino"/>
          <w:color w:val="000000"/>
          <w:sz w:val="23"/>
        </w:rPr>
        <w:t xml:space="preserve">for she is not moved by appearance or reputation, and Dido no longer thinks of a secret love: she calls it marriage; with this name she covered her fault. </w:t>
      </w:r>
      <w:r>
        <w:rPr>
          <w:rFonts w:ascii="Palatino" w:hAnsi="Palatino" w:cs="Palatino" w:eastAsia="Palatino"/>
          <w:b/>
          <w:color w:val="C00000"/>
          <w:sz w:val="16"/>
        </w:rPr>
        <w:t xml:space="preserve">173 </w:t>
      </w:r>
      <w:r>
        <w:rPr>
          <w:rFonts w:ascii="Palatino" w:hAnsi="Palatino" w:cs="Palatino" w:eastAsia="Palatino"/>
          <w:color w:val="000000"/>
          <w:sz w:val="23"/>
        </w:rPr>
        <w:t xml:space="preserve">At once Rumour goes through the great cities of Libya, Rumour, an evil than which no other is swifter: </w:t>
      </w:r>
      <w:r>
        <w:rPr>
          <w:rFonts w:ascii="Palatino" w:hAnsi="Palatino" w:cs="Palatino" w:eastAsia="Palatino"/>
          <w:b/>
          <w:color w:val="C00000"/>
          <w:sz w:val="16"/>
        </w:rPr>
        <w:t xml:space="preserve">175 </w:t>
      </w:r>
      <w:r>
        <w:rPr>
          <w:rFonts w:ascii="Palatino" w:hAnsi="Palatino" w:cs="Palatino" w:eastAsia="Palatino"/>
          <w:color w:val="000000"/>
          <w:sz w:val="23"/>
        </w:rPr>
        <w:t xml:space="preserve">she thrives on movement and gains strength by going; small at first through fear, soon she raises herself into the air, and walks on the ground and hides her head among the clouds. </w:t>
      </w:r>
      <w:r>
        <w:rPr>
          <w:rFonts w:ascii="Palatino" w:hAnsi="Palatino" w:cs="Palatino" w:eastAsia="Palatino"/>
          <w:b/>
          <w:color w:val="C00000"/>
          <w:sz w:val="16"/>
        </w:rPr>
        <w:t xml:space="preserve">178 </w:t>
      </w:r>
      <w:r>
        <w:rPr>
          <w:rFonts w:ascii="Palatino" w:hAnsi="Palatino" w:cs="Palatino" w:eastAsia="Palatino"/>
          <w:color w:val="000000"/>
          <w:sz w:val="23"/>
        </w:rPr>
        <w:t xml:space="preserve">Her, they say, mother Earth, provoked by anger at the gods, bore last, a sister to Coeus and Enceladus, swift of foot and with nimble wings, a horrible, huge monster, who has as many watchful eyes beneath as there are feathers on her body (amazing to say), as many tongues, as many mouths sound, as many ears she pricks up. </w:t>
      </w:r>
      <w:r>
        <w:rPr>
          <w:rFonts w:ascii="Palatino" w:hAnsi="Palatino" w:cs="Palatino" w:eastAsia="Palatino"/>
          <w:b/>
          <w:color w:val="C00000"/>
          <w:sz w:val="16"/>
        </w:rPr>
        <w:t xml:space="preserve">184 </w:t>
      </w:r>
      <w:r>
        <w:rPr>
          <w:rFonts w:ascii="Palatino" w:hAnsi="Palatino" w:cs="Palatino" w:eastAsia="Palatino"/>
          <w:color w:val="000000"/>
          <w:sz w:val="23"/>
        </w:rPr>
        <w:t xml:space="preserve">By night she flies between sky and earth through the shadow, screeching, and does not close her eyes in sweet sleep; </w:t>
      </w:r>
      <w:r>
        <w:rPr>
          <w:rFonts w:ascii="Palatino" w:hAnsi="Palatino" w:cs="Palatino" w:eastAsia="Palatino"/>
          <w:b/>
          <w:color w:val="C00000"/>
          <w:sz w:val="16"/>
        </w:rPr>
        <w:t xml:space="preserve">186 </w:t>
      </w:r>
      <w:r>
        <w:rPr>
          <w:rFonts w:ascii="Palatino" w:hAnsi="Palatino" w:cs="Palatino" w:eastAsia="Palatino"/>
          <w:color w:val="000000"/>
          <w:sz w:val="23"/>
        </w:rPr>
        <w:t xml:space="preserve">by day she sits as a watcher either on the top of a high roof or on lofty towers, and terrifies great cities, as clinging to what is invented and wicked as she is a messenger of the truth. </w:t>
      </w:r>
      <w:r>
        <w:rPr>
          <w:rFonts w:ascii="Palatino" w:hAnsi="Palatino" w:cs="Palatino" w:eastAsia="Palatino"/>
          <w:b/>
          <w:color w:val="C00000"/>
          <w:sz w:val="16"/>
        </w:rPr>
        <w:t xml:space="preserve">189 </w:t>
      </w:r>
      <w:r>
        <w:rPr>
          <w:rFonts w:ascii="Palatino" w:hAnsi="Palatino" w:cs="Palatino" w:eastAsia="Palatino"/>
          <w:color w:val="000000"/>
          <w:sz w:val="23"/>
        </w:rPr>
        <w:t xml:space="preserve">She then was filling the peoples with many-sided talk, rejoicing, and she was singing equally of things done and not done: that Aeneas had come, born of Trojan blood, a man to whom beautiful Dido thinks it fit to join herself; that now they were cherishing the winter, all its length, between themselves in luxury, forgetful of their kingdoms and captured by shameful desire. </w:t>
      </w:r>
      <w:r>
        <w:rPr>
          <w:rFonts w:ascii="Palatino" w:hAnsi="Palatino" w:cs="Palatino" w:eastAsia="Palatino"/>
          <w:b/>
          <w:color w:val="C00000"/>
          <w:sz w:val="16"/>
        </w:rPr>
        <w:t xml:space="preserve">195 </w:t>
      </w:r>
      <w:r>
        <w:rPr>
          <w:rFonts w:ascii="Palatino" w:hAnsi="Palatino" w:cs="Palatino" w:eastAsia="Palatino"/>
          <w:color w:val="000000"/>
          <w:sz w:val="23"/>
        </w:rPr>
        <w:t xml:space="preserve">The foul goddess spreads these things everywhere onto the mouths of men. </w:t>
      </w:r>
      <w:r>
        <w:rPr>
          <w:rFonts w:ascii="Palatino" w:hAnsi="Palatino" w:cs="Palatino" w:eastAsia="Palatino"/>
          <w:b/>
          <w:color w:val="C00000"/>
          <w:sz w:val="16"/>
        </w:rPr>
        <w:t xml:space="preserve">196 </w:t>
      </w:r>
      <w:r>
        <w:rPr>
          <w:rFonts w:ascii="Palatino" w:hAnsi="Palatino" w:cs="Palatino" w:eastAsia="Palatino"/>
          <w:color w:val="000000"/>
          <w:sz w:val="23"/>
        </w:rPr>
        <w:t xml:space="preserve">Straightaway she turns her course to king Iarbas and sets his mind on fire with words and heaps up his anger. </w:t>
      </w:r>
    </w:p>
    <w:p>
      <w:pPr>
        <w:jc w:val="center"/>
      </w:pPr>
      <w:r>
        <w:rPr>
          <w:rFonts w:ascii="Palatino" w:hAnsi="Palatino" w:cs="Palatino" w:eastAsia="Palatino"/>
          <w:b/>
          <w:color w:val="000000"/>
          <w:sz w:val="23"/>
        </w:rPr>
        <w:t>Aeneid 4.305–361</w:t>
      </w:r>
    </w:p>
    <w:p>
      <w:r>
        <w:rPr>
          <w:rFonts w:ascii="Palatino" w:hAnsi="Palatino" w:cs="Palatino" w:eastAsia="Palatino"/>
          <w:b/>
          <w:color w:val="C00000"/>
          <w:sz w:val="16"/>
        </w:rPr>
        <w:t xml:space="preserve">305 </w:t>
      </w:r>
      <w:r>
        <w:rPr>
          <w:rFonts w:ascii="Palatino" w:hAnsi="Palatino" w:cs="Palatino" w:eastAsia="Palatino"/>
          <w:color w:val="000000"/>
          <w:sz w:val="23"/>
        </w:rPr>
        <w:t xml:space="preserve">"Did you even hope, traitor, that you could hide so great a wrong and leave my land in silence? </w:t>
      </w:r>
      <w:r>
        <w:rPr>
          <w:rFonts w:ascii="Palatino" w:hAnsi="Palatino" w:cs="Palatino" w:eastAsia="Palatino"/>
          <w:b/>
          <w:color w:val="C00000"/>
          <w:sz w:val="16"/>
        </w:rPr>
        <w:t xml:space="preserve">307 </w:t>
      </w:r>
      <w:r>
        <w:rPr>
          <w:rFonts w:ascii="Palatino" w:hAnsi="Palatino" w:cs="Palatino" w:eastAsia="Palatino"/>
          <w:color w:val="000000"/>
          <w:sz w:val="23"/>
        </w:rPr>
        <w:t xml:space="preserve">Does neither our love hold you, nor the right hand once given, nor Dido about to die a cruel death? </w:t>
      </w:r>
      <w:r>
        <w:rPr>
          <w:rFonts w:ascii="Palatino" w:hAnsi="Palatino" w:cs="Palatino" w:eastAsia="Palatino"/>
          <w:b/>
          <w:color w:val="C00000"/>
          <w:sz w:val="16"/>
        </w:rPr>
        <w:t xml:space="preserve">309 </w:t>
      </w:r>
      <w:r>
        <w:rPr>
          <w:rFonts w:ascii="Palatino" w:hAnsi="Palatino" w:cs="Palatino" w:eastAsia="Palatino"/>
          <w:color w:val="000000"/>
          <w:sz w:val="23"/>
        </w:rPr>
        <w:t xml:space="preserve">Why, you are even working at your fleet under the winter star and hurrying to go across the deep in the middle of the north winds, cruel man! </w:t>
      </w:r>
      <w:r>
        <w:rPr>
          <w:rFonts w:ascii="Palatino" w:hAnsi="Palatino" w:cs="Palatino" w:eastAsia="Palatino"/>
          <w:color w:val="000000"/>
          <w:sz w:val="23"/>
        </w:rPr>
        <w:t xml:space="preserve">What if you were not seeking foreign fields and unknown homes, and ancient Troy remained: would Troy be sought by your fleet across the wave-filled sea? </w:t>
      </w:r>
      <w:r>
        <w:rPr>
          <w:rFonts w:ascii="Palatino" w:hAnsi="Palatino" w:cs="Palatino" w:eastAsia="Palatino"/>
          <w:b/>
          <w:color w:val="C00000"/>
          <w:sz w:val="16"/>
        </w:rPr>
        <w:t xml:space="preserve">314 </w:t>
      </w:r>
      <w:r>
        <w:rPr>
          <w:rFonts w:ascii="Palatino" w:hAnsi="Palatino" w:cs="Palatino" w:eastAsia="Palatino"/>
          <w:color w:val="000000"/>
          <w:sz w:val="23"/>
        </w:rPr>
        <w:t xml:space="preserve">Is it me you are running from? </w:t>
      </w:r>
      <w:r>
        <w:rPr>
          <w:rFonts w:ascii="Palatino" w:hAnsi="Palatino" w:cs="Palatino" w:eastAsia="Palatino"/>
          <w:color w:val="000000"/>
          <w:sz w:val="23"/>
        </w:rPr>
        <w:t xml:space="preserve">By these tears and your right hand, I beg you (since I have left myself, wretched as I am, nothing else now), by our marriage, by the wedding we began, if I have deserved anything well of you, or if anything of mine was sweet to you, pity a falling house and, I beg you, if there is any place still for prayers, put off that intention. </w:t>
      </w:r>
      <w:r>
        <w:rPr>
          <w:rFonts w:ascii="Palatino" w:hAnsi="Palatino" w:cs="Palatino" w:eastAsia="Palatino"/>
          <w:b/>
          <w:color w:val="C00000"/>
          <w:sz w:val="16"/>
        </w:rPr>
        <w:t xml:space="preserve">320 </w:t>
      </w:r>
      <w:r>
        <w:rPr>
          <w:rFonts w:ascii="Palatino" w:hAnsi="Palatino" w:cs="Palatino" w:eastAsia="Palatino"/>
          <w:color w:val="000000"/>
          <w:sz w:val="23"/>
        </w:rPr>
        <w:t xml:space="preserve">Because of you the Libyan peoples and the tyrants of the Numidians hate me, the Tyrians are hostile; because of that same you my modesty is destroyed, and my former reputation, by which alone I was approaching the stars. </w:t>
      </w:r>
      <w:r>
        <w:rPr>
          <w:rFonts w:ascii="Palatino" w:hAnsi="Palatino" w:cs="Palatino" w:eastAsia="Palatino"/>
          <w:color w:val="000000"/>
          <w:sz w:val="23"/>
        </w:rPr>
        <w:t xml:space="preserve">To whom are you abandoning me, about to die, guest (since this name alone remains from 'husband')? </w:t>
      </w:r>
      <w:r>
        <w:rPr>
          <w:rFonts w:ascii="Palatino" w:hAnsi="Palatino" w:cs="Palatino" w:eastAsia="Palatino"/>
          <w:b/>
          <w:color w:val="C00000"/>
          <w:sz w:val="16"/>
        </w:rPr>
        <w:t xml:space="preserve">325 </w:t>
      </w:r>
      <w:r>
        <w:rPr>
          <w:rFonts w:ascii="Palatino" w:hAnsi="Palatino" w:cs="Palatino" w:eastAsia="Palatino"/>
          <w:color w:val="000000"/>
          <w:sz w:val="23"/>
        </w:rPr>
        <w:t xml:space="preserve">Why do I delay? </w:t>
      </w:r>
      <w:r>
        <w:rPr>
          <w:rFonts w:ascii="Palatino" w:hAnsi="Palatino" w:cs="Palatino" w:eastAsia="Palatino"/>
          <w:color w:val="000000"/>
          <w:sz w:val="23"/>
        </w:rPr>
        <w:t xml:space="preserve">Until my brother Pygmalion destroys my walls, or the Gaetulian Iarbas leads me away captive? </w:t>
      </w:r>
      <w:r>
        <w:rPr>
          <w:rFonts w:ascii="Palatino" w:hAnsi="Palatino" w:cs="Palatino" w:eastAsia="Palatino"/>
          <w:b/>
          <w:color w:val="C00000"/>
          <w:sz w:val="16"/>
        </w:rPr>
        <w:t xml:space="preserve">327 </w:t>
      </w:r>
      <w:r>
        <w:rPr>
          <w:rFonts w:ascii="Palatino" w:hAnsi="Palatino" w:cs="Palatino" w:eastAsia="Palatino"/>
          <w:color w:val="000000"/>
          <w:sz w:val="23"/>
        </w:rPr>
        <w:t xml:space="preserve">At least if I had conceived a child by you before your flight, if some little Aeneas were playing for me in the palace who would still bring you back in his face, I would not seem so utterly captured and abandoned." </w:t>
      </w:r>
      <w:r>
        <w:rPr>
          <w:rFonts w:ascii="Palatino" w:hAnsi="Palatino" w:cs="Palatino" w:eastAsia="Palatino"/>
          <w:b/>
          <w:color w:val="C00000"/>
          <w:sz w:val="16"/>
        </w:rPr>
        <w:t xml:space="preserve">331 </w:t>
      </w:r>
      <w:r>
        <w:rPr>
          <w:rFonts w:ascii="Palatino" w:hAnsi="Palatino" w:cs="Palatino" w:eastAsia="Palatino"/>
          <w:color w:val="000000"/>
          <w:sz w:val="23"/>
        </w:rPr>
        <w:t xml:space="preserve">She had spoken. </w:t>
      </w:r>
      <w:r>
        <w:rPr>
          <w:rFonts w:ascii="Palatino" w:hAnsi="Palatino" w:cs="Palatino" w:eastAsia="Palatino"/>
          <w:color w:val="000000"/>
          <w:sz w:val="23"/>
        </w:rPr>
        <w:t xml:space="preserve">He, by the warnings of Jupiter, kept his eyes unmoved and, struggling, pressed down his care beneath his heart. </w:t>
      </w:r>
      <w:r>
        <w:rPr>
          <w:rFonts w:ascii="Palatino" w:hAnsi="Palatino" w:cs="Palatino" w:eastAsia="Palatino"/>
          <w:b/>
          <w:color w:val="C00000"/>
          <w:sz w:val="16"/>
        </w:rPr>
        <w:t xml:space="preserve">333 </w:t>
      </w:r>
      <w:r>
        <w:rPr>
          <w:rFonts w:ascii="Palatino" w:hAnsi="Palatino" w:cs="Palatino" w:eastAsia="Palatino"/>
          <w:color w:val="000000"/>
          <w:sz w:val="23"/>
        </w:rPr>
        <w:t xml:space="preserve">At last he replies briefly: </w:t>
      </w:r>
      <w:r>
        <w:rPr>
          <w:rFonts w:ascii="Palatino" w:hAnsi="Palatino" w:cs="Palatino" w:eastAsia="Palatino"/>
          <w:color w:val="000000"/>
          <w:sz w:val="23"/>
        </w:rPr>
        <w:t xml:space="preserve">"I will never deny, queen, that you have deserved of me the very many things which you are able to list in speaking, nor will I regret remembering Elissa as long as I remember myself, as long as breath rules these limbs. </w:t>
      </w:r>
      <w:r>
        <w:rPr>
          <w:rFonts w:ascii="Palatino" w:hAnsi="Palatino" w:cs="Palatino" w:eastAsia="Palatino"/>
          <w:b/>
          <w:color w:val="C00000"/>
          <w:sz w:val="16"/>
        </w:rPr>
        <w:t xml:space="preserve">337 </w:t>
      </w:r>
      <w:r>
        <w:rPr>
          <w:rFonts w:ascii="Palatino" w:hAnsi="Palatino" w:cs="Palatino" w:eastAsia="Palatino"/>
          <w:color w:val="000000"/>
          <w:sz w:val="23"/>
        </w:rPr>
        <w:t xml:space="preserve">I shall say a few words on the matter. </w:t>
      </w:r>
      <w:r>
        <w:rPr>
          <w:rFonts w:ascii="Palatino" w:hAnsi="Palatino" w:cs="Palatino" w:eastAsia="Palatino"/>
          <w:color w:val="000000"/>
          <w:sz w:val="23"/>
        </w:rPr>
        <w:t xml:space="preserve">I did not hope to hide this flight by stealth (do not imagine it), nor did I ever hold out the torches of a husband or enter into this agreement. </w:t>
      </w:r>
      <w:r>
        <w:rPr>
          <w:rFonts w:ascii="Palatino" w:hAnsi="Palatino" w:cs="Palatino" w:eastAsia="Palatino"/>
          <w:b/>
          <w:color w:val="C00000"/>
          <w:sz w:val="16"/>
        </w:rPr>
        <w:t xml:space="preserve">340 </w:t>
      </w:r>
      <w:r>
        <w:rPr>
          <w:rFonts w:ascii="Palatino" w:hAnsi="Palatino" w:cs="Palatino" w:eastAsia="Palatino"/>
          <w:color w:val="000000"/>
          <w:sz w:val="23"/>
        </w:rPr>
        <w:t xml:space="preserve">If the fates allowed me to lead my life under my own auspices and to settle my cares by my own will, I would be looking after the city of Troy first and the sweet remains of my people; the high house of Priam would remain, and with my own hand I would have set up a restored Pergamum for the conquered. </w:t>
      </w:r>
      <w:r>
        <w:rPr>
          <w:rFonts w:ascii="Palatino" w:hAnsi="Palatino" w:cs="Palatino" w:eastAsia="Palatino"/>
          <w:b/>
          <w:color w:val="C00000"/>
          <w:sz w:val="16"/>
        </w:rPr>
        <w:t xml:space="preserve">345 </w:t>
      </w:r>
      <w:r>
        <w:rPr>
          <w:rFonts w:ascii="Palatino" w:hAnsi="Palatino" w:cs="Palatino" w:eastAsia="Palatino"/>
          <w:color w:val="000000"/>
          <w:sz w:val="23"/>
        </w:rPr>
        <w:t xml:space="preserve">But now Grynean Apollo has ordered me to take hold of great Italy, the Lycian oracles have ordered Italy: </w:t>
      </w:r>
      <w:r>
        <w:rPr>
          <w:rFonts w:ascii="Palatino" w:hAnsi="Palatino" w:cs="Palatino" w:eastAsia="Palatino"/>
          <w:b/>
          <w:color w:val="C00000"/>
          <w:sz w:val="16"/>
        </w:rPr>
        <w:t xml:space="preserve">347 </w:t>
      </w:r>
      <w:r>
        <w:rPr>
          <w:rFonts w:ascii="Palatino" w:hAnsi="Palatino" w:cs="Palatino" w:eastAsia="Palatino"/>
          <w:color w:val="000000"/>
          <w:sz w:val="23"/>
        </w:rPr>
        <w:t xml:space="preserve">this is my love, this is my fatherland. </w:t>
      </w:r>
      <w:r>
        <w:rPr>
          <w:rFonts w:ascii="Palatino" w:hAnsi="Palatino" w:cs="Palatino" w:eastAsia="Palatino"/>
          <w:color w:val="000000"/>
          <w:sz w:val="23"/>
        </w:rPr>
        <w:t xml:space="preserve">If the citadels of Carthage and the sight of a Libyan city hold you, a Phoenician, what jealousy is it, then, that the Trojans should settle in the Ausonian land? </w:t>
      </w:r>
      <w:r>
        <w:rPr>
          <w:rFonts w:ascii="Palatino" w:hAnsi="Palatino" w:cs="Palatino" w:eastAsia="Palatino"/>
          <w:color w:val="000000"/>
          <w:sz w:val="23"/>
        </w:rPr>
        <w:t xml:space="preserve">We too have the right to seek foreign kingdoms. </w:t>
      </w:r>
      <w:r>
        <w:rPr>
          <w:rFonts w:ascii="Palatino" w:hAnsi="Palatino" w:cs="Palatino" w:eastAsia="Palatino"/>
          <w:b/>
          <w:color w:val="C00000"/>
          <w:sz w:val="16"/>
        </w:rPr>
        <w:t xml:space="preserve">351 </w:t>
      </w:r>
      <w:r>
        <w:rPr>
          <w:rFonts w:ascii="Palatino" w:hAnsi="Palatino" w:cs="Palatino" w:eastAsia="Palatino"/>
          <w:color w:val="000000"/>
          <w:sz w:val="23"/>
        </w:rPr>
        <w:t xml:space="preserve">As often as night covers the earth with dewy shadows, as often as the fiery stars rise, the troubled image of my father Anchises warns me in dreams and frightens me; so does the boy Ascanius and the wrong done to his dear head, whom I am cheating of the kingdom of Hesperia and its fated fields. </w:t>
      </w:r>
      <w:r>
        <w:rPr>
          <w:rFonts w:ascii="Palatino" w:hAnsi="Palatino" w:cs="Palatino" w:eastAsia="Palatino"/>
          <w:b/>
          <w:color w:val="C00000"/>
          <w:sz w:val="16"/>
        </w:rPr>
        <w:t xml:space="preserve">356 </w:t>
      </w:r>
      <w:r>
        <w:rPr>
          <w:rFonts w:ascii="Palatino" w:hAnsi="Palatino" w:cs="Palatino" w:eastAsia="Palatino"/>
          <w:color w:val="000000"/>
          <w:sz w:val="23"/>
        </w:rPr>
        <w:t xml:space="preserve">Now too the messenger of the gods, sent by Jupiter himself (I swear by both our heads), has brought down his orders through the swift breezes; </w:t>
      </w:r>
      <w:r>
        <w:rPr>
          <w:rFonts w:ascii="Palatino" w:hAnsi="Palatino" w:cs="Palatino" w:eastAsia="Palatino"/>
          <w:color w:val="000000"/>
          <w:sz w:val="23"/>
        </w:rPr>
        <w:t xml:space="preserve">I myself saw the god in clear light entering the walls, and I drank in his voice with these ears. </w:t>
      </w:r>
      <w:r>
        <w:rPr>
          <w:rFonts w:ascii="Palatino" w:hAnsi="Palatino" w:cs="Palatino" w:eastAsia="Palatino"/>
          <w:b/>
          <w:color w:val="C00000"/>
          <w:sz w:val="16"/>
        </w:rPr>
        <w:t xml:space="preserve">360 </w:t>
      </w:r>
      <w:r>
        <w:rPr>
          <w:rFonts w:ascii="Palatino" w:hAnsi="Palatino" w:cs="Palatino" w:eastAsia="Palatino"/>
          <w:color w:val="000000"/>
          <w:sz w:val="23"/>
        </w:rPr>
        <w:t xml:space="preserve">Stop setting both me and yourself on fire with your complaints: </w:t>
      </w:r>
      <w:r>
        <w:rPr>
          <w:rFonts w:ascii="Palatino" w:hAnsi="Palatino" w:cs="Palatino" w:eastAsia="Palatino"/>
          <w:b/>
          <w:color w:val="C00000"/>
          <w:sz w:val="16"/>
        </w:rPr>
        <w:t xml:space="preserve">361 </w:t>
      </w:r>
      <w:r>
        <w:rPr>
          <w:rFonts w:ascii="Palatino" w:hAnsi="Palatino" w:cs="Palatino" w:eastAsia="Palatino"/>
          <w:color w:val="000000"/>
          <w:sz w:val="23"/>
        </w:rPr>
        <w:t xml:space="preserve">I do not seek Italy of my own will." </w:t>
      </w:r>
    </w:p>
    <w:p>
      <w:pPr>
        <w:jc w:val="center"/>
      </w:pPr>
      <w:r>
        <w:rPr>
          <w:rFonts w:ascii="Palatino" w:hAnsi="Palatino" w:cs="Palatino" w:eastAsia="Palatino"/>
          <w:b/>
          <w:color w:val="000000"/>
          <w:sz w:val="23"/>
        </w:rPr>
        <w:t>Aeneid 6.450–476</w:t>
      </w:r>
    </w:p>
    <w:p>
      <w:r>
        <w:rPr>
          <w:rFonts w:ascii="Palatino" w:hAnsi="Palatino" w:cs="Palatino" w:eastAsia="Palatino"/>
          <w:b/>
          <w:color w:val="C00000"/>
          <w:sz w:val="16"/>
        </w:rPr>
        <w:t xml:space="preserve">450 </w:t>
      </w:r>
      <w:r>
        <w:rPr>
          <w:rFonts w:ascii="Palatino" w:hAnsi="Palatino" w:cs="Palatino" w:eastAsia="Palatino"/>
          <w:color w:val="000000"/>
          <w:sz w:val="23"/>
        </w:rPr>
        <w:t xml:space="preserve">Among them Phoenician Dido, fresh from her wound, was wandering in the great forest; as soon as the Trojan hero stood near her and recognised her, dim through the shadows, just as someone sees, or thinks he has seen, the moon rising through the clouds at the start of the month, he shed tears and spoke to her with sweet love: </w:t>
      </w:r>
      <w:r>
        <w:rPr>
          <w:rFonts w:ascii="Palatino" w:hAnsi="Palatino" w:cs="Palatino" w:eastAsia="Palatino"/>
          <w:b/>
          <w:color w:val="C00000"/>
          <w:sz w:val="16"/>
        </w:rPr>
        <w:t xml:space="preserve">456 </w:t>
      </w:r>
      <w:r>
        <w:rPr>
          <w:rFonts w:ascii="Palatino" w:hAnsi="Palatino" w:cs="Palatino" w:eastAsia="Palatino"/>
          <w:color w:val="000000"/>
          <w:sz w:val="23"/>
        </w:rPr>
        <w:t xml:space="preserve">"Unhappy Dido, so the message that came to me was true, that you were dead and had pursued your end with the sword? </w:t>
      </w:r>
      <w:r>
        <w:rPr>
          <w:rFonts w:ascii="Palatino" w:hAnsi="Palatino" w:cs="Palatino" w:eastAsia="Palatino"/>
          <w:b/>
          <w:color w:val="C00000"/>
          <w:sz w:val="16"/>
        </w:rPr>
        <w:t xml:space="preserve">458 </w:t>
      </w:r>
      <w:r>
        <w:rPr>
          <w:rFonts w:ascii="Palatino" w:hAnsi="Palatino" w:cs="Palatino" w:eastAsia="Palatino"/>
          <w:color w:val="000000"/>
          <w:sz w:val="23"/>
        </w:rPr>
        <w:t xml:space="preserve">Was I, alas, the cause of your death? </w:t>
      </w:r>
      <w:r>
        <w:rPr>
          <w:rFonts w:ascii="Palatino" w:hAnsi="Palatino" w:cs="Palatino" w:eastAsia="Palatino"/>
          <w:color w:val="000000"/>
          <w:sz w:val="23"/>
        </w:rPr>
        <w:t xml:space="preserve">I swear by the stars, by the gods above, and by whatever faith there is beneath the deepest earth: unwillingly, queen, I left your shore. </w:t>
      </w:r>
      <w:r>
        <w:rPr>
          <w:rFonts w:ascii="Palatino" w:hAnsi="Palatino" w:cs="Palatino" w:eastAsia="Palatino"/>
          <w:b/>
          <w:color w:val="C00000"/>
          <w:sz w:val="16"/>
        </w:rPr>
        <w:t xml:space="preserve">461 </w:t>
      </w:r>
      <w:r>
        <w:rPr>
          <w:rFonts w:ascii="Palatino" w:hAnsi="Palatino" w:cs="Palatino" w:eastAsia="Palatino"/>
          <w:color w:val="000000"/>
          <w:sz w:val="23"/>
        </w:rPr>
        <w:t xml:space="preserve">But the orders of the gods, which now force me to go through these shadows, through places rough with neglect, and through deep night, drove me by their commands; and I could not believe that I was bringing you such great grief by my departure. </w:t>
      </w:r>
      <w:r>
        <w:rPr>
          <w:rFonts w:ascii="Palatino" w:hAnsi="Palatino" w:cs="Palatino" w:eastAsia="Palatino"/>
          <w:b/>
          <w:color w:val="C00000"/>
          <w:sz w:val="16"/>
        </w:rPr>
        <w:t xml:space="preserve">465 </w:t>
      </w:r>
      <w:r>
        <w:rPr>
          <w:rFonts w:ascii="Palatino" w:hAnsi="Palatino" w:cs="Palatino" w:eastAsia="Palatino"/>
          <w:color w:val="000000"/>
          <w:sz w:val="23"/>
        </w:rPr>
        <w:t xml:space="preserve">Stop your step, and do not withdraw yourself from my sight. </w:t>
      </w:r>
      <w:r>
        <w:rPr>
          <w:rFonts w:ascii="Palatino" w:hAnsi="Palatino" w:cs="Palatino" w:eastAsia="Palatino"/>
          <w:b/>
          <w:color w:val="C00000"/>
          <w:sz w:val="16"/>
        </w:rPr>
        <w:t xml:space="preserve">466 </w:t>
      </w:r>
      <w:r>
        <w:rPr>
          <w:rFonts w:ascii="Palatino" w:hAnsi="Palatino" w:cs="Palatino" w:eastAsia="Palatino"/>
          <w:color w:val="000000"/>
          <w:sz w:val="23"/>
        </w:rPr>
        <w:t xml:space="preserve">Whom are you running from? This is the last time that I may speak to you, by fate." </w:t>
      </w:r>
      <w:r>
        <w:rPr>
          <w:rFonts w:ascii="Palatino" w:hAnsi="Palatino" w:cs="Palatino" w:eastAsia="Palatino"/>
          <w:b/>
          <w:color w:val="C00000"/>
          <w:sz w:val="16"/>
        </w:rPr>
        <w:t xml:space="preserve">467 </w:t>
      </w:r>
      <w:r>
        <w:rPr>
          <w:rFonts w:ascii="Palatino" w:hAnsi="Palatino" w:cs="Palatino" w:eastAsia="Palatino"/>
          <w:color w:val="000000"/>
          <w:sz w:val="23"/>
        </w:rPr>
        <w:t xml:space="preserve">With such words Aeneas tried to soothe her spirit, burning and glaring grimly, and he was stirring up tears. </w:t>
      </w:r>
      <w:r>
        <w:rPr>
          <w:rFonts w:ascii="Palatino" w:hAnsi="Palatino" w:cs="Palatino" w:eastAsia="Palatino"/>
          <w:b/>
          <w:color w:val="C00000"/>
          <w:sz w:val="16"/>
        </w:rPr>
        <w:t xml:space="preserve">469 </w:t>
      </w:r>
      <w:r>
        <w:rPr>
          <w:rFonts w:ascii="Palatino" w:hAnsi="Palatino" w:cs="Palatino" w:eastAsia="Palatino"/>
          <w:color w:val="000000"/>
          <w:sz w:val="23"/>
        </w:rPr>
        <w:t xml:space="preserve">She, turned away, kept her eyes fixed on the ground, and is no more moved in her face by his speech once begun than if she were standing as hard flint or Marpesian rock. </w:t>
      </w:r>
      <w:r>
        <w:rPr>
          <w:rFonts w:ascii="Palatino" w:hAnsi="Palatino" w:cs="Palatino" w:eastAsia="Palatino"/>
          <w:b/>
          <w:color w:val="C00000"/>
          <w:sz w:val="16"/>
        </w:rPr>
        <w:t xml:space="preserve">472 </w:t>
      </w:r>
      <w:r>
        <w:rPr>
          <w:rFonts w:ascii="Palatino" w:hAnsi="Palatino" w:cs="Palatino" w:eastAsia="Palatino"/>
          <w:color w:val="000000"/>
          <w:sz w:val="23"/>
        </w:rPr>
        <w:t xml:space="preserve">At last she tore herself away and fled, hostile, into the shady grove, where her former husband Sychaeus answers her cares and matches her love. </w:t>
      </w:r>
      <w:r>
        <w:rPr>
          <w:rFonts w:ascii="Palatino" w:hAnsi="Palatino" w:cs="Palatino" w:eastAsia="Palatino"/>
          <w:b/>
          <w:color w:val="C00000"/>
          <w:sz w:val="16"/>
        </w:rPr>
        <w:t xml:space="preserve">475 </w:t>
      </w:r>
      <w:r>
        <w:rPr>
          <w:rFonts w:ascii="Palatino" w:hAnsi="Palatino" w:cs="Palatino" w:eastAsia="Palatino"/>
          <w:color w:val="000000"/>
          <w:sz w:val="23"/>
        </w:rPr>
        <w:t xml:space="preserve">And no less Aeneas, struck by her unjust fate, follows her with tears from far off and pities her as she goes. </w:t>
      </w:r>
    </w:p>
    <w:p>
      <w:pPr>
        <w:jc w:val="center"/>
      </w:pPr>
      <w:r>
        <w:rPr>
          <w:rFonts w:ascii="Palatino" w:hAnsi="Palatino" w:cs="Palatino" w:eastAsia="Palatino"/>
          <w:b/>
          <w:color w:val="000000"/>
          <w:sz w:val="23"/>
        </w:rPr>
        <w:t>Aeneid 6.788–800 and 847–853</w:t>
      </w:r>
    </w:p>
    <w:p>
      <w:r>
        <w:rPr>
          <w:rFonts w:ascii="Palatino" w:hAnsi="Palatino" w:cs="Palatino" w:eastAsia="Palatino"/>
          <w:b/>
          <w:color w:val="C00000"/>
          <w:sz w:val="16"/>
        </w:rPr>
        <w:t xml:space="preserve">788 </w:t>
      </w:r>
      <w:r>
        <w:rPr>
          <w:rFonts w:ascii="Palatino" w:hAnsi="Palatino" w:cs="Palatino" w:eastAsia="Palatino"/>
          <w:color w:val="000000"/>
          <w:sz w:val="23"/>
        </w:rPr>
        <w:t xml:space="preserve">Now turn both your eyes here, look at this race and your Romans. </w:t>
      </w:r>
      <w:r>
        <w:rPr>
          <w:rFonts w:ascii="Palatino" w:hAnsi="Palatino" w:cs="Palatino" w:eastAsia="Palatino"/>
          <w:color w:val="000000"/>
          <w:sz w:val="23"/>
        </w:rPr>
        <w:t xml:space="preserve">Here is Caesar and all the offspring of Iulus, who will come beneath the great vault of the sky. </w:t>
      </w:r>
      <w:r>
        <w:rPr>
          <w:rFonts w:ascii="Palatino" w:hAnsi="Palatino" w:cs="Palatino" w:eastAsia="Palatino"/>
          <w:b/>
          <w:color w:val="C00000"/>
          <w:sz w:val="16"/>
        </w:rPr>
        <w:t xml:space="preserve">791 </w:t>
      </w:r>
      <w:r>
        <w:rPr>
          <w:rFonts w:ascii="Palatino" w:hAnsi="Palatino" w:cs="Palatino" w:eastAsia="Palatino"/>
          <w:color w:val="000000"/>
          <w:sz w:val="23"/>
        </w:rPr>
        <w:t xml:space="preserve">This is the man, this is he whom you often hear promised to you, Augustus Caesar, son of a god, who will found again a golden age in Latium through the fields once ruled by Saturn, and will extend the empire beyond the Garamantes and the Indians; </w:t>
      </w:r>
      <w:r>
        <w:rPr>
          <w:rFonts w:ascii="Palatino" w:hAnsi="Palatino" w:cs="Palatino" w:eastAsia="Palatino"/>
          <w:color w:val="000000"/>
          <w:sz w:val="23"/>
        </w:rPr>
        <w:t xml:space="preserve">the land lies beyond the stars, beyond the paths of the year and the sun, where sky-bearing Atlas turns on his shoulder the heavens studded with burning stars. </w:t>
      </w:r>
      <w:r>
        <w:rPr>
          <w:rFonts w:ascii="Palatino" w:hAnsi="Palatino" w:cs="Palatino" w:eastAsia="Palatino"/>
          <w:b/>
          <w:color w:val="C00000"/>
          <w:sz w:val="16"/>
        </w:rPr>
        <w:t xml:space="preserve">798 </w:t>
      </w:r>
      <w:r>
        <w:rPr>
          <w:rFonts w:ascii="Palatino" w:hAnsi="Palatino" w:cs="Palatino" w:eastAsia="Palatino"/>
          <w:color w:val="000000"/>
          <w:sz w:val="23"/>
        </w:rPr>
        <w:t xml:space="preserve">Even now, at his coming, both the Caspian kingdoms and the Maeotic land shudder at the oracles of the gods, and the mouths of the sevenfold Nile are thrown into alarm and confusion. </w:t>
      </w:r>
      <w:r>
        <w:rPr>
          <w:rFonts w:ascii="Palatino" w:hAnsi="Palatino" w:cs="Palatino" w:eastAsia="Palatino"/>
          <w:b/>
          <w:color w:val="C00000"/>
          <w:sz w:val="16"/>
        </w:rPr>
        <w:t xml:space="preserve">847 </w:t>
      </w:r>
      <w:r>
        <w:rPr>
          <w:rFonts w:ascii="Palatino" w:hAnsi="Palatino" w:cs="Palatino" w:eastAsia="Palatino"/>
          <w:color w:val="000000"/>
          <w:sz w:val="23"/>
        </w:rPr>
        <w:t xml:space="preserve">Others (I certainly believe it) will hammer out breathing bronzes more softly, will draw living faces from marble, will plead cases better, will trace the movements of the sky with the rod and name the rising stars: </w:t>
      </w:r>
      <w:r>
        <w:rPr>
          <w:rFonts w:ascii="Palatino" w:hAnsi="Palatino" w:cs="Palatino" w:eastAsia="Palatino"/>
          <w:b/>
          <w:color w:val="C00000"/>
          <w:sz w:val="16"/>
        </w:rPr>
        <w:t xml:space="preserve">851 </w:t>
      </w:r>
      <w:r>
        <w:rPr>
          <w:rFonts w:ascii="Palatino" w:hAnsi="Palatino" w:cs="Palatino" w:eastAsia="Palatino"/>
          <w:color w:val="000000"/>
          <w:sz w:val="23"/>
        </w:rPr>
        <w:t xml:space="preserve">you, Roman, remember to rule the peoples with your power (these will be your arts), to impose the custom of peace, to spare the conquered and to war down the proud. </w:t>
      </w:r>
    </w:p>
    <w:p>
      <w:pPr>
        <w:jc w:val="center"/>
      </w:pPr>
      <w:r>
        <w:rPr>
          <w:rFonts w:ascii="Palatino" w:hAnsi="Palatino" w:cs="Palatino" w:eastAsia="Palatino"/>
          <w:b/>
          <w:color w:val="000000"/>
          <w:sz w:val="23"/>
        </w:rPr>
        <w:t>Aeneid 7.45–58</w:t>
      </w:r>
    </w:p>
    <w:p>
      <w:r>
        <w:rPr>
          <w:rFonts w:ascii="Palatino" w:hAnsi="Palatino" w:cs="Palatino" w:eastAsia="Palatino"/>
          <w:b/>
          <w:color w:val="C00000"/>
          <w:sz w:val="16"/>
        </w:rPr>
        <w:t xml:space="preserve">45 </w:t>
      </w:r>
      <w:r>
        <w:rPr>
          <w:rFonts w:ascii="Palatino" w:hAnsi="Palatino" w:cs="Palatino" w:eastAsia="Palatino"/>
          <w:color w:val="000000"/>
          <w:sz w:val="23"/>
        </w:rPr>
        <w:t xml:space="preserve">King Latinus, now an older man, was ruling the fields and the cities, calm in long peace. </w:t>
      </w:r>
      <w:r>
        <w:rPr>
          <w:rFonts w:ascii="Palatino" w:hAnsi="Palatino" w:cs="Palatino" w:eastAsia="Palatino"/>
          <w:b/>
          <w:color w:val="C00000"/>
          <w:sz w:val="16"/>
        </w:rPr>
        <w:t xml:space="preserve">47 </w:t>
      </w:r>
      <w:r>
        <w:rPr>
          <w:rFonts w:ascii="Palatino" w:hAnsi="Palatino" w:cs="Palatino" w:eastAsia="Palatino"/>
          <w:color w:val="000000"/>
          <w:sz w:val="23"/>
        </w:rPr>
        <w:t xml:space="preserve">We hear that he was born of Faunus and the Laurentine nymph Marica; Picus was Faunus' father, and he names you, Saturn, as his parent; you are the first founder of the bloodline. </w:t>
      </w:r>
      <w:r>
        <w:rPr>
          <w:rFonts w:ascii="Palatino" w:hAnsi="Palatino" w:cs="Palatino" w:eastAsia="Palatino"/>
          <w:b/>
          <w:color w:val="C00000"/>
          <w:sz w:val="16"/>
        </w:rPr>
        <w:t xml:space="preserve">50 </w:t>
      </w:r>
      <w:r>
        <w:rPr>
          <w:rFonts w:ascii="Palatino" w:hAnsi="Palatino" w:cs="Palatino" w:eastAsia="Palatino"/>
          <w:color w:val="000000"/>
          <w:sz w:val="23"/>
        </w:rPr>
        <w:t xml:space="preserve">By the fate of the gods he had no son or male offspring: it was snatched away as it was rising in its first youth. </w:t>
      </w:r>
      <w:r>
        <w:rPr>
          <w:rFonts w:ascii="Palatino" w:hAnsi="Palatino" w:cs="Palatino" w:eastAsia="Palatino"/>
          <w:b/>
          <w:color w:val="C00000"/>
          <w:sz w:val="16"/>
        </w:rPr>
        <w:t xml:space="preserve">52 </w:t>
      </w:r>
      <w:r>
        <w:rPr>
          <w:rFonts w:ascii="Palatino" w:hAnsi="Palatino" w:cs="Palatino" w:eastAsia="Palatino"/>
          <w:color w:val="000000"/>
          <w:sz w:val="23"/>
        </w:rPr>
        <w:t xml:space="preserve">A daughter alone was keeping the house and so great a home, now ripe for a husband, now of age to marry, her years complete. </w:t>
      </w:r>
      <w:r>
        <w:rPr>
          <w:rFonts w:ascii="Palatino" w:hAnsi="Palatino" w:cs="Palatino" w:eastAsia="Palatino"/>
          <w:b/>
          <w:color w:val="C00000"/>
          <w:sz w:val="16"/>
        </w:rPr>
        <w:t xml:space="preserve">54 </w:t>
      </w:r>
      <w:r>
        <w:rPr>
          <w:rFonts w:ascii="Palatino" w:hAnsi="Palatino" w:cs="Palatino" w:eastAsia="Palatino"/>
          <w:color w:val="000000"/>
          <w:sz w:val="23"/>
        </w:rPr>
        <w:t xml:space="preserve">Many from great Latium and all Ausonia were seeking her. </w:t>
      </w:r>
      <w:r>
        <w:rPr>
          <w:rFonts w:ascii="Palatino" w:hAnsi="Palatino" w:cs="Palatino" w:eastAsia="Palatino"/>
          <w:color w:val="000000"/>
          <w:sz w:val="23"/>
        </w:rPr>
        <w:t xml:space="preserve">Before all the others the most handsome seeks her, Turnus, powerful through his grandfathers and great-grandfathers, whom the royal wife was hurrying, with wonderful love, to have joined to her as son-in-law; </w:t>
      </w:r>
      <w:r>
        <w:rPr>
          <w:rFonts w:ascii="Palatino" w:hAnsi="Palatino" w:cs="Palatino" w:eastAsia="Palatino"/>
          <w:b/>
          <w:color w:val="C00000"/>
          <w:sz w:val="16"/>
        </w:rPr>
        <w:t xml:space="preserve">58 </w:t>
      </w:r>
      <w:r>
        <w:rPr>
          <w:rFonts w:ascii="Palatino" w:hAnsi="Palatino" w:cs="Palatino" w:eastAsia="Palatino"/>
          <w:color w:val="000000"/>
          <w:sz w:val="23"/>
        </w:rPr>
        <w:t xml:space="preserve">but omens of the gods stand in the way with various terrors. </w:t>
      </w:r>
    </w:p>
    <w:p>
      <w:pPr>
        <w:jc w:val="center"/>
      </w:pPr>
      <w:r>
        <w:rPr>
          <w:rFonts w:ascii="Palatino" w:hAnsi="Palatino" w:cs="Palatino" w:eastAsia="Palatino"/>
          <w:b/>
          <w:color w:val="000000"/>
          <w:sz w:val="23"/>
        </w:rPr>
        <w:t>Aeneid 7.783–792 and 803–817</w:t>
      </w:r>
    </w:p>
    <w:p>
      <w:r>
        <w:rPr>
          <w:rFonts w:ascii="Palatino" w:hAnsi="Palatino" w:cs="Palatino" w:eastAsia="Palatino"/>
          <w:b/>
          <w:color w:val="C00000"/>
          <w:sz w:val="16"/>
        </w:rPr>
        <w:t xml:space="preserve">783 </w:t>
      </w:r>
      <w:r>
        <w:rPr>
          <w:rFonts w:ascii="Palatino" w:hAnsi="Palatino" w:cs="Palatino" w:eastAsia="Palatino"/>
          <w:color w:val="000000"/>
          <w:sz w:val="23"/>
        </w:rPr>
        <w:t xml:space="preserve">Turnus himself, among the first, outstanding in body, moves about holding his arms and is taller than all by a whole head. </w:t>
      </w:r>
      <w:r>
        <w:rPr>
          <w:rFonts w:ascii="Palatino" w:hAnsi="Palatino" w:cs="Palatino" w:eastAsia="Palatino"/>
          <w:b/>
          <w:color w:val="C00000"/>
          <w:sz w:val="16"/>
        </w:rPr>
        <w:t xml:space="preserve">785 </w:t>
      </w:r>
      <w:r>
        <w:rPr>
          <w:rFonts w:ascii="Palatino" w:hAnsi="Palatino" w:cs="Palatino" w:eastAsia="Palatino"/>
          <w:color w:val="000000"/>
          <w:sz w:val="23"/>
        </w:rPr>
        <w:t xml:space="preserve">His lofty helmet, crested with a triple plume, holds up a Chimaera breathing Etnaean fires from its jaws, the more roaring and wild with deadly flames the more the battles grow savage with blood poured out. </w:t>
      </w:r>
      <w:r>
        <w:rPr>
          <w:rFonts w:ascii="Palatino" w:hAnsi="Palatino" w:cs="Palatino" w:eastAsia="Palatino"/>
          <w:b/>
          <w:color w:val="C00000"/>
          <w:sz w:val="16"/>
        </w:rPr>
        <w:t xml:space="preserve">789 </w:t>
      </w:r>
      <w:r>
        <w:rPr>
          <w:rFonts w:ascii="Palatino" w:hAnsi="Palatino" w:cs="Palatino" w:eastAsia="Palatino"/>
          <w:color w:val="000000"/>
          <w:sz w:val="23"/>
        </w:rPr>
        <w:t xml:space="preserve">But Io, with her horns raised, decorated his smooth shield in gold, Io already covered with bristles, already a cow, a huge theme, and Argus, guard of the maiden, and father Inachus pouring a river from an engraved urn. </w:t>
      </w:r>
      <w:r>
        <w:rPr>
          <w:rFonts w:ascii="Palatino" w:hAnsi="Palatino" w:cs="Palatino" w:eastAsia="Palatino"/>
          <w:b/>
          <w:color w:val="C00000"/>
          <w:sz w:val="16"/>
        </w:rPr>
        <w:t xml:space="preserve">803 </w:t>
      </w:r>
      <w:r>
        <w:rPr>
          <w:rFonts w:ascii="Palatino" w:hAnsi="Palatino" w:cs="Palatino" w:eastAsia="Palatino"/>
          <w:color w:val="000000"/>
          <w:sz w:val="23"/>
        </w:rPr>
        <w:t xml:space="preserve">Besides these came Camilla, of the Volscian race, leading a column of cavalry and squadrons flowering with bronze, a warrior woman, her woman's hands not used to the distaff or the wool-baskets of Minerva, but a maiden hardened to endure battles and to outstrip the winds in the speed of her feet. </w:t>
      </w:r>
      <w:r>
        <w:rPr>
          <w:rFonts w:ascii="Palatino" w:hAnsi="Palatino" w:cs="Palatino" w:eastAsia="Palatino"/>
          <w:b/>
          <w:color w:val="C00000"/>
          <w:sz w:val="16"/>
        </w:rPr>
        <w:t xml:space="preserve">808 </w:t>
      </w:r>
      <w:r>
        <w:rPr>
          <w:rFonts w:ascii="Palatino" w:hAnsi="Palatino" w:cs="Palatino" w:eastAsia="Palatino"/>
          <w:color w:val="000000"/>
          <w:sz w:val="23"/>
        </w:rPr>
        <w:t xml:space="preserve">She could fly over the top blades of uncut corn and not have bruised the tender ears in her running, or make her way through the middle of the sea, poised above the swelling wave, and not wet her swift soles in the water. </w:t>
      </w:r>
      <w:r>
        <w:rPr>
          <w:rFonts w:ascii="Palatino" w:hAnsi="Palatino" w:cs="Palatino" w:eastAsia="Palatino"/>
          <w:b/>
          <w:color w:val="C00000"/>
          <w:sz w:val="16"/>
        </w:rPr>
        <w:t xml:space="preserve">812 </w:t>
      </w:r>
      <w:r>
        <w:rPr>
          <w:rFonts w:ascii="Palatino" w:hAnsi="Palatino" w:cs="Palatino" w:eastAsia="Palatino"/>
          <w:color w:val="000000"/>
          <w:sz w:val="23"/>
        </w:rPr>
        <w:t xml:space="preserve">All the young people, pouring out from the houses and fields, and the crowd of mothers marvel at her and gaze at her as she goes, gaping with astonished minds at how the royal honour of purple veils her smooth shoulders, how a clasp binds her hair with gold, how she herself carries a Lycian quiver and the shepherd's myrtle staff tipped with a point. </w:t>
      </w:r>
    </w:p>
    <w:p>
      <w:pPr>
        <w:jc w:val="center"/>
      </w:pPr>
      <w:r>
        <w:rPr>
          <w:rFonts w:ascii="Palatino" w:hAnsi="Palatino" w:cs="Palatino" w:eastAsia="Palatino"/>
          <w:b/>
          <w:color w:val="000000"/>
          <w:sz w:val="23"/>
        </w:rPr>
        <w:t>Aeneid 11.532–594</w:t>
      </w:r>
    </w:p>
    <w:p>
      <w:r>
        <w:rPr>
          <w:rFonts w:ascii="Palatino" w:hAnsi="Palatino" w:cs="Palatino" w:eastAsia="Palatino"/>
          <w:b/>
          <w:color w:val="C00000"/>
          <w:sz w:val="16"/>
        </w:rPr>
        <w:t xml:space="preserve">532 </w:t>
      </w:r>
      <w:r>
        <w:rPr>
          <w:rFonts w:ascii="Palatino" w:hAnsi="Palatino" w:cs="Palatino" w:eastAsia="Palatino"/>
          <w:color w:val="000000"/>
          <w:sz w:val="23"/>
        </w:rPr>
        <w:t xml:space="preserve">Meanwhile in the seats of the gods above, Latona's daughter was addressing swift Opis, one of the maiden companions of her sacred band, and was giving out these words sadly from her mouth: </w:t>
      </w:r>
      <w:r>
        <w:rPr>
          <w:rFonts w:ascii="Palatino" w:hAnsi="Palatino" w:cs="Palatino" w:eastAsia="Palatino"/>
          <w:color w:val="000000"/>
          <w:sz w:val="23"/>
        </w:rPr>
        <w:t xml:space="preserve">"Camilla is marching to cruel war, O maiden, and is arming herself in vain with our weapons, Camilla, dear to me before others. </w:t>
      </w:r>
      <w:r>
        <w:rPr>
          <w:rFonts w:ascii="Palatino" w:hAnsi="Palatino" w:cs="Palatino" w:eastAsia="Palatino"/>
          <w:color w:val="000000"/>
          <w:sz w:val="23"/>
        </w:rPr>
        <w:t xml:space="preserve">For this love of Diana has not come recently, nor has it moved her heart with sudden sweetness. </w:t>
      </w:r>
      <w:r>
        <w:rPr>
          <w:rFonts w:ascii="Palatino" w:hAnsi="Palatino" w:cs="Palatino" w:eastAsia="Palatino"/>
          <w:b/>
          <w:color w:val="C00000"/>
          <w:sz w:val="16"/>
        </w:rPr>
        <w:t xml:space="preserve">539 </w:t>
      </w:r>
      <w:r>
        <w:rPr>
          <w:rFonts w:ascii="Palatino" w:hAnsi="Palatino" w:cs="Palatino" w:eastAsia="Palatino"/>
          <w:color w:val="000000"/>
          <w:sz w:val="23"/>
        </w:rPr>
        <w:t xml:space="preserve">When Metabus, driven from his kingdom because of hatred of his proud power, was leaving the ancient city of Privernum, fleeing through the middle of the battles of war, he took his infant daughter as a companion for his exile and called her Camilla, after her mother's name Casmilla, with a part changed. </w:t>
      </w:r>
      <w:r>
        <w:rPr>
          <w:rFonts w:ascii="Palatino" w:hAnsi="Palatino" w:cs="Palatino" w:eastAsia="Palatino"/>
          <w:b/>
          <w:color w:val="C00000"/>
          <w:sz w:val="16"/>
        </w:rPr>
        <w:t xml:space="preserve">544 </w:t>
      </w:r>
      <w:r>
        <w:rPr>
          <w:rFonts w:ascii="Palatino" w:hAnsi="Palatino" w:cs="Palatino" w:eastAsia="Palatino"/>
          <w:color w:val="000000"/>
          <w:sz w:val="23"/>
        </w:rPr>
        <w:t xml:space="preserve">Carrying her himself in front of him in the fold of his cloak, he was making for the long ridges of lonely woods; </w:t>
      </w:r>
      <w:r>
        <w:rPr>
          <w:rFonts w:ascii="Palatino" w:hAnsi="Palatino" w:cs="Palatino" w:eastAsia="Palatino"/>
          <w:color w:val="000000"/>
          <w:sz w:val="23"/>
        </w:rPr>
        <w:t xml:space="preserve">savage weapons were pressing on all sides, and the Volscians were flitting about with soldiers poured all around. </w:t>
      </w:r>
      <w:r>
        <w:rPr>
          <w:rFonts w:ascii="Palatino" w:hAnsi="Palatino" w:cs="Palatino" w:eastAsia="Palatino"/>
          <w:b/>
          <w:color w:val="C00000"/>
          <w:sz w:val="16"/>
        </w:rPr>
        <w:t xml:space="preserve">547 </w:t>
      </w:r>
      <w:r>
        <w:rPr>
          <w:rFonts w:ascii="Palatino" w:hAnsi="Palatino" w:cs="Palatino" w:eastAsia="Palatino"/>
          <w:color w:val="000000"/>
          <w:sz w:val="23"/>
        </w:rPr>
        <w:t xml:space="preserve">Look! in the middle of his flight the Amasenus was foaming, overflowing the tops of its banks, so great a rainstorm had burst from the clouds. </w:t>
      </w:r>
      <w:r>
        <w:rPr>
          <w:rFonts w:ascii="Palatino" w:hAnsi="Palatino" w:cs="Palatino" w:eastAsia="Palatino"/>
          <w:color w:val="000000"/>
          <w:sz w:val="23"/>
        </w:rPr>
        <w:t xml:space="preserve">He, getting ready to swim across, is held back by love for the infant and fears for his dear burden. </w:t>
      </w:r>
      <w:r>
        <w:rPr>
          <w:rFonts w:ascii="Palatino" w:hAnsi="Palatino" w:cs="Palatino" w:eastAsia="Palatino"/>
          <w:color w:val="000000"/>
          <w:sz w:val="23"/>
        </w:rPr>
        <w:t xml:space="preserve">As he turned everything over in his mind, suddenly, barely, this decision settled: </w:t>
      </w:r>
      <w:r>
        <w:rPr>
          <w:rFonts w:ascii="Palatino" w:hAnsi="Palatino" w:cs="Palatino" w:eastAsia="Palatino"/>
          <w:b/>
          <w:color w:val="C00000"/>
          <w:sz w:val="16"/>
        </w:rPr>
        <w:t xml:space="preserve">552 </w:t>
      </w:r>
      <w:r>
        <w:rPr>
          <w:rFonts w:ascii="Palatino" w:hAnsi="Palatino" w:cs="Palatino" w:eastAsia="Palatino"/>
          <w:color w:val="000000"/>
          <w:sz w:val="23"/>
        </w:rPr>
        <w:t xml:space="preserve">the huge spear which, as a warrior, he happened to be carrying in his strong hand, solid with knots and seasoned oak, to this he ties his daughter, enclosed in bark and woodland cork, and binds her neatly around the middle of the spear; </w:t>
      </w:r>
      <w:r>
        <w:rPr>
          <w:rFonts w:ascii="Palatino" w:hAnsi="Palatino" w:cs="Palatino" w:eastAsia="Palatino"/>
          <w:b/>
          <w:color w:val="C00000"/>
          <w:sz w:val="16"/>
        </w:rPr>
        <w:t xml:space="preserve">556 </w:t>
      </w:r>
      <w:r>
        <w:rPr>
          <w:rFonts w:ascii="Palatino" w:hAnsi="Palatino" w:cs="Palatino" w:eastAsia="Palatino"/>
          <w:color w:val="000000"/>
          <w:sz w:val="23"/>
        </w:rPr>
        <w:t xml:space="preserve">balancing it in his huge right hand, he speaks thus to the sky: </w:t>
      </w:r>
      <w:r>
        <w:rPr>
          <w:rFonts w:ascii="Palatino" w:hAnsi="Palatino" w:cs="Palatino" w:eastAsia="Palatino"/>
          <w:b/>
          <w:color w:val="C00000"/>
          <w:sz w:val="16"/>
        </w:rPr>
        <w:t xml:space="preserve">557 </w:t>
      </w:r>
      <w:r>
        <w:rPr>
          <w:rFonts w:ascii="Palatino" w:hAnsi="Palatino" w:cs="Palatino" w:eastAsia="Palatino"/>
          <w:color w:val="000000"/>
          <w:sz w:val="23"/>
        </w:rPr>
        <w:t xml:space="preserve">'Kindly maiden, daughter of Latona, dweller in the groves, I, her father, vow this girl to you as your servant; holding your weapon as her first, a suppliant, she flees the enemy through the air. </w:t>
      </w:r>
      <w:r>
        <w:rPr>
          <w:rFonts w:ascii="Palatino" w:hAnsi="Palatino" w:cs="Palatino" w:eastAsia="Palatino"/>
          <w:color w:val="000000"/>
          <w:sz w:val="23"/>
        </w:rPr>
        <w:t xml:space="preserve">Accept her, I beg, goddess, as your own, she who is now entrusted to the uncertain breezes.' </w:t>
      </w:r>
      <w:r>
        <w:rPr>
          <w:rFonts w:ascii="Palatino" w:hAnsi="Palatino" w:cs="Palatino" w:eastAsia="Palatino"/>
          <w:b/>
          <w:color w:val="C00000"/>
          <w:sz w:val="16"/>
        </w:rPr>
        <w:t xml:space="preserve">561 </w:t>
      </w:r>
      <w:r>
        <w:rPr>
          <w:rFonts w:ascii="Palatino" w:hAnsi="Palatino" w:cs="Palatino" w:eastAsia="Palatino"/>
          <w:color w:val="000000"/>
          <w:sz w:val="23"/>
        </w:rPr>
        <w:t xml:space="preserve">He spoke, and drawing back his arm he hurls the spinning shaft; </w:t>
      </w:r>
      <w:r>
        <w:rPr>
          <w:rFonts w:ascii="Palatino" w:hAnsi="Palatino" w:cs="Palatino" w:eastAsia="Palatino"/>
          <w:color w:val="000000"/>
          <w:sz w:val="23"/>
        </w:rPr>
        <w:t xml:space="preserve">the waters resounded; over the rushing river poor Camilla flies on the whistling javelin. </w:t>
      </w:r>
      <w:r>
        <w:rPr>
          <w:rFonts w:ascii="Palatino" w:hAnsi="Palatino" w:cs="Palatino" w:eastAsia="Palatino"/>
          <w:b/>
          <w:color w:val="C00000"/>
          <w:sz w:val="16"/>
        </w:rPr>
        <w:t xml:space="preserve">564 </w:t>
      </w:r>
      <w:r>
        <w:rPr>
          <w:rFonts w:ascii="Palatino" w:hAnsi="Palatino" w:cs="Palatino" w:eastAsia="Palatino"/>
          <w:color w:val="000000"/>
          <w:sz w:val="23"/>
        </w:rPr>
        <w:t xml:space="preserve">But Metabus, as a great band now pressed closer, gives himself to the river and, victorious, pulls the spear with the girl, a gift to Trivia, from the grassy turf. </w:t>
      </w:r>
      <w:r>
        <w:rPr>
          <w:rFonts w:ascii="Palatino" w:hAnsi="Palatino" w:cs="Palatino" w:eastAsia="Palatino"/>
          <w:b/>
          <w:color w:val="C00000"/>
          <w:sz w:val="16"/>
        </w:rPr>
        <w:t xml:space="preserve">567 </w:t>
      </w:r>
      <w:r>
        <w:rPr>
          <w:rFonts w:ascii="Palatino" w:hAnsi="Palatino" w:cs="Palatino" w:eastAsia="Palatino"/>
          <w:color w:val="000000"/>
          <w:sz w:val="23"/>
        </w:rPr>
        <w:t xml:space="preserve">No cities received him into their houses or within their walls, nor would he himself, in his wildness, have surrendered; </w:t>
      </w:r>
      <w:r>
        <w:rPr>
          <w:rFonts w:ascii="Palatino" w:hAnsi="Palatino" w:cs="Palatino" w:eastAsia="Palatino"/>
          <w:b/>
          <w:color w:val="C00000"/>
          <w:sz w:val="16"/>
        </w:rPr>
        <w:t xml:space="preserve">569 </w:t>
      </w:r>
      <w:r>
        <w:rPr>
          <w:rFonts w:ascii="Palatino" w:hAnsi="Palatino" w:cs="Palatino" w:eastAsia="Palatino"/>
          <w:color w:val="000000"/>
          <w:sz w:val="23"/>
        </w:rPr>
        <w:t xml:space="preserve">he spent his life among shepherds on the lonely mountains. </w:t>
      </w:r>
      <w:r>
        <w:rPr>
          <w:rFonts w:ascii="Palatino" w:hAnsi="Palatino" w:cs="Palatino" w:eastAsia="Palatino"/>
          <w:b/>
          <w:color w:val="C00000"/>
          <w:sz w:val="16"/>
        </w:rPr>
        <w:t xml:space="preserve">570 </w:t>
      </w:r>
      <w:r>
        <w:rPr>
          <w:rFonts w:ascii="Palatino" w:hAnsi="Palatino" w:cs="Palatino" w:eastAsia="Palatino"/>
          <w:color w:val="000000"/>
          <w:sz w:val="23"/>
        </w:rPr>
        <w:t xml:space="preserve">Here, among thickets and rough lairs, he was nourishing his daughter with the teats of a mare from the herd and with wild milk, squeezing the udders onto her tender lips. </w:t>
      </w:r>
      <w:r>
        <w:rPr>
          <w:rFonts w:ascii="Palatino" w:hAnsi="Palatino" w:cs="Palatino" w:eastAsia="Palatino"/>
          <w:b/>
          <w:color w:val="C00000"/>
          <w:sz w:val="16"/>
        </w:rPr>
        <w:t xml:space="preserve">573 </w:t>
      </w:r>
      <w:r>
        <w:rPr>
          <w:rFonts w:ascii="Palatino" w:hAnsi="Palatino" w:cs="Palatino" w:eastAsia="Palatino"/>
          <w:color w:val="000000"/>
          <w:sz w:val="23"/>
        </w:rPr>
        <w:t xml:space="preserve">And as soon as the infant had planted her first footsteps on the soles of her feet, he armed her palms with a sharp javelin and hung a quiver and a bow from the little girl's shoulder. </w:t>
      </w:r>
      <w:r>
        <w:rPr>
          <w:rFonts w:ascii="Palatino" w:hAnsi="Palatino" w:cs="Palatino" w:eastAsia="Palatino"/>
          <w:b/>
          <w:color w:val="C00000"/>
          <w:sz w:val="16"/>
        </w:rPr>
        <w:t xml:space="preserve">576 </w:t>
      </w:r>
      <w:r>
        <w:rPr>
          <w:rFonts w:ascii="Palatino" w:hAnsi="Palatino" w:cs="Palatino" w:eastAsia="Palatino"/>
          <w:color w:val="000000"/>
          <w:sz w:val="23"/>
        </w:rPr>
        <w:t xml:space="preserve">Instead of gold for her hair, instead of the covering of a long robe, the skin of a tigress hangs from her head down her back. </w:t>
      </w:r>
      <w:r>
        <w:rPr>
          <w:rFonts w:ascii="Palatino" w:hAnsi="Palatino" w:cs="Palatino" w:eastAsia="Palatino"/>
          <w:b/>
          <w:color w:val="C00000"/>
          <w:sz w:val="16"/>
        </w:rPr>
        <w:t xml:space="preserve">578 </w:t>
      </w:r>
      <w:r>
        <w:rPr>
          <w:rFonts w:ascii="Palatino" w:hAnsi="Palatino" w:cs="Palatino" w:eastAsia="Palatino"/>
          <w:color w:val="000000"/>
          <w:sz w:val="23"/>
        </w:rPr>
        <w:t xml:space="preserve">Even then she hurled childish weapons with her tender hand and whirled the sling with its smooth strap around her head and brought down a Strymonian crane or a white swan. </w:t>
      </w:r>
      <w:r>
        <w:rPr>
          <w:rFonts w:ascii="Palatino" w:hAnsi="Palatino" w:cs="Palatino" w:eastAsia="Palatino"/>
          <w:b/>
          <w:color w:val="C00000"/>
          <w:sz w:val="16"/>
        </w:rPr>
        <w:t xml:space="preserve">581 </w:t>
      </w:r>
      <w:r>
        <w:rPr>
          <w:rFonts w:ascii="Palatino" w:hAnsi="Palatino" w:cs="Palatino" w:eastAsia="Palatino"/>
          <w:color w:val="000000"/>
          <w:sz w:val="23"/>
        </w:rPr>
        <w:t xml:space="preserve">Many mothers throughout the Etruscan towns wished, in vain, for her as a daughter-in-law; </w:t>
      </w:r>
      <w:r>
        <w:rPr>
          <w:rFonts w:ascii="Palatino" w:hAnsi="Palatino" w:cs="Palatino" w:eastAsia="Palatino"/>
          <w:color w:val="000000"/>
          <w:sz w:val="23"/>
        </w:rPr>
        <w:t xml:space="preserve">content with Diana alone, she cherishes, untouched, an eternal love of weapons and of maidenhood. </w:t>
      </w:r>
      <w:r>
        <w:rPr>
          <w:rFonts w:ascii="Palatino" w:hAnsi="Palatino" w:cs="Palatino" w:eastAsia="Palatino"/>
          <w:color w:val="000000"/>
          <w:sz w:val="23"/>
        </w:rPr>
        <w:t xml:space="preserve">I wish she had not been carried away by such warfare, trying to provoke the Trojans: </w:t>
      </w:r>
      <w:r>
        <w:rPr>
          <w:rFonts w:ascii="Palatino" w:hAnsi="Palatino" w:cs="Palatino" w:eastAsia="Palatino"/>
          <w:b/>
          <w:color w:val="C00000"/>
          <w:sz w:val="16"/>
        </w:rPr>
        <w:t xml:space="preserve">586 </w:t>
      </w:r>
      <w:r>
        <w:rPr>
          <w:rFonts w:ascii="Palatino" w:hAnsi="Palatino" w:cs="Palatino" w:eastAsia="Palatino"/>
          <w:color w:val="000000"/>
          <w:sz w:val="23"/>
        </w:rPr>
        <w:t xml:space="preserve">she would be dear to me and now one of my companions. </w:t>
      </w:r>
      <w:r>
        <w:rPr>
          <w:rFonts w:ascii="Palatino" w:hAnsi="Palatino" w:cs="Palatino" w:eastAsia="Palatino"/>
          <w:b/>
          <w:color w:val="C00000"/>
          <w:sz w:val="16"/>
        </w:rPr>
        <w:t xml:space="preserve">587 </w:t>
      </w:r>
      <w:r>
        <w:rPr>
          <w:rFonts w:ascii="Palatino" w:hAnsi="Palatino" w:cs="Palatino" w:eastAsia="Palatino"/>
          <w:color w:val="000000"/>
          <w:sz w:val="23"/>
        </w:rPr>
        <w:t xml:space="preserve">But come, since she is pressed by bitter fates, glide down from the sky, nymph, and visit the Latin lands, where a sad battle is being joined under an ill-starred omen. </w:t>
      </w:r>
      <w:r>
        <w:rPr>
          <w:rFonts w:ascii="Palatino" w:hAnsi="Palatino" w:cs="Palatino" w:eastAsia="Palatino"/>
          <w:b/>
          <w:color w:val="C00000"/>
          <w:sz w:val="16"/>
        </w:rPr>
        <w:t xml:space="preserve">590 </w:t>
      </w:r>
      <w:r>
        <w:rPr>
          <w:rFonts w:ascii="Palatino" w:hAnsi="Palatino" w:cs="Palatino" w:eastAsia="Palatino"/>
          <w:color w:val="000000"/>
          <w:sz w:val="23"/>
        </w:rPr>
        <w:t xml:space="preserve">Take these, and draw an avenging arrow from the quiver: </w:t>
      </w:r>
      <w:r>
        <w:rPr>
          <w:rFonts w:ascii="Palatino" w:hAnsi="Palatino" w:cs="Palatino" w:eastAsia="Palatino"/>
          <w:b/>
          <w:color w:val="C00000"/>
          <w:sz w:val="16"/>
        </w:rPr>
        <w:t xml:space="preserve">591 </w:t>
      </w:r>
      <w:r>
        <w:rPr>
          <w:rFonts w:ascii="Palatino" w:hAnsi="Palatino" w:cs="Palatino" w:eastAsia="Palatino"/>
          <w:color w:val="000000"/>
          <w:sz w:val="23"/>
        </w:rPr>
        <w:t xml:space="preserve">with this let whoever violates her sacred body with a wound, Trojan or Italian alike, pay the penalty to me with his blood. </w:t>
      </w:r>
      <w:r>
        <w:rPr>
          <w:rFonts w:ascii="Palatino" w:hAnsi="Palatino" w:cs="Palatino" w:eastAsia="Palatino"/>
          <w:b/>
          <w:color w:val="C00000"/>
          <w:sz w:val="16"/>
        </w:rPr>
        <w:t xml:space="preserve">593 </w:t>
      </w:r>
      <w:r>
        <w:rPr>
          <w:rFonts w:ascii="Palatino" w:hAnsi="Palatino" w:cs="Palatino" w:eastAsia="Palatino"/>
          <w:color w:val="000000"/>
          <w:sz w:val="23"/>
        </w:rPr>
        <w:t xml:space="preserve">Afterwards I will carry the body of the pitiable girl and her arms, unstripped, in a hollow cloud to a tomb and lay her to rest in her homeland." </w:t>
      </w:r>
    </w:p>
    <w:p>
      <w:pPr>
        <w:jc w:val="center"/>
      </w:pPr>
      <w:r>
        <w:rPr>
          <w:rFonts w:ascii="Palatino" w:hAnsi="Palatino" w:cs="Palatino" w:eastAsia="Palatino"/>
          <w:b/>
          <w:color w:val="000000"/>
          <w:sz w:val="23"/>
        </w:rPr>
        <w:t>Aeneid 12.791–828</w:t>
      </w:r>
    </w:p>
    <w:p>
      <w:r>
        <w:rPr>
          <w:rFonts w:ascii="Palatino" w:hAnsi="Palatino" w:cs="Palatino" w:eastAsia="Palatino"/>
          <w:b/>
          <w:color w:val="C00000"/>
          <w:sz w:val="16"/>
        </w:rPr>
        <w:t xml:space="preserve">791 </w:t>
      </w:r>
      <w:r>
        <w:rPr>
          <w:rFonts w:ascii="Palatino" w:hAnsi="Palatino" w:cs="Palatino" w:eastAsia="Palatino"/>
          <w:color w:val="000000"/>
          <w:sz w:val="23"/>
        </w:rPr>
        <w:t xml:space="preserve">Meanwhile the king of all-powerful Olympus addresses Juno, as she watches the fighting from a golden cloud: </w:t>
      </w:r>
      <w:r>
        <w:rPr>
          <w:rFonts w:ascii="Palatino" w:hAnsi="Palatino" w:cs="Palatino" w:eastAsia="Palatino"/>
          <w:b/>
          <w:color w:val="C00000"/>
          <w:sz w:val="16"/>
        </w:rPr>
        <w:t xml:space="preserve">793 </w:t>
      </w:r>
      <w:r>
        <w:rPr>
          <w:rFonts w:ascii="Palatino" w:hAnsi="Palatino" w:cs="Palatino" w:eastAsia="Palatino"/>
          <w:color w:val="000000"/>
          <w:sz w:val="23"/>
        </w:rPr>
        <w:t xml:space="preserve">"What end will there be now, wife? What, in the end, remains? </w:t>
      </w:r>
      <w:r>
        <w:rPr>
          <w:rFonts w:ascii="Palatino" w:hAnsi="Palatino" w:cs="Palatino" w:eastAsia="Palatino"/>
          <w:b/>
          <w:color w:val="C00000"/>
          <w:sz w:val="16"/>
        </w:rPr>
        <w:t xml:space="preserve">794 </w:t>
      </w:r>
      <w:r>
        <w:rPr>
          <w:rFonts w:ascii="Palatino" w:hAnsi="Palatino" w:cs="Palatino" w:eastAsia="Palatino"/>
          <w:color w:val="000000"/>
          <w:sz w:val="23"/>
        </w:rPr>
        <w:t xml:space="preserve">You know yourself, and admit that you know, that Aeneas is owed to heaven as a native god and is being raised to the stars by the fates. </w:t>
      </w:r>
      <w:r>
        <w:rPr>
          <w:rFonts w:ascii="Palatino" w:hAnsi="Palatino" w:cs="Palatino" w:eastAsia="Palatino"/>
          <w:b/>
          <w:color w:val="C00000"/>
          <w:sz w:val="16"/>
        </w:rPr>
        <w:t xml:space="preserve">796 </w:t>
      </w:r>
      <w:r>
        <w:rPr>
          <w:rFonts w:ascii="Palatino" w:hAnsi="Palatino" w:cs="Palatino" w:eastAsia="Palatino"/>
          <w:color w:val="000000"/>
          <w:sz w:val="23"/>
        </w:rPr>
        <w:t xml:space="preserve">What are you plotting? Or with what hope do you linger in the cold clouds? </w:t>
      </w:r>
      <w:r>
        <w:rPr>
          <w:rFonts w:ascii="Palatino" w:hAnsi="Palatino" w:cs="Palatino" w:eastAsia="Palatino"/>
          <w:b/>
          <w:color w:val="C00000"/>
          <w:sz w:val="16"/>
        </w:rPr>
        <w:t xml:space="preserve">797 </w:t>
      </w:r>
      <w:r>
        <w:rPr>
          <w:rFonts w:ascii="Palatino" w:hAnsi="Palatino" w:cs="Palatino" w:eastAsia="Palatino"/>
          <w:color w:val="000000"/>
          <w:sz w:val="23"/>
        </w:rPr>
        <w:t xml:space="preserve">It has come to the end. </w:t>
      </w:r>
      <w:r>
        <w:rPr>
          <w:rFonts w:ascii="Palatino" w:hAnsi="Palatino" w:cs="Palatino" w:eastAsia="Palatino"/>
          <w:color w:val="000000"/>
          <w:sz w:val="23"/>
        </w:rPr>
        <w:t xml:space="preserve">You have been able to harass the Trojans on land and sea, to kindle an unspeakable war, to disfigure a house and to mix a wedding with mourning: </w:t>
      </w:r>
      <w:r>
        <w:rPr>
          <w:rFonts w:ascii="Palatino" w:hAnsi="Palatino" w:cs="Palatino" w:eastAsia="Palatino"/>
          <w:b/>
          <w:color w:val="C00000"/>
          <w:sz w:val="16"/>
        </w:rPr>
        <w:t xml:space="preserve">806 </w:t>
      </w:r>
      <w:r>
        <w:rPr>
          <w:rFonts w:ascii="Palatino" w:hAnsi="Palatino" w:cs="Palatino" w:eastAsia="Palatino"/>
          <w:color w:val="000000"/>
          <w:sz w:val="23"/>
        </w:rPr>
        <w:t xml:space="preserve">I forbid you to try any further." </w:t>
      </w:r>
      <w:r>
        <w:rPr>
          <w:rFonts w:ascii="Palatino" w:hAnsi="Palatino" w:cs="Palatino" w:eastAsia="Palatino"/>
          <w:color w:val="000000"/>
          <w:sz w:val="23"/>
        </w:rPr>
        <w:t xml:space="preserve">So Jupiter began; so the goddess, daughter of Saturn, replied with lowered face: </w:t>
      </w:r>
      <w:r>
        <w:rPr>
          <w:rFonts w:ascii="Palatino" w:hAnsi="Palatino" w:cs="Palatino" w:eastAsia="Palatino"/>
          <w:b/>
          <w:color w:val="C00000"/>
          <w:sz w:val="16"/>
        </w:rPr>
        <w:t xml:space="preserve">808 </w:t>
      </w:r>
      <w:r>
        <w:rPr>
          <w:rFonts w:ascii="Palatino" w:hAnsi="Palatino" w:cs="Palatino" w:eastAsia="Palatino"/>
          <w:color w:val="000000"/>
          <w:sz w:val="23"/>
        </w:rPr>
        <w:t xml:space="preserve">"Indeed, because this will of yours was known to me, great Jupiter, I left both Turnus and the earth unwillingly; otherwise you would not now see me alone on my airy seat, enduring things deserved and undeserved, but girt with flames I would be standing right beside the battle line and dragging the Trojans into hostile fighting. </w:t>
      </w:r>
      <w:r>
        <w:rPr>
          <w:rFonts w:ascii="Palatino" w:hAnsi="Palatino" w:cs="Palatino" w:eastAsia="Palatino"/>
          <w:b/>
          <w:color w:val="C00000"/>
          <w:sz w:val="16"/>
        </w:rPr>
        <w:t xml:space="preserve">818 </w:t>
      </w:r>
      <w:r>
        <w:rPr>
          <w:rFonts w:ascii="Palatino" w:hAnsi="Palatino" w:cs="Palatino" w:eastAsia="Palatino"/>
          <w:color w:val="000000"/>
          <w:sz w:val="23"/>
        </w:rPr>
        <w:t xml:space="preserve">And now I yield, truly, and leave the battles I loathe. </w:t>
      </w:r>
      <w:r>
        <w:rPr>
          <w:rFonts w:ascii="Palatino" w:hAnsi="Palatino" w:cs="Palatino" w:eastAsia="Palatino"/>
          <w:b/>
          <w:color w:val="C00000"/>
          <w:sz w:val="16"/>
        </w:rPr>
        <w:t xml:space="preserve">819 </w:t>
      </w:r>
      <w:r>
        <w:rPr>
          <w:rFonts w:ascii="Palatino" w:hAnsi="Palatino" w:cs="Palatino" w:eastAsia="Palatino"/>
          <w:color w:val="000000"/>
          <w:sz w:val="23"/>
        </w:rPr>
        <w:t xml:space="preserve">This, which is held by no law of fate, I beg of you, for Latium, for the majesty of your own people: </w:t>
      </w:r>
      <w:r>
        <w:rPr>
          <w:rFonts w:ascii="Palatino" w:hAnsi="Palatino" w:cs="Palatino" w:eastAsia="Palatino"/>
          <w:b/>
          <w:color w:val="C00000"/>
          <w:sz w:val="16"/>
        </w:rPr>
        <w:t xml:space="preserve">821 </w:t>
      </w:r>
      <w:r>
        <w:rPr>
          <w:rFonts w:ascii="Palatino" w:hAnsi="Palatino" w:cs="Palatino" w:eastAsia="Palatino"/>
          <w:color w:val="000000"/>
          <w:sz w:val="23"/>
        </w:rPr>
        <w:t xml:space="preserve">when now they make peace with a happy marriage (so be it), when now they join in laws and treaties, do not order the native Latins to change their ancient name, nor to become Trojans and be called Teucrians, nor to change their language or alter their dress. </w:t>
      </w:r>
      <w:r>
        <w:rPr>
          <w:rFonts w:ascii="Palatino" w:hAnsi="Palatino" w:cs="Palatino" w:eastAsia="Palatino"/>
          <w:b/>
          <w:color w:val="C00000"/>
          <w:sz w:val="16"/>
        </w:rPr>
        <w:t xml:space="preserve">826 </w:t>
      </w:r>
      <w:r>
        <w:rPr>
          <w:rFonts w:ascii="Palatino" w:hAnsi="Palatino" w:cs="Palatino" w:eastAsia="Palatino"/>
          <w:color w:val="000000"/>
          <w:sz w:val="23"/>
        </w:rPr>
        <w:t xml:space="preserve">Let there be Latium, let there be Alban kings through the ages, let there be a Roman race powerful with Italian courage: </w:t>
      </w:r>
      <w:r>
        <w:rPr>
          <w:rFonts w:ascii="Palatino" w:hAnsi="Palatino" w:cs="Palatino" w:eastAsia="Palatino"/>
          <w:b/>
          <w:color w:val="C00000"/>
          <w:sz w:val="16"/>
        </w:rPr>
        <w:t xml:space="preserve">828 </w:t>
      </w:r>
      <w:r>
        <w:rPr>
          <w:rFonts w:ascii="Palatino" w:hAnsi="Palatino" w:cs="Palatino" w:eastAsia="Palatino"/>
          <w:color w:val="000000"/>
          <w:sz w:val="23"/>
        </w:rPr>
        <w:t xml:space="preserve">Troy has fallen, and allow it to have fallen along with its name." </w:t>
      </w:r>
    </w:p>
    <w:p>
      <w:pPr>
        <w:jc w:val="center"/>
      </w:pPr>
      <w:r>
        <w:rPr>
          <w:rFonts w:ascii="Palatino" w:hAnsi="Palatino" w:cs="Palatino" w:eastAsia="Palatino"/>
          <w:b/>
          <w:color w:val="000000"/>
          <w:sz w:val="23"/>
        </w:rPr>
        <w:t>Aeneid 12.919–952</w:t>
      </w:r>
    </w:p>
    <w:p>
      <w:r>
        <w:rPr>
          <w:rFonts w:ascii="Palatino" w:hAnsi="Palatino" w:cs="Palatino" w:eastAsia="Palatino"/>
          <w:b/>
          <w:color w:val="C00000"/>
          <w:sz w:val="16"/>
        </w:rPr>
        <w:t xml:space="preserve">919 </w:t>
      </w:r>
      <w:r>
        <w:rPr>
          <w:rFonts w:ascii="Palatino" w:hAnsi="Palatino" w:cs="Palatino" w:eastAsia="Palatino"/>
          <w:color w:val="000000"/>
          <w:sz w:val="23"/>
        </w:rPr>
        <w:t xml:space="preserve">As Turnus hesitates, Aeneas brandishes the fatal spear, having chosen his chance with his eyes, and hurls it from a distance with his whole body. </w:t>
      </w:r>
      <w:r>
        <w:rPr>
          <w:rFonts w:ascii="Palatino" w:hAnsi="Palatino" w:cs="Palatino" w:eastAsia="Palatino"/>
          <w:color w:val="000000"/>
          <w:sz w:val="23"/>
        </w:rPr>
        <w:t xml:space="preserve">Stones hurled by a siege engine never roar like this, nor do such great crashes burst from a thunderbolt. </w:t>
      </w:r>
      <w:r>
        <w:rPr>
          <w:rFonts w:ascii="Palatino" w:hAnsi="Palatino" w:cs="Palatino" w:eastAsia="Palatino"/>
          <w:color w:val="000000"/>
          <w:sz w:val="23"/>
        </w:rPr>
        <w:t xml:space="preserve">Like a black whirlwind the spear flies, bringing dreadful destruction, and it opens the edges of his breastplate and the outermost circles of his sevenfold shield; whistling, it goes through the middle of his thigh. </w:t>
      </w:r>
      <w:r>
        <w:rPr>
          <w:rFonts w:ascii="Palatino" w:hAnsi="Palatino" w:cs="Palatino" w:eastAsia="Palatino"/>
          <w:color w:val="000000"/>
          <w:sz w:val="23"/>
        </w:rPr>
        <w:t xml:space="preserve">Struck, huge Turnus falls to the ground with his knee bent under him. </w:t>
      </w:r>
      <w:r>
        <w:rPr>
          <w:rFonts w:ascii="Palatino" w:hAnsi="Palatino" w:cs="Palatino" w:eastAsia="Palatino"/>
          <w:b/>
          <w:color w:val="C00000"/>
          <w:sz w:val="16"/>
        </w:rPr>
        <w:t xml:space="preserve">928 </w:t>
      </w:r>
      <w:r>
        <w:rPr>
          <w:rFonts w:ascii="Palatino" w:hAnsi="Palatino" w:cs="Palatino" w:eastAsia="Palatino"/>
          <w:color w:val="000000"/>
          <w:sz w:val="23"/>
        </w:rPr>
        <w:t xml:space="preserve">The Rutulians rise up together with a groan, and the whole mountain around bellows back, and the high groves send back the sound far and wide. </w:t>
      </w:r>
      <w:r>
        <w:rPr>
          <w:rFonts w:ascii="Palatino" w:hAnsi="Palatino" w:cs="Palatino" w:eastAsia="Palatino"/>
          <w:b/>
          <w:color w:val="C00000"/>
          <w:sz w:val="16"/>
        </w:rPr>
        <w:t xml:space="preserve">930 </w:t>
      </w:r>
      <w:r>
        <w:rPr>
          <w:rFonts w:ascii="Palatino" w:hAnsi="Palatino" w:cs="Palatino" w:eastAsia="Palatino"/>
          <w:color w:val="000000"/>
          <w:sz w:val="23"/>
        </w:rPr>
        <w:t xml:space="preserve">He, humble and a suppliant, stretching out his eyes and his right hand in prayer, says: "I have indeed deserved it, and I do not beg to be spared. </w:t>
      </w:r>
      <w:r>
        <w:rPr>
          <w:rFonts w:ascii="Palatino" w:hAnsi="Palatino" w:cs="Palatino" w:eastAsia="Palatino"/>
          <w:b/>
          <w:color w:val="C00000"/>
          <w:sz w:val="16"/>
        </w:rPr>
        <w:t xml:space="preserve">932 </w:t>
      </w:r>
      <w:r>
        <w:rPr>
          <w:rFonts w:ascii="Palatino" w:hAnsi="Palatino" w:cs="Palatino" w:eastAsia="Palatino"/>
          <w:color w:val="000000"/>
          <w:sz w:val="23"/>
        </w:rPr>
        <w:t xml:space="preserve">Use your good fortune. </w:t>
      </w:r>
      <w:r>
        <w:rPr>
          <w:rFonts w:ascii="Palatino" w:hAnsi="Palatino" w:cs="Palatino" w:eastAsia="Palatino"/>
          <w:color w:val="000000"/>
          <w:sz w:val="23"/>
        </w:rPr>
        <w:t xml:space="preserve">If any concern for a wretched parent can touch you, I beg you (you too had such a father, Anchises), pity the old age of Daunus, and give me back, or if you prefer, my body robbed of the light, to my people. </w:t>
      </w:r>
      <w:r>
        <w:rPr>
          <w:rFonts w:ascii="Palatino" w:hAnsi="Palatino" w:cs="Palatino" w:eastAsia="Palatino"/>
          <w:color w:val="000000"/>
          <w:sz w:val="23"/>
        </w:rPr>
        <w:t xml:space="preserve">You have won, and the Ausonians have seen me, conquered, stretch out my palms; Lavinia is your wife. Do not stretch your hatred further." </w:t>
      </w:r>
      <w:r>
        <w:rPr>
          <w:rFonts w:ascii="Palatino" w:hAnsi="Palatino" w:cs="Palatino" w:eastAsia="Palatino"/>
          <w:color w:val="000000"/>
          <w:sz w:val="23"/>
        </w:rPr>
        <w:t xml:space="preserve">Aeneas stood fierce in his arms, rolling his eyes, and held back his right hand; </w:t>
      </w:r>
      <w:r>
        <w:rPr>
          <w:rFonts w:ascii="Palatino" w:hAnsi="Palatino" w:cs="Palatino" w:eastAsia="Palatino"/>
          <w:b/>
          <w:color w:val="C00000"/>
          <w:sz w:val="16"/>
        </w:rPr>
        <w:t xml:space="preserve">940 </w:t>
      </w:r>
      <w:r>
        <w:rPr>
          <w:rFonts w:ascii="Palatino" w:hAnsi="Palatino" w:cs="Palatino" w:eastAsia="Palatino"/>
          <w:color w:val="000000"/>
          <w:sz w:val="23"/>
        </w:rPr>
        <w:t xml:space="preserve">and now more and more Turnus' words had begun to bend him as he hesitated, when the ill-fated sword-belt appeared high on his shoulder, and the strap shone with its familiar studs, the belt of the boy Pallas, whom Turnus had conquered with a wound and laid low, and he was wearing his enemy's emblem on his shoulders. </w:t>
      </w:r>
      <w:r>
        <w:rPr>
          <w:rFonts w:ascii="Palatino" w:hAnsi="Palatino" w:cs="Palatino" w:eastAsia="Palatino"/>
          <w:b/>
          <w:color w:val="C00000"/>
          <w:sz w:val="16"/>
        </w:rPr>
        <w:t xml:space="preserve">945 </w:t>
      </w:r>
      <w:r>
        <w:rPr>
          <w:rFonts w:ascii="Palatino" w:hAnsi="Palatino" w:cs="Palatino" w:eastAsia="Palatino"/>
          <w:color w:val="000000"/>
          <w:sz w:val="23"/>
        </w:rPr>
        <w:t xml:space="preserve">When Aeneas had drunk in with his eyes the reminders of his savage grief and the spoils, set on fire by fury and terrible in his anger, he said: </w:t>
      </w:r>
      <w:r>
        <w:rPr>
          <w:rFonts w:ascii="Palatino" w:hAnsi="Palatino" w:cs="Palatino" w:eastAsia="Palatino"/>
          <w:color w:val="000000"/>
          <w:sz w:val="23"/>
        </w:rPr>
        <w:t xml:space="preserve">"Are you, dressed in the spoils of my own, to be snatched from me here? </w:t>
      </w:r>
      <w:r>
        <w:rPr>
          <w:rFonts w:ascii="Palatino" w:hAnsi="Palatino" w:cs="Palatino" w:eastAsia="Palatino"/>
          <w:color w:val="000000"/>
          <w:sz w:val="23"/>
        </w:rPr>
        <w:t xml:space="preserve">Pallas, Pallas sacrifices you with this wound and takes his penalty from your criminal blood." </w:t>
      </w:r>
      <w:r>
        <w:rPr>
          <w:rFonts w:ascii="Palatino" w:hAnsi="Palatino" w:cs="Palatino" w:eastAsia="Palatino"/>
          <w:b/>
          <w:color w:val="C00000"/>
          <w:sz w:val="16"/>
        </w:rPr>
        <w:t xml:space="preserve">950 </w:t>
      </w:r>
      <w:r>
        <w:rPr>
          <w:rFonts w:ascii="Palatino" w:hAnsi="Palatino" w:cs="Palatino" w:eastAsia="Palatino"/>
          <w:color w:val="000000"/>
          <w:sz w:val="23"/>
        </w:rPr>
        <w:t xml:space="preserve">Saying this, he buries the sword in the chest opposite him, burning with rage; but Turnus' limbs are loosened with cold, and his life flees with a groan, resentful, beneath the shadows. </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Palatino" w:hAnsi="Palatino" w:cs="Palatino" w:eastAsia="Palatino"/>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