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4.74–89, 165–197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4.74–75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moenia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middle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walls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dūcit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Sīdoniāsque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ostentat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urbemque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parātam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leads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Sidonian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shows off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wealth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city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ready-built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4.76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incipit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effārī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mediāque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resistit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begins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speak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middle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speech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stops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4.77–79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eadem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lābente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convīvia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quaerit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same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slipping away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the day (is)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banquets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seeks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Īliacōsque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iterum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dēmēns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audīre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labōrēs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exposcit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Trojan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madly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labours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demands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pendetque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iterum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nārrantis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ōre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she hangs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narrator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lips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4.80–83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dīgressī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lūmenque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obscūra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vicissim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afterwards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have parted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its light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dim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turn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premit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suādentque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cadentia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somnōs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suppresses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urge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setting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sleep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maeret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vacuā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strātīsque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relictīs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grieves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empty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couch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left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incubat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absēns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absentem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auditque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videtque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lies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absent (herself)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absent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 hears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sees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4.84–85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gremiō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Ascanium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genitōris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imāgine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captā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her lap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Ascanius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his father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likeness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captivated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dētinet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īnfandum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fallere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amōrem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holds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unspeakable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(to see) 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deceive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can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love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4.86–89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coeptae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adsurgunt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begun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towers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arms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iuventus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exercet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portusve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prōpugnācula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youth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practise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harbours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ramparts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war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tūta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pendent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interrupta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minaeque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safe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 prepare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works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interrupted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threats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mūrōrum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ingentēs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aequātaque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māchina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caelō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level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crane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 sky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4.165–166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Spēluncam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Troiānus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eandem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leader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Trojan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same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dēveniunt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come down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4.166–168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Tellūs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prōnuba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Iūnō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Earth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bride's attendant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Juno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signum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fulsēre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cōnscius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signal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flashed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witness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aethēr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cōnūbiīs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summōque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ululārunt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vertice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nymphae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sky (was)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marriage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highest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wailed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peak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nymphs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4.169–170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lētī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prīmusque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malōrum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death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first (cause)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misfortunes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causa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4.170–172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speciē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fāmāve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movētur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appearance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 reputation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she moved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fūrtīvum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meditātur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amōrem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coniugium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secret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does Dido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contemplate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marriage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vocat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hōc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praetexit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culpam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calls (it)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cloaks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name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fault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4.173–174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Extemplō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Libyae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once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Libya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goes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Rumour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aliud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Rumour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evil (is)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than 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other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vēlōcius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ūllum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swifter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4.175–177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mōbilitāte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viget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vīrēsque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adquīrit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eundō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parva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movement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thrives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strength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gains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going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small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sēsē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attollit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 fear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raises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ingrediturque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air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walks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ground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head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among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nūbila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condit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clouds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hides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4.178–183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inrītāta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deōrum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Earth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mother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anger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provoked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gods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extrēmum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perhibent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Coeō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Enceladōque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sorōrem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say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Coeus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Enceladus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sister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prōgenuit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pedibus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celerem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pernīcibus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ālīs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produced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her feet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swift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nimble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wings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mōnstrum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horrendum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monster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horrendous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 has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are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plūmae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vigilēs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subter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her body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feathers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many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watchful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mīrābile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dictū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linguae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totidem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marvellous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say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many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tongues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many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mouths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sonant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subrigit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aurēs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many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pricks up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ears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4.184–185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Nocte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night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flies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sky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between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earth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umbram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strīdēns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dulcī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dēclīnat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lūmina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shadow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shrieking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does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sweet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lower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eyes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somnō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sleep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4.186–188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custōs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summī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culmine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day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sits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watcher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either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high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the top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tēctī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turribus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magnās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towers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high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great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territat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fictī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prāvīque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tenāx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terrifies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false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wrong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tenacious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nuntia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vērī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(she 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messenger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truth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4.189–194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multiplicī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populōs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sermōne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replēbat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manifold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peoples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talk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filling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gaudēns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facta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īnfecta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rejoicing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alike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things done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 done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canēbat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vēnisse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Troiānō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sanguine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crētum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singing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come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Trojan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blood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born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pulchra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dignētur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iungere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beautiful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husband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deigns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join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hiemem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luxū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winter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between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themselves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luxury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fovēre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rēgnōrum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immemorēs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turpīque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however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cherish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their kingdoms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unmindful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shameful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cupīdine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captōs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desire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captured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4.195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passim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foeda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diffundit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 things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everywhere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goddess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foul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spreads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ōra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mouths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4.196–197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Prōtinus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cursūs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dētorquet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Iarbān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immediately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course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turns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Iarbas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incenditque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dictīs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aggerat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īrās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she inflames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mind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words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heaps up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anger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