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Vergil, Aeneid 4.305–361</w:t>
      </w:r>
    </w:p>
    <w:p>
      <w:r>
        <w:rPr>
          <w:rFonts w:ascii="Palatino" w:hAnsi="Palatino" w:cs="Palatino" w:eastAsia="Palatino"/>
          <w:i/>
          <w:color w:val="000000"/>
          <w:sz w:val="19"/>
        </w:rPr>
        <w:t>Interlinear text: under each Latin word, in small red type, is a number and its English meaning. Read the English in number order to get a translation.</w:t>
      </w:r>
    </w:p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4.305–306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Dissimulāre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spērāstī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perfide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tantum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posse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conceal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even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did you hope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faithless one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 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be able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nefās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tacitusque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dēcēdere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terrā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wrong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silently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my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depart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land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4.307–308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noster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does neither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love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(you)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data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dextera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quondam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moritūra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given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right hand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about to die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hold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crūdēlī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fūnere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Dīdō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a cruel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death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Dido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4.309–311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Quīn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hībernō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mōlīris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sīdere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classem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even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under the winter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prepare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 fleet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mediīs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properās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Aquilōnibus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the midst of the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hurry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north winds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go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over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crūdēlis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deep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cruel one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4.311–313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arva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aliēna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domōsque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fields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foreign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homes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ignōtās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peterēs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Troia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antīqua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manēret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unknown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were seeking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Troy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ancient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remained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Troia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undōsum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peterētur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classibus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aequor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would Troy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wavy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 sought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fleets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sea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4.314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fugis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it 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flee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4.314–319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ego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lacrimās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dextramque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tuam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tears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right hand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your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quandō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aliud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mihi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miserae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(beg) 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since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else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wretched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nihil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relīquī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cōnūbia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nostra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nothing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myself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have left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marriage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our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inceptōs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hymenaeōs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bene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begun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wedding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anything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meruī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tibi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have deserved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you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quicquam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dulce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miserēre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domūs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lābentis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anything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sweet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mine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house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falling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istam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adhūc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beg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if (there is)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still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precibus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locus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mentem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prayers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place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put off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mind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4.320–323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propter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Libycae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gentēs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Nomadumque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tyrannī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because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Libyan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peoples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Nomads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tyrants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ōdēre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īnfensī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Tyriī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propter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eundem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hate (me)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(are) hostile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Tyrians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because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too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exstīnctus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pudor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sōlā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sīdera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has been destroyed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 honour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which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alone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stars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adībam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fāma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prior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was approaching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reputation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 former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4.323–324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moribundam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dēseris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hospes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hoc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whom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about to die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 you desert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guest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solum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nōmen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quoniam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coniuge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restat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alone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name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since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husband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remains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4.325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moror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 I delay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4.325–326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Pygmaliōn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moenia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frāter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 (am I waiting)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Pygmalion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until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walls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 brother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dēstruat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captam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dūcat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Gaetūlus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Iarbās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destroys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captive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leads (me)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Gaetulian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Iarbas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4.327–330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saltem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mihī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least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suscepta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fuisset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fugam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subolēs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conceived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been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before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 flight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offspring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if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mihi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parvulus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aulā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lūderet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Aenēās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little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the hall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were playing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Aeneas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tamen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referret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nevertheless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his face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would recall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would not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equidem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omnīnō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capta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dēserta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vidērer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indeed 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entirely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captured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deserted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seem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4.331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Dīxerat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had spoken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4.331–332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Iovis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monitīs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immōta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tenēbat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lūmina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Jupiter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the warnings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unmoved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keeping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eyes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obnixus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cūram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corde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premēbat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struggling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care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beneath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heart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pressing down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4.333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Tandem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pauca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refert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last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few things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replies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4.333–336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Ego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plūrima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fandō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ēnumerāre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very many things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speaking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list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valēs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numquam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rēgīna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negābō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prōmeritam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are able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will never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queen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deny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have deserved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meminisse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pigēbit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Elissae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memor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remember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will it displease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Elissa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mindful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spīritus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regit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myself (am)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myself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breath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rules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artūs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limbs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4.337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pauca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loquar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about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matter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few things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will speak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4.337–339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ego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abscondere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fūrtō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spērāvī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did 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hide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stealth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hope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finge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fugam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coniugis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umquam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 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imagine 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flight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a husband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ever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praetendī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taedās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foedera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did I hold out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torches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agreements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vēnī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enter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4.340–344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paterentur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dūcere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fates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my own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allowed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lead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vītam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auspiciīs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sponte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compōnere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 life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auspices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my own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settle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cūrās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urbem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Troiānam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prīmum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dulcēsque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meōrum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 cares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Troy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first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sweet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my people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relliquiās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colerem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Priamī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tēcta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manērent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remains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would be tending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Priam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houses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high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would remain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recidīva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manū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posuissem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Pergama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victīs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revived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my hand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would have set up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Pergamum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the conquered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4.345–346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Ītaliam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magnam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Grȳnēus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Apollō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Italy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Grynean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Apollo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Ītaliam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Lyciae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iussēre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capessere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sortēs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Italy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(and) the Lycian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have ordered (me)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seize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oracles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4.347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hic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patria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est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 (is my)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love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homeland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(my)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4.347–350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Karthāginis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arcēs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Phoenissam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Libycaeque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Carthage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citadels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Phoenician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a Libyan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aspectus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dētinet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urbis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tandem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Ausoniā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sight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pray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Ausonian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Teucrōs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cōnsidere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invidia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est</w:t>
            </w:r>
          </w:p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Trojans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settle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grudge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 it</w:t>
            </w:r>
          </w:p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4.350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extera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quaerere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rēgna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is right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foreign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seek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kingdoms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4.351–355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patris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Anchīsae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quotiēns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ūmentibus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umbrīs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my father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Anchises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whenever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damp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shadows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nox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operit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quotiēns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astra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ignea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night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covers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lands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whenever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fiery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surgunt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admonet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somnīs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turbida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rise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warns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 dreams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troubled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imāgō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Ascanius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capitisque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terrifies (me)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image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 (also)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boy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Ascanius (warns)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head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iniūria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cārī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rēgnō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Hesperiae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fraudō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wrong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his dear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kingdom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Hesperia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cheat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fātālibus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arvīs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fated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fields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4.356–358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interpres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dīvum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Iove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missus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also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messenger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gods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Jupiter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sent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ab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testor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utrumque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caput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celerēs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himself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swear by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 our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heads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swift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mandāta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aurās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dētulit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orders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breezes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has brought down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4.358–359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manifestō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lūmine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vīdī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myself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god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clear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light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saw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intrantem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mūrōs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vōcemque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auribus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hausī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entering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walls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voice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these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I drank in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4.360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Dēsine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incendere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querēlīs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stop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 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your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inflaming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yourself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complaints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4.361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Ītaliam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sponte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sequor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Italy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my own will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pursue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eastAsia="Palatino" w:cs="Palatin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