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2.40–56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2.40–42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comitante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accompanying (him)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catervā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Lāocoōn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dēcurrit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crowd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Laocoön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burning (with anger)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top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runs down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procul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citadel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afar (cries)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īnsānia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cīvēs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wretched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madness (is this)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Crēditis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āvectōs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hostēs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you believe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sailed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the enemy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2.43–44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putātis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Dōna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carēre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dolīs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you think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gifts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tricks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Danaum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Greeks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Ulixēs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like 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known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Ulysses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2.45–48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inclūsī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lignō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occultantur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Achīvī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shut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hidden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Achaeans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fabricāta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built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been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māchina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īnspectūra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ventūraque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dēsuper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machine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look 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 homes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to 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above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aliquis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error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onto the city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lurks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trick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horse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crēdite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trust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Trojans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2.49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Quidquid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timeō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Danaōs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fear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Greeks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dōna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ferentēs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gifts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bringing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2.50–52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validīs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vīribus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spoken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mighty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strength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spear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curvam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compāgibus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beast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curved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joints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contorsit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belly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hurled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2.52–53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Stetit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uterōque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recussō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īnsonuēre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quivering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with the womb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struck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resounded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cavae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gemitumque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dedēre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cavernae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hollow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groan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gave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caverns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2.54–56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 mind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laeva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fuisset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impulerat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Argolicās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perverse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would have driven (us)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iron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Argive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foedāre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latebrās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stāret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Priamīque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defile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hiding-place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be standing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Priam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manērēs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citadel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you would remain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