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Vergil, Aeneid 2.201–249</w:t>
      </w:r>
    </w:p>
    <w:p>
      <w:r>
        <w:rPr>
          <w:rFonts w:ascii="Palatino" w:hAnsi="Palatino" w:cs="Palatino" w:eastAsia="Palatino"/>
          <w:i/>
          <w:color w:val="000000"/>
          <w:sz w:val="19"/>
        </w:rPr>
        <w:t>Interlinear text: under each Latin word, in small red type, is a number and its English meaning. Read the English in number order to get a translation.</w:t>
      </w:r>
    </w:p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2.201–202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Lāocoōn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ductus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Neptūnō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sorte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sacerdōs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sollemnēs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Laocoön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chosen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Neptune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lot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priest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customary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taurum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ingentem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mactābat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ārās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huge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sacrificing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altars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2.203–205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Ecce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geminī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Tenedō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tranquilla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look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twin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Tenedos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calm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horrēscō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referēns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immēnsīs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orbibus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deep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shudder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I tell 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huge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coils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anguēs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incumbunt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pelagō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pariterque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lītora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snakes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lean 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sea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side by side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shore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tendunt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make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2.206–208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pectora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quōrum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flūctūs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arrēcta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iubaeque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chests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among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raised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crests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sanguineae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undās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cētera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pontum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blood-red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rise above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part (of them)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other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sea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pōne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legit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sinuatque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immēnsa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volūmine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terga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behind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skims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twists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huge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a coil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backs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2.209–211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sonitus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spūmante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arva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 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noise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foaming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the sea (is)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fields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tenēbant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ardentēs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oculōs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suffectī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sanguine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were reaching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burning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eyes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suffused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blood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ignī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sībila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lambēbant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linguīs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vibrantibus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hissing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were licking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tongues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quivering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mouths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2.212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Diffugimus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vīsū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exsanguēs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 flee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the sight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bloodless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2.212–215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agmine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certō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Lāocoönta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petunt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column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a fixed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Laocoön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make for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parva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duōrum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corpora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nātōrum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serpēns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first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small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two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bodies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serpent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amplexus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uterque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implicat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miserōs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morsū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embraced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each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entwines (them)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wretched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bite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dēpascitur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artūs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feeds 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limbs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2.216–219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auxiliō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subeuntem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tēla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afterwards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him himself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help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coming up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weapons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ferentem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corripiunt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spīrīsque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ligant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ingentibus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bringing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seize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coils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bind (him)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huge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amplexī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collō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twice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around his middle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embraced (him)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twice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neck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squāmea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circum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terga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capite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scaly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backs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put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overtop (him)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their head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cervīcibus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altīs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necks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high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2.220–224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simul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tendit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dīvellere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nōdōs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the same time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his hands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strains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tear apart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knots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perfūsus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saniē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vittās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ātrōque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venēnō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clāmōrēs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drenched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gore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to his headbands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black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poison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cries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simul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horrendōs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sīdera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tollit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quālis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the same time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horrendous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stars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raises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like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mūgītus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fūgit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saucius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āram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taurus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bellowing (when)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has fled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wounded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altar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bull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incertam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excussit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cervīce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secūrim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ill-aimed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has shaken off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its neck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axe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2.225–227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geminī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lāpsū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dēlūbra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summa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twin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glide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shrines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high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dracōnēs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effugiunt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saevaeque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petunt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Trītōnidis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arcem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serpents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escape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fierce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make for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Tritonia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citadel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pedibusque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clipeīque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orbe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beneath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feet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goddess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her shield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beneath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circle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teguntur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they are hidden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2.228–231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tremefacta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novus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pectora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indeed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trembling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new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hearts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cūnctīs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īnsinuat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pavor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scelus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expendisse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creeps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terror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crime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has paid for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merentem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Lāocoönta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sacrum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cuspide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deservedly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Laocoön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say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sacred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his spear-point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rōbur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laeserit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tergō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scelerātam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intorserit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oak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struck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 its back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wicked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hurled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hastam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spear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2.232–233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Dūcendum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sēdēs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simulācrum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ōrandaque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dīvae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must be led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its home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the image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must be prayed 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goddess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nūmina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conclāmant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divine power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shout together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2.234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Dīvīdimus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mūrōs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moenia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pandimus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 breach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walls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fortifications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lay open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city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2.235–237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Accingunt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operī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pedibusque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rotārum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subiiciunt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gird themselves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the work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its feet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wheels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set under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lāpsūs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stuppea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vincula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collō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intendunt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gliding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hempen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ropes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its neck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stretch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2.237–238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scandit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fātālis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māchina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mūrōs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fēta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armīs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climbs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fatal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machine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walls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pregnant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arms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2.238–240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Puerī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circum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innūptaeque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puellae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sacra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canunt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boys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around (it)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unmarried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girls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sacred songs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fūnemque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contingere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gaudent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rope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their hand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touch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rejoice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enters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mediaeque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mināns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inlābitur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urbī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 the middle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threatening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glides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city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2.241–242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patria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dīvum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domus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Īlium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fatherland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Ilium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incluta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bellō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moenia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Dardanidum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famous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war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walls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Trojans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2.242–243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līmine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portae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substitit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four times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very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threshold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gate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halted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uterō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sonitum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dedēre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its womb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sound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four times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arms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gave out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2.244–245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īnstāmus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immemorēs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caecīque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furōre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 press 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unmindful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blind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frenzy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mōnstrum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īnfēlīx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sacrāta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sistimus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arce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monster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ill-omened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sacred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 set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citadel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2.246–247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aperit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Cassandra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futūrīs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also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fates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opens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Cassandra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the future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iussū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umquam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crēdita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mouth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command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never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(ever)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believed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Teucrīs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Trojans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2.248–249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dēlūbra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miserī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ultimus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shrines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wretched (ones)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whom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last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esset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fēstā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vēlāmus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fronde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be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festive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foliage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urbem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throughout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city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eastAsia="Palatino" w:cs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