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12.791–798, 805–812, 818–828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12.791–792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Iūnōnem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intereā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omnipotentis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Olympī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adloquitur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Juno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meanwhile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all-powerful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Olympus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addresses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fulvā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pugnās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tuentem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tawny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battles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watching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coniūnx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there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wife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dēnique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restat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finally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remains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12.794–795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indigetem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scīre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a native god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yourself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you know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fatēris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dēbērī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admit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owed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heaven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tollī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is raised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struis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you plotting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gelidīs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clouds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haerēs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you linger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suprēmum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has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12.797–805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agitāre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Troiānōs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potuistī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lands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harass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have been able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īnfandum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accendere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dēformāre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unspeakable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kindle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disfigure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house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lūctū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mīscēre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hymenaeōs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grief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mix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wedding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ulterius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temptāre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vetō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further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forbid (you)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12.806–807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Juppiter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submissō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began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goddess (replied)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lowered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Sāturnia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vultū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reply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Saturn's daughter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face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12.808–812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Ista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known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yours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voluntās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Iuppiter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invīta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relīquī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earth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unwilling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left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āeriā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digna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my airy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see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things deserved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indigna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cincta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undeserved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enduring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flames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stārem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aciē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traheremque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inimīca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very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be standing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battle-line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drawing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hostile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proelia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battles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Trojans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cēdō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pugnāsque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exōsa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yield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battles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hating (them)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relinquō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 leave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12.819–820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nūllā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(for)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no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fate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obtestor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maiestāte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held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majesty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tuōrum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your people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12.821–825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cōnubiīs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pācem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fēlīcibus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marriages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happy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(so be it)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compōnent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lēgēs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foedera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arrange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treaties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iungent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indigenās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mutāre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join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their 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native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change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Latīnōs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Trōās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iubeās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Trojans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Teucrians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vocārī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mutāre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be called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their language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change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vestem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alter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their dress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12.826–827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Albānī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saecula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 there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 there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Alban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ages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Rōmāna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Italā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virtūte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let there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powerful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Italian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valour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propāgō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offspring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12.828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occidit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occideritque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sinās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Trōia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fallen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have fallen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allow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its name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Troy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