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11.532–594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11.532–535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Vēlōcem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intereā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sēdibus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Ōpim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swift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meanwhile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seats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Opis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virginibus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sociīs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sacrāque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catervā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maiden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companions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sacred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compellābat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trīstis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Lātōnia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addressing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Latonia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words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dabat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her mouth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uttering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11.535–537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Graditur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crūdēle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going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cruel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nostrīs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nēquīquam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cingitur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maiden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vain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girding herself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arms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aliās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others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11.537–538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novus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iste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Diānae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vēnit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Diana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subitāque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dulcēdine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mōvit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sudden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mind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sweetness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 moved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11.539–543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Pulsus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invidiam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vīrēsque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superbās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driven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hatred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his kingdom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proud power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Prīvernō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antīquā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Metabus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excēderet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Privernum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ancient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Metabus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leaving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īnfantem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proelia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infant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fleeing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(among)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battles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sustulit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exsiliō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comitem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mātrisque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vocāvit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nōmine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took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his exile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companion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her mother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called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name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Casmillae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mūtātā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Camillam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Casmilla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changed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part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Camilla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11.544–545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sinū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portāns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iuga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fold of his cloak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carrying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ridges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petēbat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nemorum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making 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lonely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woods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11.545–546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undique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premēbant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circumfūsō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weapons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all sides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savage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pressing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spread around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volitābant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mīlite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Volscī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flying about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soldiers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Volsci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11.547–549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Ecce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Amasēnus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abundāns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look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flight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tops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Amasenus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overflowing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spūmābat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rīpīs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imber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foaming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banks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(itself)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the clouds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rainstorm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rūperat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burst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11.549–550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innāre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parāns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īnfantis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tardātur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swim across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preparing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infant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held back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cārōque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onerī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timet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his dear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burden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fears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11.550–551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versantī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everything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 turning over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suddenly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barely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sententia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sēdit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decision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settled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11.552–555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immāne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validā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weapon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his strong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chance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gerēbat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bellātor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solidum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rōbore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carrying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warrior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solid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knots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oak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coctō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huic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silvestrī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seasoned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daughter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bark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woodland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sūbere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clausam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implicat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habilem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cork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enclosed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binds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 the middle of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circumligat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hastae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ties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spear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11.556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dextrā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lībrāns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right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his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balancing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aethera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fātur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speaks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11.557–559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nemorum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cultrīx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Lātōnia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kindly 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 (girl)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groves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cultivator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Latonian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famulam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voveō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maiden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myself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father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servant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supplex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first time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weapons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holding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suppliant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hostem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enemy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flees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11.559–560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Accipe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testor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accept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pray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goddess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own (girl)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dubiīs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committitur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uncertain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entrusted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breezes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11.561–562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Dīxit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adductō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contortum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hastīle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lacertō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spoke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drawn back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whirled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shaft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arm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immittit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launches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11.562–563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sonuēre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rapidum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amnem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īnfēlīx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resounded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rushing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unhappy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iaculō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strīdente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Camilla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flees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javelin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shrieking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Camilla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11.564–566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Metabus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urgente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Metabus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closer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pressing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catervā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fluviō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hastam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river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spear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victor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grāmineō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dōnum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Triviae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girl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victorious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grassy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gift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Trivia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caespite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vellit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pulls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11.567–568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tēctīs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ūllae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their houses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within walls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accēpēre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feritāte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received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hands (in surrender)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 of his wildness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dedisset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have given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11.569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pāstōrum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exēgit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aevum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shepherds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lonely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spent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mountains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life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11.570–572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horrentia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daughter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thickets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among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bristling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lustra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armentālis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mammīs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herd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teats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milk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ferīnō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nūtrībat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immulgēns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ūbera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labrīs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was nursing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 her tender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squeezing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udders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lips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11.573–575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īnfāns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vestīgia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plantīs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as soon 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feet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infant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steps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her soles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īnstiterat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iaculō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palmās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armāvit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acūtō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spīculaque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planted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javelin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palms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armed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sharp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arrows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umerō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parvae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suspendit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shoulder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little girl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hung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bow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11.576–577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crīnālī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tegmine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instead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her hair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instead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long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covering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pallae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tigridis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exuviae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dorsum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tigress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skin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back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pendent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head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hangs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11.578–580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puerīlia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weapons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her tender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childish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torsit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fundam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teretī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caput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hurled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its smooth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head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habēnā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Strȳmoniamque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gruem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album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whirled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strap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Strymonian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crane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white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dēiēcit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olōrem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brought down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swan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11.581–582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frūstrā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Tyrrhēna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oppida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vain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Tyrrhenian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towns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optāvēre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nurum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wished 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daughter-in-law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11.582–584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contenta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Diānā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aeternum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content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Diana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eternal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weapons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virginitātis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intemerāta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virginity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untouched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cherishes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11.584–585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Vellem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haud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correpta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fuisset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mīlitiā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would wish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swept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warfare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such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lacessere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Teucrōs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tried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provoke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11.586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comitumque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ūna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companions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would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one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meārum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11.587–589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quandōquidem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urgētur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acerbīs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is pressed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bitter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lābere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nympha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fīnēsque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invīse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Latīnōs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glide down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nymph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the 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borders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visit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Latin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trīstis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īnfaustō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committitur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pugna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ill-fated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being joined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battle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11.590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ultrīcem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pharetrā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dēprōme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take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avenging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the quiver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draw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sagittam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arrow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11.591–592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hāc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quīcumque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sacrum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violārit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vulnere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this (arrow)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sacred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violates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wound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body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Italusque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Italian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alike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let him pay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blood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poenās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penalties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11.593–594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cavā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miserandae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afterwards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cloud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 hollow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pitiable (girl)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body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īnspoliāta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tumulō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patriaeque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arms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unplundered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carry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 tomb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her homeland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repōnam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lay (them)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