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1.88–107, 496–512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1.88–89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Ēripiunt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subitō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caelumque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diemque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Teucrōrum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snatch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suddenly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clouds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 the sky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day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Trojans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oculīs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pontō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incubat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ātra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eyes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lies upon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black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1.90–91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Intonuēre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crēbrīs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micat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ignibus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thundered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heavens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frequent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flashes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fires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aethēr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praesentemque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intentant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mortem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sky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immediate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the 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threatens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everything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death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1.92–94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Extemplō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Aenēae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solvuntur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frīgore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membra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Ingemit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once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Aeneas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are loosened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cold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limbs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groans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duplicēs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tendēns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sīdera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palmās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stretching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stars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palms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tālia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vōce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refert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such things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his voice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says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1.94–96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quaterque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beātī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three times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four times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blessed (are those)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whom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before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Troiae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moenibus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faces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their fathers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Troy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beneath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walls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high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contigit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oppetere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befell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die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1.96–101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Danaum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fortissime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Tȳdīdē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Greeks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bravest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race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son of Tydeus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(was it that) I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Īliacīs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occumbere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campīs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potuisse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tuāque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Trojan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plains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could have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your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animam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effundere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dextrā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saevus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ubi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life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pour 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right hand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savage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Aeacidae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iacet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Hector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ubi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ingēns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Achilles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weapon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Hector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huge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Sarpēdon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ubi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Simoīs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correpta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Sarpedon (lies)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 many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Simois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snatched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beneath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undīs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scūta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galeāsque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fortia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its waves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shields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helmets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brave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corpora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volvit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bodies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rolls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1.102–103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Tālia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iactantī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strīdēns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Aquilōne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procella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vēlum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such things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he hurls 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shrieking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 North wind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squall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sail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adversa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flūctūsque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sīdera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tollit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head-on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strikes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stars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raises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1.104–107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Franguntur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rēmī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āvertit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are broken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oars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prow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turns away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undīs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īnsequitur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cumulō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praeruptus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the waves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gives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its side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follows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a heap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sheer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aquae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mōns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summō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flūctū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water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mountain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these 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top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(in)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wave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pendent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unda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dehīscēns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those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gaping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ground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between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flūctūs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aperit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furit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aestus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harēnis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reveals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rages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surge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sand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1.496–497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rēgīna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templum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formā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pulcherrima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Dīdō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queen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temple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appearance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most beautiful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Dido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incessit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iuvenum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stīpante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catervā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made her way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young 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thronging (around her)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crowd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1.498–504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Quālis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Eurōtae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rīpīs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just 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Eurotas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banks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along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iuga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Cynthī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exercet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Dīāna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chorōs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ridges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Cynthus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leads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Diana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dances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mīlle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secūtae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glomerantur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thousand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following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this side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crowd around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Orēades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pharetram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umerō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gradiēnsque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Oreads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quiver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carries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her shoulder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as she walks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superēminet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Lātōnae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tacitum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pertemptant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goddesses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towers over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Latona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silent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pass through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gaudia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pectus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tālis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Dīdō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tālem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joys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heart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Dido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such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laeta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ferēbat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īnstāns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joyful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carried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their midst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pressing on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operī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rēgnīsque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futūrīs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work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kingdom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her future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1.505–506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dīvae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testūdine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templī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the doors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goddess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under the middle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vault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temple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saepta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armīs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soliōque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subnixa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resēdit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surrounded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arms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on a throne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supported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sat down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1.507–508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Iūra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lēgēsque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operumque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labōrem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laws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was giving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statutes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the 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tasks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labour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partibus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aequābat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iūstīs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sorte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trahēbat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 parts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was dividing evenly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fair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lot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assigning (it)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1.509–512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subitō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Aenēās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concursū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accēdere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suddenly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Aeneas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approaching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great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Anthea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Sergestumque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videt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fortemque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Cloanthum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Teucrōrumque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Antheus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Sergestus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brave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Cloanthus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Trojans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aequore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turbō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dispulerat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others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black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sea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storm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scattered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penitusque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āvēxerat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ōrās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far away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other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had carried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shores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