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4DB02" w14:textId="0808CA49" w:rsidR="008B4A98" w:rsidRDefault="008B4A98" w:rsidP="008B4A98">
      <w:pPr>
        <w:jc w:val="center"/>
      </w:pPr>
      <w:r>
        <w:rPr>
          <w:rFonts w:ascii="Palatino" w:hAnsi="Palatino" w:cs="Palatino" w:eastAsia="Palatino"/>
          <w:color w:val="000000"/>
          <w:sz w:val="23"/>
        </w:rPr>
        <w:t>7.27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6"/>
        <w:gridCol w:w="1661"/>
        <w:gridCol w:w="1762"/>
        <w:gridCol w:w="1725"/>
        <w:gridCol w:w="1842"/>
        <w:gridCol w:w="1784"/>
      </w:tblGrid>
      <w:tr w:rsidR="00AB1614" w14:paraId="0614DAC5" w14:textId="77777777" w:rsidTr="00E94975">
        <w:tc>
          <w:tcPr>
            <w:tcW w:w="2016" w:type="dxa"/>
            <w:vAlign w:val="center"/>
          </w:tcPr>
          <w:p w14:paraId="61EDD6F0" w14:textId="5CDA886D" w:rsidR="00AB1614" w:rsidRPr="00AB1614" w:rsidRDefault="00AB1614" w:rsidP="00AB1614">
            <w:pPr>
              <w:rPr>
                <w:b/>
                <w:bCs/>
                <w:color w:val="000000"/>
              </w:rPr>
            </w:pPr>
            <w:r w:rsidRPr="00AB1614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C.</w:t>
            </w:r>
          </w:p>
        </w:tc>
        <w:tc>
          <w:tcPr>
            <w:tcW w:w="1661" w:type="dxa"/>
            <w:vAlign w:val="center"/>
          </w:tcPr>
          <w:p w14:paraId="7C5BA161" w14:textId="019DC63D" w:rsidR="00AB1614" w:rsidRPr="00AB1614" w:rsidRDefault="00AB1614" w:rsidP="00AB1614">
            <w:pPr>
              <w:rPr>
                <w:b/>
                <w:bCs/>
                <w:color w:val="000000"/>
              </w:rPr>
            </w:pPr>
            <w:r w:rsidRPr="00AB1614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Plinius</w:t>
            </w:r>
          </w:p>
        </w:tc>
        <w:tc>
          <w:tcPr>
            <w:tcW w:w="1762" w:type="dxa"/>
            <w:vAlign w:val="center"/>
          </w:tcPr>
          <w:p w14:paraId="624B1187" w14:textId="138BD0B7" w:rsidR="00AB1614" w:rsidRPr="00AB1614" w:rsidRDefault="00AB1614" w:rsidP="00AB1614">
            <w:pPr>
              <w:rPr>
                <w:b/>
                <w:bCs/>
                <w:color w:val="000000"/>
              </w:rPr>
            </w:pPr>
            <w:r w:rsidRPr="00AB1614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Surae</w:t>
            </w:r>
          </w:p>
        </w:tc>
        <w:tc>
          <w:tcPr>
            <w:tcW w:w="1725" w:type="dxa"/>
            <w:vAlign w:val="center"/>
          </w:tcPr>
          <w:p w14:paraId="74EC5BA8" w14:textId="70C875DC" w:rsidR="00AB1614" w:rsidRPr="00AB1614" w:rsidRDefault="00AB1614" w:rsidP="00AB1614">
            <w:pPr>
              <w:rPr>
                <w:b/>
                <w:bCs/>
                <w:color w:val="000000"/>
              </w:rPr>
            </w:pPr>
            <w:r w:rsidRPr="00AB1614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suo</w:t>
            </w:r>
          </w:p>
        </w:tc>
        <w:tc>
          <w:tcPr>
            <w:tcW w:w="1842" w:type="dxa"/>
            <w:vAlign w:val="center"/>
          </w:tcPr>
          <w:p w14:paraId="2A852049" w14:textId="0CF73F08" w:rsidR="00AB1614" w:rsidRPr="00AB1614" w:rsidRDefault="00AB1614" w:rsidP="00AB1614">
            <w:pPr>
              <w:rPr>
                <w:b/>
                <w:bCs/>
                <w:color w:val="000000"/>
              </w:rPr>
            </w:pPr>
            <w:r w:rsidRPr="00AB1614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s. (alutem dicit)</w:t>
            </w:r>
          </w:p>
        </w:tc>
        <w:tc>
          <w:tcPr>
            <w:tcW w:w="1784" w:type="dxa"/>
            <w:vAlign w:val="center"/>
          </w:tcPr>
          <w:p w14:paraId="50346BB5" w14:textId="77777777" w:rsidR="00AB1614" w:rsidRDefault="00AB1614" w:rsidP="00AB1614">
            <w:pPr>
              <w:rPr>
                <w:color w:val="000000"/>
              </w:rPr>
            </w:pPr>
          </w:p>
        </w:tc>
      </w:tr>
      <w:tr w:rsidR="00AB1614" w14:paraId="25DBE66D" w14:textId="77777777" w:rsidTr="00E94975">
        <w:tc>
          <w:tcPr>
            <w:tcW w:w="2016" w:type="dxa"/>
            <w:vAlign w:val="center"/>
          </w:tcPr>
          <w:p w14:paraId="21D4AF53" w14:textId="0A505F88" w:rsidR="00AB1614" w:rsidRDefault="00AB1614" w:rsidP="00AB1614">
            <w:pPr>
              <w:rPr>
                <w:color w:val="000000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Gaius</w:t>
            </w:r>
          </w:p>
        </w:tc>
        <w:tc>
          <w:tcPr>
            <w:tcW w:w="1661" w:type="dxa"/>
            <w:vAlign w:val="center"/>
          </w:tcPr>
          <w:p w14:paraId="7756C802" w14:textId="0193D16C" w:rsidR="00AB1614" w:rsidRDefault="00AB1614" w:rsidP="00AB1614">
            <w:pPr>
              <w:rPr>
                <w:color w:val="000000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Plinius</w:t>
            </w:r>
          </w:p>
        </w:tc>
        <w:tc>
          <w:tcPr>
            <w:tcW w:w="1762" w:type="dxa"/>
            <w:vAlign w:val="center"/>
          </w:tcPr>
          <w:p w14:paraId="5743F228" w14:textId="299DC8F4" w:rsidR="00AB1614" w:rsidRDefault="00AB1614" w:rsidP="00AB1614">
            <w:pPr>
              <w:rPr>
                <w:color w:val="000000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Sura</w:t>
            </w:r>
          </w:p>
        </w:tc>
        <w:tc>
          <w:tcPr>
            <w:tcW w:w="1725" w:type="dxa"/>
            <w:vAlign w:val="center"/>
          </w:tcPr>
          <w:p w14:paraId="64ADC4EA" w14:textId="7D22860F" w:rsidR="00AB1614" w:rsidRDefault="00AB1614" w:rsidP="00AB1614">
            <w:pPr>
              <w:rPr>
                <w:color w:val="000000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his</w:t>
            </w:r>
          </w:p>
        </w:tc>
        <w:tc>
          <w:tcPr>
            <w:tcW w:w="1842" w:type="dxa"/>
            <w:vAlign w:val="center"/>
          </w:tcPr>
          <w:p w14:paraId="796843C9" w14:textId="2FEEADFD" w:rsidR="00AB1614" w:rsidRDefault="00AB1614" w:rsidP="00AB1614">
            <w:pPr>
              <w:rPr>
                <w:color w:val="000000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says greetings</w:t>
            </w:r>
          </w:p>
        </w:tc>
        <w:tc>
          <w:tcPr>
            <w:tcW w:w="1784" w:type="dxa"/>
            <w:vAlign w:val="center"/>
          </w:tcPr>
          <w:p w14:paraId="2FFD5CBF" w14:textId="77777777" w:rsidR="00AB1614" w:rsidRDefault="00AB1614" w:rsidP="00AB1614">
            <w:pPr>
              <w:rPr>
                <w:color w:val="000000"/>
              </w:rPr>
            </w:pPr>
          </w:p>
        </w:tc>
      </w:tr>
      <w:tr w:rsidR="00AB1614" w14:paraId="4C46F159" w14:textId="77777777" w:rsidTr="00E94975">
        <w:tc>
          <w:tcPr>
            <w:tcW w:w="2016" w:type="dxa"/>
            <w:vAlign w:val="center"/>
          </w:tcPr>
          <w:p w14:paraId="446891A5" w14:textId="33980783" w:rsidR="00AB1614" w:rsidRPr="00AB1614" w:rsidRDefault="00AB1614" w:rsidP="00AB1614">
            <w:pPr>
              <w:rPr>
                <w:b/>
                <w:bCs/>
              </w:rPr>
            </w:pPr>
            <w:r w:rsidRPr="00AB1614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et</w:t>
            </w:r>
          </w:p>
        </w:tc>
        <w:tc>
          <w:tcPr>
            <w:tcW w:w="1661" w:type="dxa"/>
            <w:vAlign w:val="center"/>
          </w:tcPr>
          <w:p w14:paraId="7AA83B15" w14:textId="12E78441" w:rsidR="00AB1614" w:rsidRPr="00AB1614" w:rsidRDefault="00AB1614" w:rsidP="00AB1614">
            <w:pPr>
              <w:rPr>
                <w:b/>
                <w:bCs/>
              </w:rPr>
            </w:pPr>
            <w:r w:rsidRPr="00AB1614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mihi</w:t>
            </w:r>
          </w:p>
        </w:tc>
        <w:tc>
          <w:tcPr>
            <w:tcW w:w="1762" w:type="dxa"/>
            <w:vAlign w:val="center"/>
          </w:tcPr>
          <w:p w14:paraId="22EF9429" w14:textId="56C9798B" w:rsidR="00AB1614" w:rsidRPr="00AB1614" w:rsidRDefault="00AB1614" w:rsidP="00AB1614">
            <w:pPr>
              <w:rPr>
                <w:b/>
                <w:bCs/>
              </w:rPr>
            </w:pPr>
            <w:r w:rsidRPr="00AB1614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discendi</w:t>
            </w:r>
          </w:p>
        </w:tc>
        <w:tc>
          <w:tcPr>
            <w:tcW w:w="1725" w:type="dxa"/>
            <w:vAlign w:val="center"/>
          </w:tcPr>
          <w:p w14:paraId="5C13A237" w14:textId="0A48B1BA" w:rsidR="00AB1614" w:rsidRPr="00AB1614" w:rsidRDefault="00AB1614" w:rsidP="00AB1614">
            <w:pPr>
              <w:rPr>
                <w:b/>
                <w:bCs/>
              </w:rPr>
            </w:pPr>
            <w:r w:rsidRPr="00AB1614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et</w:t>
            </w:r>
          </w:p>
        </w:tc>
        <w:tc>
          <w:tcPr>
            <w:tcW w:w="1842" w:type="dxa"/>
            <w:vAlign w:val="center"/>
          </w:tcPr>
          <w:p w14:paraId="7842F018" w14:textId="21D6D316" w:rsidR="00AB1614" w:rsidRPr="00AB1614" w:rsidRDefault="00AB1614" w:rsidP="00AB1614">
            <w:pPr>
              <w:rPr>
                <w:b/>
                <w:bCs/>
              </w:rPr>
            </w:pPr>
            <w:r w:rsidRPr="00AB1614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tibi</w:t>
            </w:r>
          </w:p>
        </w:tc>
        <w:tc>
          <w:tcPr>
            <w:tcW w:w="1784" w:type="dxa"/>
            <w:vAlign w:val="center"/>
          </w:tcPr>
          <w:p w14:paraId="3B01B9F0" w14:textId="496CB468" w:rsidR="00AB1614" w:rsidRPr="00AB1614" w:rsidRDefault="00AB1614" w:rsidP="00AB1614">
            <w:pPr>
              <w:rPr>
                <w:b/>
                <w:bCs/>
              </w:rPr>
            </w:pPr>
            <w:r w:rsidRPr="00AB1614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docendi</w:t>
            </w:r>
          </w:p>
        </w:tc>
      </w:tr>
      <w:tr w:rsidR="00AB1614" w14:paraId="3C396647" w14:textId="77777777" w:rsidTr="00E94975">
        <w:tc>
          <w:tcPr>
            <w:tcW w:w="2016" w:type="dxa"/>
            <w:vAlign w:val="center"/>
          </w:tcPr>
          <w:p w14:paraId="58A5AFE8" w14:textId="426C3232" w:rsidR="00AB1614" w:rsidRDefault="00AB1614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both</w:t>
            </w:r>
          </w:p>
        </w:tc>
        <w:tc>
          <w:tcPr>
            <w:tcW w:w="1661" w:type="dxa"/>
            <w:vAlign w:val="center"/>
          </w:tcPr>
          <w:p w14:paraId="675A498B" w14:textId="53849656" w:rsidR="00AB1614" w:rsidRDefault="00AB1614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me</w:t>
            </w:r>
          </w:p>
        </w:tc>
        <w:tc>
          <w:tcPr>
            <w:tcW w:w="1762" w:type="dxa"/>
            <w:vAlign w:val="center"/>
          </w:tcPr>
          <w:p w14:paraId="0DC459C7" w14:textId="1930DDDE" w:rsidR="00AB1614" w:rsidRDefault="00AB1614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learning</w:t>
            </w:r>
          </w:p>
        </w:tc>
        <w:tc>
          <w:tcPr>
            <w:tcW w:w="1725" w:type="dxa"/>
            <w:vAlign w:val="center"/>
          </w:tcPr>
          <w:p w14:paraId="40B4D992" w14:textId="351FE35F" w:rsidR="00AB1614" w:rsidRDefault="00AB1614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842" w:type="dxa"/>
            <w:vAlign w:val="center"/>
          </w:tcPr>
          <w:p w14:paraId="750B8B4E" w14:textId="3269C715" w:rsidR="00AB1614" w:rsidRDefault="00AB1614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you</w:t>
            </w:r>
          </w:p>
        </w:tc>
        <w:tc>
          <w:tcPr>
            <w:tcW w:w="1784" w:type="dxa"/>
            <w:vAlign w:val="center"/>
          </w:tcPr>
          <w:p w14:paraId="56EC244C" w14:textId="17F69911" w:rsidR="00AB1614" w:rsidRDefault="00AB1614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teaching</w:t>
            </w:r>
          </w:p>
        </w:tc>
      </w:tr>
      <w:tr w:rsidR="00AB1614" w14:paraId="7B5E8401" w14:textId="77777777" w:rsidTr="00E94975">
        <w:tc>
          <w:tcPr>
            <w:tcW w:w="2016" w:type="dxa"/>
            <w:vAlign w:val="center"/>
          </w:tcPr>
          <w:p w14:paraId="18C3DCCA" w14:textId="6A51C335" w:rsidR="00AB1614" w:rsidRPr="00AB1614" w:rsidRDefault="00AB1614" w:rsidP="00AB1614">
            <w:pPr>
              <w:rPr>
                <w:b/>
                <w:bCs/>
              </w:rPr>
            </w:pPr>
            <w:r w:rsidRPr="00AB1614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facultatem</w:t>
            </w:r>
          </w:p>
        </w:tc>
        <w:tc>
          <w:tcPr>
            <w:tcW w:w="1661" w:type="dxa"/>
            <w:vAlign w:val="center"/>
          </w:tcPr>
          <w:p w14:paraId="2CF9F7D1" w14:textId="5DBAC8C1" w:rsidR="00AB1614" w:rsidRPr="00AB1614" w:rsidRDefault="00AB1614" w:rsidP="00AB1614">
            <w:pPr>
              <w:rPr>
                <w:b/>
                <w:bCs/>
              </w:rPr>
            </w:pPr>
            <w:r w:rsidRPr="00AB1614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otium</w:t>
            </w:r>
          </w:p>
        </w:tc>
        <w:tc>
          <w:tcPr>
            <w:tcW w:w="1762" w:type="dxa"/>
            <w:vAlign w:val="center"/>
          </w:tcPr>
          <w:p w14:paraId="0CA4DCE1" w14:textId="759D2857" w:rsidR="00AB1614" w:rsidRPr="00AB1614" w:rsidRDefault="00AB1614" w:rsidP="00AB1614">
            <w:pPr>
              <w:rPr>
                <w:b/>
                <w:bCs/>
              </w:rPr>
            </w:pPr>
            <w:r w:rsidRPr="00AB1614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praebet</w:t>
            </w:r>
            <w:r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.</w:t>
            </w:r>
          </w:p>
        </w:tc>
        <w:tc>
          <w:tcPr>
            <w:tcW w:w="1725" w:type="dxa"/>
            <w:vAlign w:val="center"/>
          </w:tcPr>
          <w:p w14:paraId="2BBA4FF3" w14:textId="4E8C40C2" w:rsidR="00AB1614" w:rsidRPr="00AB1614" w:rsidRDefault="00AB1614" w:rsidP="00AB1614">
            <w:pPr>
              <w:rPr>
                <w:b/>
                <w:bCs/>
              </w:rPr>
            </w:pPr>
            <w:r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i</w:t>
            </w:r>
            <w:r w:rsidRPr="00AB1614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gitur</w:t>
            </w:r>
          </w:p>
        </w:tc>
        <w:tc>
          <w:tcPr>
            <w:tcW w:w="1842" w:type="dxa"/>
            <w:vAlign w:val="center"/>
          </w:tcPr>
          <w:p w14:paraId="2599D733" w14:textId="590ECEB2" w:rsidR="00AB1614" w:rsidRPr="00AB1614" w:rsidRDefault="00AB1614" w:rsidP="00AB1614">
            <w:pPr>
              <w:rPr>
                <w:b/>
                <w:bCs/>
              </w:rPr>
            </w:pPr>
            <w:r w:rsidRPr="00AB1614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perquam</w:t>
            </w:r>
          </w:p>
        </w:tc>
        <w:tc>
          <w:tcPr>
            <w:tcW w:w="1784" w:type="dxa"/>
            <w:vAlign w:val="center"/>
          </w:tcPr>
          <w:p w14:paraId="19E182AA" w14:textId="281C66B2" w:rsidR="00AB1614" w:rsidRPr="00AB1614" w:rsidRDefault="00AB1614" w:rsidP="00AB1614">
            <w:pPr>
              <w:rPr>
                <w:b/>
                <w:bCs/>
              </w:rPr>
            </w:pPr>
            <w:r w:rsidRPr="00AB1614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velim</w:t>
            </w:r>
          </w:p>
        </w:tc>
      </w:tr>
      <w:tr w:rsidR="00AB1614" w14:paraId="5AC3AC70" w14:textId="77777777" w:rsidTr="00E94975">
        <w:tc>
          <w:tcPr>
            <w:tcW w:w="2016" w:type="dxa"/>
            <w:vAlign w:val="center"/>
          </w:tcPr>
          <w:p w14:paraId="73FB08CE" w14:textId="65C5597E" w:rsidR="00AB1614" w:rsidRDefault="00AB1614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opportunity</w:t>
            </w:r>
          </w:p>
        </w:tc>
        <w:tc>
          <w:tcPr>
            <w:tcW w:w="1661" w:type="dxa"/>
            <w:vAlign w:val="center"/>
          </w:tcPr>
          <w:p w14:paraId="008DBD01" w14:textId="22B9448F" w:rsidR="00AB1614" w:rsidRDefault="00AB1614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(our) leisure</w:t>
            </w:r>
          </w:p>
        </w:tc>
        <w:tc>
          <w:tcPr>
            <w:tcW w:w="1762" w:type="dxa"/>
            <w:vAlign w:val="center"/>
          </w:tcPr>
          <w:p w14:paraId="58986DB5" w14:textId="6A47DB80" w:rsidR="00AB1614" w:rsidRDefault="00AB1614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offers</w:t>
            </w:r>
          </w:p>
        </w:tc>
        <w:tc>
          <w:tcPr>
            <w:tcW w:w="1725" w:type="dxa"/>
            <w:vAlign w:val="center"/>
          </w:tcPr>
          <w:p w14:paraId="6AB5A83F" w14:textId="79F667F3" w:rsidR="00AB1614" w:rsidRDefault="00AB1614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therefore</w:t>
            </w:r>
          </w:p>
        </w:tc>
        <w:tc>
          <w:tcPr>
            <w:tcW w:w="1842" w:type="dxa"/>
            <w:vAlign w:val="center"/>
          </w:tcPr>
          <w:p w14:paraId="560468FA" w14:textId="1952B608" w:rsidR="00AB1614" w:rsidRDefault="00AB1614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thoroughly as possible</w:t>
            </w:r>
          </w:p>
        </w:tc>
        <w:tc>
          <w:tcPr>
            <w:tcW w:w="1784" w:type="dxa"/>
            <w:vAlign w:val="center"/>
          </w:tcPr>
          <w:p w14:paraId="023C34D6" w14:textId="06CED1FC" w:rsidR="00AB1614" w:rsidRDefault="00AB1614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would like</w:t>
            </w:r>
          </w:p>
        </w:tc>
      </w:tr>
      <w:tr w:rsidR="00AB1614" w14:paraId="3890F455" w14:textId="77777777" w:rsidTr="00E94975">
        <w:tc>
          <w:tcPr>
            <w:tcW w:w="2016" w:type="dxa"/>
            <w:vAlign w:val="center"/>
          </w:tcPr>
          <w:p w14:paraId="67D7593D" w14:textId="649C80F2" w:rsidR="00AB1614" w:rsidRPr="00AB1614" w:rsidRDefault="00AB1614" w:rsidP="00AB1614">
            <w:pPr>
              <w:rPr>
                <w:b/>
                <w:bCs/>
              </w:rPr>
            </w:pPr>
            <w:r w:rsidRPr="00AB1614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scire</w:t>
            </w:r>
          </w:p>
        </w:tc>
        <w:tc>
          <w:tcPr>
            <w:tcW w:w="1661" w:type="dxa"/>
            <w:vAlign w:val="center"/>
          </w:tcPr>
          <w:p w14:paraId="4B8756BF" w14:textId="630BAC4A" w:rsidR="00AB1614" w:rsidRPr="00AB1614" w:rsidRDefault="00AB1614" w:rsidP="00AB1614">
            <w:pPr>
              <w:rPr>
                <w:b/>
                <w:bCs/>
              </w:rPr>
            </w:pPr>
            <w:r w:rsidRPr="00AB1614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esse</w:t>
            </w:r>
          </w:p>
        </w:tc>
        <w:tc>
          <w:tcPr>
            <w:tcW w:w="1762" w:type="dxa"/>
            <w:vAlign w:val="center"/>
          </w:tcPr>
          <w:p w14:paraId="2217B235" w14:textId="51DD6DB2" w:rsidR="00AB1614" w:rsidRPr="00AB1614" w:rsidRDefault="00AB1614" w:rsidP="00AB1614">
            <w:pPr>
              <w:rPr>
                <w:b/>
                <w:bCs/>
              </w:rPr>
            </w:pPr>
            <w:r w:rsidRPr="00AB1614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phantasmata</w:t>
            </w:r>
          </w:p>
        </w:tc>
        <w:tc>
          <w:tcPr>
            <w:tcW w:w="1725" w:type="dxa"/>
            <w:vAlign w:val="center"/>
          </w:tcPr>
          <w:p w14:paraId="021C6669" w14:textId="36C62533" w:rsidR="00AB1614" w:rsidRPr="00AB1614" w:rsidRDefault="00AB1614" w:rsidP="00AB1614">
            <w:pPr>
              <w:rPr>
                <w:b/>
                <w:bCs/>
              </w:rPr>
            </w:pPr>
            <w:r w:rsidRPr="00AB1614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et</w:t>
            </w:r>
          </w:p>
        </w:tc>
        <w:tc>
          <w:tcPr>
            <w:tcW w:w="1842" w:type="dxa"/>
            <w:vAlign w:val="center"/>
          </w:tcPr>
          <w:p w14:paraId="169184BE" w14:textId="6A8DDFB4" w:rsidR="00AB1614" w:rsidRPr="00AB1614" w:rsidRDefault="00AB1614" w:rsidP="00AB1614">
            <w:pPr>
              <w:rPr>
                <w:b/>
                <w:bCs/>
              </w:rPr>
            </w:pPr>
            <w:r w:rsidRPr="00AB1614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habere</w:t>
            </w:r>
          </w:p>
        </w:tc>
        <w:tc>
          <w:tcPr>
            <w:tcW w:w="1784" w:type="dxa"/>
            <w:vAlign w:val="center"/>
          </w:tcPr>
          <w:p w14:paraId="679E2226" w14:textId="5FCBF5D9" w:rsidR="00AB1614" w:rsidRPr="00AB1614" w:rsidRDefault="00AB1614" w:rsidP="00AB1614">
            <w:pPr>
              <w:rPr>
                <w:b/>
                <w:bCs/>
              </w:rPr>
            </w:pPr>
            <w:r w:rsidRPr="00AB1614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propriam</w:t>
            </w:r>
          </w:p>
        </w:tc>
      </w:tr>
      <w:tr w:rsidR="00AB1614" w14:paraId="6C3153DE" w14:textId="77777777" w:rsidTr="00E94975">
        <w:tc>
          <w:tcPr>
            <w:tcW w:w="2016" w:type="dxa"/>
            <w:vAlign w:val="center"/>
          </w:tcPr>
          <w:p w14:paraId="2BFA2344" w14:textId="61D194D2" w:rsidR="00AB1614" w:rsidRDefault="00AB1614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know</w:t>
            </w:r>
          </w:p>
        </w:tc>
        <w:tc>
          <w:tcPr>
            <w:tcW w:w="1661" w:type="dxa"/>
            <w:vAlign w:val="center"/>
          </w:tcPr>
          <w:p w14:paraId="3627BEFF" w14:textId="3CDED788" w:rsidR="00AB1614" w:rsidRDefault="00BD278B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 there are</w:t>
            </w:r>
          </w:p>
        </w:tc>
        <w:tc>
          <w:tcPr>
            <w:tcW w:w="1762" w:type="dxa"/>
            <w:vAlign w:val="center"/>
          </w:tcPr>
          <w:p w14:paraId="2DD70791" w14:textId="191CF3E7" w:rsidR="00AB1614" w:rsidRDefault="00BD278B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ghosts</w:t>
            </w:r>
          </w:p>
        </w:tc>
        <w:tc>
          <w:tcPr>
            <w:tcW w:w="1725" w:type="dxa"/>
            <w:vAlign w:val="center"/>
          </w:tcPr>
          <w:p w14:paraId="2D4A11BB" w14:textId="10A84BC0" w:rsidR="00AB1614" w:rsidRDefault="00BD278B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842" w:type="dxa"/>
            <w:vAlign w:val="center"/>
          </w:tcPr>
          <w:p w14:paraId="0D96F46D" w14:textId="43BDBFC3" w:rsidR="00AB1614" w:rsidRDefault="00BD278B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have</w:t>
            </w:r>
          </w:p>
        </w:tc>
        <w:tc>
          <w:tcPr>
            <w:tcW w:w="1784" w:type="dxa"/>
            <w:vAlign w:val="center"/>
          </w:tcPr>
          <w:p w14:paraId="732BA3A1" w14:textId="167C0A0A" w:rsidR="00AB1614" w:rsidRDefault="00BD278B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their own</w:t>
            </w:r>
          </w:p>
        </w:tc>
      </w:tr>
      <w:tr w:rsidR="00AB1614" w14:paraId="5E6D1DF1" w14:textId="77777777" w:rsidTr="00E94975">
        <w:tc>
          <w:tcPr>
            <w:tcW w:w="2016" w:type="dxa"/>
            <w:vAlign w:val="center"/>
          </w:tcPr>
          <w:p w14:paraId="723268D4" w14:textId="2EA37088" w:rsidR="00AB1614" w:rsidRDefault="00AB1614" w:rsidP="00AB1614">
            <w:r>
              <w:rPr>
                <w:rFonts w:ascii="Palatino" w:hAnsi="Palatino" w:cs="Palatino" w:eastAsia="Palatino"/>
                <w:color w:val="000000"/>
                <w:sz w:val="23"/>
              </w:rPr>
              <w:t>figuram</w:t>
            </w:r>
          </w:p>
        </w:tc>
        <w:tc>
          <w:tcPr>
            <w:tcW w:w="1661" w:type="dxa"/>
            <w:vAlign w:val="center"/>
          </w:tcPr>
          <w:p w14:paraId="12EC8308" w14:textId="4F20DE0F" w:rsidR="00AB1614" w:rsidRDefault="00AB1614" w:rsidP="00AB1614">
            <w:r>
              <w:rPr>
                <w:rFonts w:ascii="Palatino" w:hAnsi="Palatino" w:cs="Palatino" w:eastAsia="Palatino"/>
                <w:color w:val="000000"/>
                <w:sz w:val="23"/>
              </w:rPr>
              <w:t>numenque</w:t>
            </w:r>
          </w:p>
        </w:tc>
        <w:tc>
          <w:tcPr>
            <w:tcW w:w="1762" w:type="dxa"/>
            <w:vAlign w:val="center"/>
          </w:tcPr>
          <w:p w14:paraId="166B80AF" w14:textId="3AF3B852" w:rsidR="00AB1614" w:rsidRDefault="00AB1614" w:rsidP="00AB1614">
            <w:r>
              <w:rPr>
                <w:rFonts w:ascii="Palatino" w:hAnsi="Palatino" w:cs="Palatino" w:eastAsia="Palatino"/>
                <w:color w:val="000000"/>
                <w:sz w:val="23"/>
              </w:rPr>
              <w:t>aliquod</w:t>
            </w:r>
          </w:p>
        </w:tc>
        <w:tc>
          <w:tcPr>
            <w:tcW w:w="1725" w:type="dxa"/>
            <w:vAlign w:val="center"/>
          </w:tcPr>
          <w:p w14:paraId="35346496" w14:textId="32F2F795" w:rsidR="00AB1614" w:rsidRDefault="00AB1614" w:rsidP="00AB1614">
            <w:r>
              <w:rPr>
                <w:rFonts w:ascii="Palatino" w:hAnsi="Palatino" w:cs="Palatino" w:eastAsia="Palatino"/>
                <w:color w:val="000000"/>
                <w:sz w:val="23"/>
              </w:rPr>
              <w:t>putes</w:t>
            </w:r>
          </w:p>
        </w:tc>
        <w:tc>
          <w:tcPr>
            <w:tcW w:w="1842" w:type="dxa"/>
            <w:vAlign w:val="center"/>
          </w:tcPr>
          <w:p w14:paraId="36038C02" w14:textId="2E10E825" w:rsidR="00AB1614" w:rsidRDefault="00AB1614" w:rsidP="00AB1614">
            <w:r>
              <w:rPr>
                <w:rFonts w:ascii="Palatino" w:hAnsi="Palatino" w:cs="Palatino" w:eastAsia="Palatino"/>
                <w:color w:val="000000"/>
                <w:sz w:val="23"/>
              </w:rPr>
              <w:t>an</w:t>
            </w:r>
          </w:p>
        </w:tc>
        <w:tc>
          <w:tcPr>
            <w:tcW w:w="1784" w:type="dxa"/>
            <w:vAlign w:val="center"/>
          </w:tcPr>
          <w:p w14:paraId="411F0770" w14:textId="59A6A530" w:rsidR="00AB1614" w:rsidRDefault="00AB1614" w:rsidP="00AB1614">
            <w:r>
              <w:rPr>
                <w:rFonts w:ascii="Palatino" w:hAnsi="Palatino" w:cs="Palatino" w:eastAsia="Palatino"/>
                <w:color w:val="000000"/>
                <w:sz w:val="23"/>
              </w:rPr>
              <w:t>inania</w:t>
            </w:r>
          </w:p>
        </w:tc>
      </w:tr>
      <w:tr w:rsidR="00AB1614" w14:paraId="6EFC73A9" w14:textId="77777777" w:rsidTr="00E94975">
        <w:tc>
          <w:tcPr>
            <w:tcW w:w="2016" w:type="dxa"/>
            <w:vAlign w:val="center"/>
          </w:tcPr>
          <w:p w14:paraId="2FB5127A" w14:textId="175B0340" w:rsidR="00AB1614" w:rsidRDefault="00BD278B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form</w:t>
            </w:r>
          </w:p>
        </w:tc>
        <w:tc>
          <w:tcPr>
            <w:tcW w:w="1661" w:type="dxa"/>
            <w:vAlign w:val="center"/>
          </w:tcPr>
          <w:p w14:paraId="50929861" w14:textId="554ECA43" w:rsidR="00AB1614" w:rsidRDefault="00BD278B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divine power</w:t>
            </w:r>
          </w:p>
        </w:tc>
        <w:tc>
          <w:tcPr>
            <w:tcW w:w="1762" w:type="dxa"/>
            <w:vAlign w:val="center"/>
          </w:tcPr>
          <w:p w14:paraId="22EC94B6" w14:textId="18A399ED" w:rsidR="00AB1614" w:rsidRDefault="00BD278B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some</w:t>
            </w:r>
          </w:p>
        </w:tc>
        <w:tc>
          <w:tcPr>
            <w:tcW w:w="1725" w:type="dxa"/>
            <w:vAlign w:val="center"/>
          </w:tcPr>
          <w:p w14:paraId="6911CAEE" w14:textId="72942FD6" w:rsidR="00AB1614" w:rsidRDefault="00BD278B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whether you think</w:t>
            </w:r>
          </w:p>
        </w:tc>
        <w:tc>
          <w:tcPr>
            <w:tcW w:w="1842" w:type="dxa"/>
            <w:vAlign w:val="center"/>
          </w:tcPr>
          <w:p w14:paraId="6AA2EADE" w14:textId="025DF8BC" w:rsidR="00AB1614" w:rsidRDefault="00BD278B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</w:t>
            </w:r>
          </w:p>
        </w:tc>
        <w:tc>
          <w:tcPr>
            <w:tcW w:w="1784" w:type="dxa"/>
            <w:vAlign w:val="center"/>
          </w:tcPr>
          <w:p w14:paraId="071941C2" w14:textId="24F08E55" w:rsidR="00AB1614" w:rsidRDefault="00BD278B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(that they) empty</w:t>
            </w:r>
          </w:p>
        </w:tc>
      </w:tr>
      <w:tr w:rsidR="00AB1614" w14:paraId="5403F3CE" w14:textId="77777777" w:rsidTr="00E94975">
        <w:tc>
          <w:tcPr>
            <w:tcW w:w="2016" w:type="dxa"/>
            <w:vAlign w:val="center"/>
          </w:tcPr>
          <w:p w14:paraId="2B6DB3A6" w14:textId="691C02CB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et</w:t>
            </w:r>
          </w:p>
        </w:tc>
        <w:tc>
          <w:tcPr>
            <w:tcW w:w="1661" w:type="dxa"/>
            <w:vAlign w:val="center"/>
          </w:tcPr>
          <w:p w14:paraId="2A91AF16" w14:textId="72A41636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vana</w:t>
            </w:r>
          </w:p>
        </w:tc>
        <w:tc>
          <w:tcPr>
            <w:tcW w:w="1762" w:type="dxa"/>
            <w:vAlign w:val="center"/>
          </w:tcPr>
          <w:p w14:paraId="31F6B948" w14:textId="1BF5081C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ex</w:t>
            </w:r>
          </w:p>
        </w:tc>
        <w:tc>
          <w:tcPr>
            <w:tcW w:w="1725" w:type="dxa"/>
            <w:vAlign w:val="center"/>
          </w:tcPr>
          <w:p w14:paraId="612ED446" w14:textId="2244E2A1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metu</w:t>
            </w:r>
          </w:p>
        </w:tc>
        <w:tc>
          <w:tcPr>
            <w:tcW w:w="1842" w:type="dxa"/>
            <w:vAlign w:val="center"/>
          </w:tcPr>
          <w:p w14:paraId="5C926874" w14:textId="47B706C4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nostro</w:t>
            </w:r>
          </w:p>
        </w:tc>
        <w:tc>
          <w:tcPr>
            <w:tcW w:w="1784" w:type="dxa"/>
            <w:vAlign w:val="center"/>
          </w:tcPr>
          <w:p w14:paraId="77BE20F9" w14:textId="538B6398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imaginem</w:t>
            </w:r>
          </w:p>
        </w:tc>
      </w:tr>
      <w:tr w:rsidR="00AB1614" w14:paraId="4B83E641" w14:textId="77777777" w:rsidTr="00E94975">
        <w:tc>
          <w:tcPr>
            <w:tcW w:w="2016" w:type="dxa"/>
            <w:vAlign w:val="center"/>
          </w:tcPr>
          <w:p w14:paraId="2521EA9C" w14:textId="3A4EB937" w:rsidR="00AB1614" w:rsidRDefault="00BD278B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661" w:type="dxa"/>
            <w:vAlign w:val="center"/>
          </w:tcPr>
          <w:p w14:paraId="213224E9" w14:textId="081AE703" w:rsidR="00AB1614" w:rsidRDefault="00BD278B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purposeless</w:t>
            </w:r>
          </w:p>
        </w:tc>
        <w:tc>
          <w:tcPr>
            <w:tcW w:w="1762" w:type="dxa"/>
            <w:vAlign w:val="center"/>
          </w:tcPr>
          <w:p w14:paraId="1BBEC800" w14:textId="06C7960D" w:rsidR="00AB1614" w:rsidRDefault="00E8770C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out of</w:t>
            </w:r>
          </w:p>
        </w:tc>
        <w:tc>
          <w:tcPr>
            <w:tcW w:w="1725" w:type="dxa"/>
            <w:vAlign w:val="center"/>
          </w:tcPr>
          <w:p w14:paraId="010B7B2D" w14:textId="0FC06946" w:rsidR="00AB1614" w:rsidRDefault="00E8770C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fear</w:t>
            </w:r>
          </w:p>
        </w:tc>
        <w:tc>
          <w:tcPr>
            <w:tcW w:w="1842" w:type="dxa"/>
            <w:vAlign w:val="center"/>
          </w:tcPr>
          <w:p w14:paraId="3081124A" w14:textId="7FD55BD8" w:rsidR="00AB1614" w:rsidRDefault="00E8770C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our</w:t>
            </w:r>
          </w:p>
        </w:tc>
        <w:tc>
          <w:tcPr>
            <w:tcW w:w="1784" w:type="dxa"/>
            <w:vAlign w:val="center"/>
          </w:tcPr>
          <w:p w14:paraId="62A7696A" w14:textId="6D6C8CD2" w:rsidR="00AB1614" w:rsidRDefault="00E8770C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image/form</w:t>
            </w:r>
          </w:p>
        </w:tc>
      </w:tr>
      <w:tr w:rsidR="00AB1614" w14:paraId="7E003816" w14:textId="77777777" w:rsidTr="00E94975">
        <w:tc>
          <w:tcPr>
            <w:tcW w:w="2016" w:type="dxa"/>
            <w:vAlign w:val="center"/>
          </w:tcPr>
          <w:p w14:paraId="725F177C" w14:textId="639348F1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accipere</w:t>
            </w:r>
            <w:r w:rsidR="00E8770C"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.</w:t>
            </w:r>
          </w:p>
        </w:tc>
        <w:tc>
          <w:tcPr>
            <w:tcW w:w="1661" w:type="dxa"/>
            <w:vAlign w:val="center"/>
          </w:tcPr>
          <w:p w14:paraId="4514E310" w14:textId="3E8C9477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ego</w:t>
            </w:r>
          </w:p>
        </w:tc>
        <w:tc>
          <w:tcPr>
            <w:tcW w:w="1762" w:type="dxa"/>
            <w:vAlign w:val="center"/>
          </w:tcPr>
          <w:p w14:paraId="4D57AFC2" w14:textId="3AC16D7D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ut</w:t>
            </w:r>
          </w:p>
        </w:tc>
        <w:tc>
          <w:tcPr>
            <w:tcW w:w="1725" w:type="dxa"/>
            <w:vAlign w:val="center"/>
          </w:tcPr>
          <w:p w14:paraId="37FE823D" w14:textId="299228B5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esse</w:t>
            </w:r>
          </w:p>
        </w:tc>
        <w:tc>
          <w:tcPr>
            <w:tcW w:w="1842" w:type="dxa"/>
            <w:vAlign w:val="center"/>
          </w:tcPr>
          <w:p w14:paraId="39D7330E" w14:textId="6730687D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credam</w:t>
            </w:r>
          </w:p>
        </w:tc>
        <w:tc>
          <w:tcPr>
            <w:tcW w:w="1784" w:type="dxa"/>
            <w:vAlign w:val="center"/>
          </w:tcPr>
          <w:p w14:paraId="0FCE7236" w14:textId="47258137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in</w:t>
            </w:r>
          </w:p>
        </w:tc>
      </w:tr>
      <w:tr w:rsidR="00AB1614" w14:paraId="5EC9F54C" w14:textId="77777777" w:rsidTr="00E94975">
        <w:tc>
          <w:tcPr>
            <w:tcW w:w="2016" w:type="dxa"/>
            <w:vAlign w:val="center"/>
          </w:tcPr>
          <w:p w14:paraId="6974A637" w14:textId="7D105004" w:rsidR="00AB1614" w:rsidRDefault="00BD278B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receive</w:t>
            </w:r>
          </w:p>
        </w:tc>
        <w:tc>
          <w:tcPr>
            <w:tcW w:w="1661" w:type="dxa"/>
            <w:vAlign w:val="center"/>
          </w:tcPr>
          <w:p w14:paraId="3B198058" w14:textId="6571B8F2" w:rsidR="00AB1614" w:rsidRDefault="00E8770C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</w:t>
            </w:r>
          </w:p>
        </w:tc>
        <w:tc>
          <w:tcPr>
            <w:tcW w:w="1762" w:type="dxa"/>
            <w:vAlign w:val="center"/>
          </w:tcPr>
          <w:p w14:paraId="5C5D8D2E" w14:textId="1A44DA55" w:rsidR="00AB1614" w:rsidRDefault="00E8770C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</w:t>
            </w:r>
          </w:p>
        </w:tc>
        <w:tc>
          <w:tcPr>
            <w:tcW w:w="1725" w:type="dxa"/>
            <w:vAlign w:val="center"/>
          </w:tcPr>
          <w:p w14:paraId="0BFDF60E" w14:textId="340C6A73" w:rsidR="00AB1614" w:rsidRDefault="00E8770C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 (they) exist</w:t>
            </w:r>
          </w:p>
        </w:tc>
        <w:tc>
          <w:tcPr>
            <w:tcW w:w="1842" w:type="dxa"/>
            <w:vAlign w:val="center"/>
          </w:tcPr>
          <w:p w14:paraId="28D5307C" w14:textId="431F6E8A" w:rsidR="00AB1614" w:rsidRDefault="00E8770C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believe</w:t>
            </w:r>
          </w:p>
        </w:tc>
        <w:tc>
          <w:tcPr>
            <w:tcW w:w="1784" w:type="dxa"/>
            <w:vAlign w:val="center"/>
          </w:tcPr>
          <w:p w14:paraId="15B1BDC5" w14:textId="1E6DA5F9" w:rsidR="00AB1614" w:rsidRDefault="00E8770C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</w:t>
            </w:r>
          </w:p>
        </w:tc>
      </w:tr>
      <w:tr w:rsidR="00AB1614" w14:paraId="002DD47B" w14:textId="77777777" w:rsidTr="00E94975">
        <w:tc>
          <w:tcPr>
            <w:tcW w:w="2016" w:type="dxa"/>
            <w:vAlign w:val="center"/>
          </w:tcPr>
          <w:p w14:paraId="41D0E762" w14:textId="04DAF3D9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primis</w:t>
            </w:r>
          </w:p>
        </w:tc>
        <w:tc>
          <w:tcPr>
            <w:tcW w:w="1661" w:type="dxa"/>
            <w:vAlign w:val="center"/>
          </w:tcPr>
          <w:p w14:paraId="0649823B" w14:textId="5EC98FA4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eo</w:t>
            </w:r>
          </w:p>
        </w:tc>
        <w:tc>
          <w:tcPr>
            <w:tcW w:w="1762" w:type="dxa"/>
            <w:vAlign w:val="center"/>
          </w:tcPr>
          <w:p w14:paraId="4D15CCED" w14:textId="75986F2D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ducor</w:t>
            </w:r>
          </w:p>
        </w:tc>
        <w:tc>
          <w:tcPr>
            <w:tcW w:w="1725" w:type="dxa"/>
            <w:vAlign w:val="center"/>
          </w:tcPr>
          <w:p w14:paraId="5863827A" w14:textId="73EE0110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quod</w:t>
            </w:r>
          </w:p>
        </w:tc>
        <w:tc>
          <w:tcPr>
            <w:tcW w:w="1842" w:type="dxa"/>
            <w:vAlign w:val="center"/>
          </w:tcPr>
          <w:p w14:paraId="7C916F1D" w14:textId="0CABBC6D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audio</w:t>
            </w:r>
          </w:p>
        </w:tc>
        <w:tc>
          <w:tcPr>
            <w:tcW w:w="1784" w:type="dxa"/>
            <w:vAlign w:val="center"/>
          </w:tcPr>
          <w:p w14:paraId="7260A1D8" w14:textId="33684D95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accidisse</w:t>
            </w:r>
          </w:p>
        </w:tc>
      </w:tr>
      <w:tr w:rsidR="00AB1614" w14:paraId="3452B4E6" w14:textId="77777777" w:rsidTr="00E94975">
        <w:tc>
          <w:tcPr>
            <w:tcW w:w="2016" w:type="dxa"/>
            <w:vAlign w:val="center"/>
          </w:tcPr>
          <w:p w14:paraId="793D33A5" w14:textId="11938B4D" w:rsidR="00AB1614" w:rsidRDefault="00E8770C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particular</w:t>
            </w:r>
          </w:p>
        </w:tc>
        <w:tc>
          <w:tcPr>
            <w:tcW w:w="1661" w:type="dxa"/>
            <w:vAlign w:val="center"/>
          </w:tcPr>
          <w:p w14:paraId="3BF32D4A" w14:textId="4FA51B78" w:rsidR="00AB1614" w:rsidRDefault="00E8770C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the thing</w:t>
            </w:r>
          </w:p>
        </w:tc>
        <w:tc>
          <w:tcPr>
            <w:tcW w:w="1762" w:type="dxa"/>
            <w:vAlign w:val="center"/>
          </w:tcPr>
          <w:p w14:paraId="7B1D4AC4" w14:textId="30BEC0E1" w:rsidR="00AB1614" w:rsidRDefault="00E8770C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am led</w:t>
            </w:r>
          </w:p>
        </w:tc>
        <w:tc>
          <w:tcPr>
            <w:tcW w:w="1725" w:type="dxa"/>
            <w:vAlign w:val="center"/>
          </w:tcPr>
          <w:p w14:paraId="2DCA4E12" w14:textId="793BC45F" w:rsidR="00AB1614" w:rsidRDefault="00E8770C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which</w:t>
            </w:r>
          </w:p>
        </w:tc>
        <w:tc>
          <w:tcPr>
            <w:tcW w:w="1842" w:type="dxa"/>
            <w:vAlign w:val="center"/>
          </w:tcPr>
          <w:p w14:paraId="4521CE99" w14:textId="6C74FFDA" w:rsidR="00AB1614" w:rsidRDefault="00E8770C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hear(d)</w:t>
            </w:r>
          </w:p>
        </w:tc>
        <w:tc>
          <w:tcPr>
            <w:tcW w:w="1784" w:type="dxa"/>
            <w:vAlign w:val="center"/>
          </w:tcPr>
          <w:p w14:paraId="3CFF970D" w14:textId="1F443FB9" w:rsidR="00AB1614" w:rsidRDefault="00E8770C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happened</w:t>
            </w:r>
          </w:p>
        </w:tc>
      </w:tr>
      <w:tr w:rsidR="00AB1614" w14:paraId="5409CE75" w14:textId="77777777" w:rsidTr="00E94975">
        <w:tc>
          <w:tcPr>
            <w:tcW w:w="2016" w:type="dxa"/>
            <w:vAlign w:val="center"/>
          </w:tcPr>
          <w:p w14:paraId="350F6E00" w14:textId="43751882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Curtio</w:t>
            </w:r>
          </w:p>
        </w:tc>
        <w:tc>
          <w:tcPr>
            <w:tcW w:w="1661" w:type="dxa"/>
            <w:vAlign w:val="center"/>
          </w:tcPr>
          <w:p w14:paraId="2BFBD29D" w14:textId="214CF4EA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Rufo</w:t>
            </w:r>
            <w:r w:rsidR="00E8770C"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.</w:t>
            </w:r>
          </w:p>
        </w:tc>
        <w:tc>
          <w:tcPr>
            <w:tcW w:w="1762" w:type="dxa"/>
            <w:vAlign w:val="center"/>
          </w:tcPr>
          <w:p w14:paraId="76CB97FD" w14:textId="693B4182" w:rsidR="00AB1614" w:rsidRPr="00EA0455" w:rsidRDefault="00E8770C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t</w:t>
            </w:r>
            <w:r w:rsidR="00AB1614"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enuis</w:t>
            </w:r>
          </w:p>
        </w:tc>
        <w:tc>
          <w:tcPr>
            <w:tcW w:w="1725" w:type="dxa"/>
            <w:vAlign w:val="center"/>
          </w:tcPr>
          <w:p w14:paraId="7B92C5A2" w14:textId="6FC8474F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adhuc</w:t>
            </w:r>
          </w:p>
        </w:tc>
        <w:tc>
          <w:tcPr>
            <w:tcW w:w="1842" w:type="dxa"/>
            <w:vAlign w:val="center"/>
          </w:tcPr>
          <w:p w14:paraId="48B4DA4D" w14:textId="716488F3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et</w:t>
            </w:r>
          </w:p>
        </w:tc>
        <w:tc>
          <w:tcPr>
            <w:tcW w:w="1784" w:type="dxa"/>
            <w:vAlign w:val="center"/>
          </w:tcPr>
          <w:p w14:paraId="5D279EF4" w14:textId="38E6B7A8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obscurus</w:t>
            </w:r>
          </w:p>
        </w:tc>
      </w:tr>
      <w:tr w:rsidR="00AB1614" w14:paraId="4BECFF92" w14:textId="77777777" w:rsidTr="00E94975">
        <w:tc>
          <w:tcPr>
            <w:tcW w:w="2016" w:type="dxa"/>
            <w:vAlign w:val="center"/>
          </w:tcPr>
          <w:p w14:paraId="174233DA" w14:textId="62CED135" w:rsidR="00AB1614" w:rsidRDefault="00E8770C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Curtius</w:t>
            </w:r>
          </w:p>
        </w:tc>
        <w:tc>
          <w:tcPr>
            <w:tcW w:w="1661" w:type="dxa"/>
            <w:vAlign w:val="center"/>
          </w:tcPr>
          <w:p w14:paraId="61CBE166" w14:textId="03925EB6" w:rsidR="00AB1614" w:rsidRDefault="00E8770C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Rufus</w:t>
            </w:r>
          </w:p>
        </w:tc>
        <w:tc>
          <w:tcPr>
            <w:tcW w:w="1762" w:type="dxa"/>
            <w:vAlign w:val="center"/>
          </w:tcPr>
          <w:p w14:paraId="6592F087" w14:textId="152594DE" w:rsidR="00AB1614" w:rsidRDefault="00E8770C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poor</w:t>
            </w:r>
          </w:p>
        </w:tc>
        <w:tc>
          <w:tcPr>
            <w:tcW w:w="1725" w:type="dxa"/>
            <w:vAlign w:val="center"/>
          </w:tcPr>
          <w:p w14:paraId="51224927" w14:textId="04EE01C7" w:rsidR="00AB1614" w:rsidRDefault="00E8770C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Still</w:t>
            </w:r>
          </w:p>
        </w:tc>
        <w:tc>
          <w:tcPr>
            <w:tcW w:w="1842" w:type="dxa"/>
            <w:vAlign w:val="center"/>
          </w:tcPr>
          <w:p w14:paraId="2B5D3C67" w14:textId="3AF798DA" w:rsidR="00AB1614" w:rsidRDefault="00E8770C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784" w:type="dxa"/>
            <w:vAlign w:val="center"/>
          </w:tcPr>
          <w:p w14:paraId="32E31017" w14:textId="2FC559E2" w:rsidR="00AB1614" w:rsidRDefault="00E8770C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obscure</w:t>
            </w:r>
          </w:p>
        </w:tc>
      </w:tr>
      <w:tr w:rsidR="00AB1614" w14:paraId="38E5C68E" w14:textId="77777777" w:rsidTr="00E94975">
        <w:tc>
          <w:tcPr>
            <w:tcW w:w="2016" w:type="dxa"/>
            <w:vAlign w:val="center"/>
          </w:tcPr>
          <w:p w14:paraId="3EB6C919" w14:textId="062078BC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obtinenti</w:t>
            </w:r>
          </w:p>
        </w:tc>
        <w:tc>
          <w:tcPr>
            <w:tcW w:w="1661" w:type="dxa"/>
            <w:vAlign w:val="center"/>
          </w:tcPr>
          <w:p w14:paraId="054DAB7D" w14:textId="26C46977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Africam</w:t>
            </w:r>
          </w:p>
        </w:tc>
        <w:tc>
          <w:tcPr>
            <w:tcW w:w="1762" w:type="dxa"/>
            <w:vAlign w:val="center"/>
          </w:tcPr>
          <w:p w14:paraId="0FB88100" w14:textId="580EB14D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comes</w:t>
            </w:r>
          </w:p>
        </w:tc>
        <w:tc>
          <w:tcPr>
            <w:tcW w:w="1725" w:type="dxa"/>
            <w:vAlign w:val="center"/>
          </w:tcPr>
          <w:p w14:paraId="3439A562" w14:textId="2D91C688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haeserat</w:t>
            </w:r>
            <w:r w:rsidR="00E8770C"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.</w:t>
            </w:r>
          </w:p>
        </w:tc>
        <w:tc>
          <w:tcPr>
            <w:tcW w:w="1842" w:type="dxa"/>
            <w:vAlign w:val="center"/>
          </w:tcPr>
          <w:p w14:paraId="228A65EA" w14:textId="0428B799" w:rsidR="00AB1614" w:rsidRPr="00EA0455" w:rsidRDefault="00E8770C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i</w:t>
            </w:r>
            <w:r w:rsidR="00AB1614"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nclinato</w:t>
            </w:r>
          </w:p>
        </w:tc>
        <w:tc>
          <w:tcPr>
            <w:tcW w:w="1784" w:type="dxa"/>
            <w:vAlign w:val="center"/>
          </w:tcPr>
          <w:p w14:paraId="32747629" w14:textId="4CAA11DE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die</w:t>
            </w:r>
          </w:p>
        </w:tc>
      </w:tr>
      <w:tr w:rsidR="00AB1614" w14:paraId="1212A55B" w14:textId="77777777" w:rsidTr="00E94975">
        <w:tc>
          <w:tcPr>
            <w:tcW w:w="2016" w:type="dxa"/>
            <w:vAlign w:val="center"/>
          </w:tcPr>
          <w:p w14:paraId="61FF103F" w14:textId="10ECAFA3" w:rsidR="00AB1614" w:rsidRDefault="00E8770C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(him/the governor) obtaining</w:t>
            </w:r>
          </w:p>
        </w:tc>
        <w:tc>
          <w:tcPr>
            <w:tcW w:w="1661" w:type="dxa"/>
            <w:vAlign w:val="center"/>
          </w:tcPr>
          <w:p w14:paraId="111F38DA" w14:textId="3FD7B130" w:rsidR="00AB1614" w:rsidRDefault="00E8770C" w:rsidP="00AB1614"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Africa</w:t>
            </w:r>
          </w:p>
        </w:tc>
        <w:tc>
          <w:tcPr>
            <w:tcW w:w="1762" w:type="dxa"/>
            <w:vAlign w:val="center"/>
          </w:tcPr>
          <w:p w14:paraId="75D4AF40" w14:textId="7DC4C25E" w:rsidR="00AB1614" w:rsidRDefault="00E8770C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a companion</w:t>
            </w:r>
          </w:p>
        </w:tc>
        <w:tc>
          <w:tcPr>
            <w:tcW w:w="1725" w:type="dxa"/>
            <w:vAlign w:val="center"/>
          </w:tcPr>
          <w:p w14:paraId="7B5422F5" w14:textId="5BFF2597" w:rsidR="00AB1614" w:rsidRDefault="00E8770C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had clung</w:t>
            </w:r>
          </w:p>
        </w:tc>
        <w:tc>
          <w:tcPr>
            <w:tcW w:w="1842" w:type="dxa"/>
            <w:vAlign w:val="center"/>
          </w:tcPr>
          <w:p w14:paraId="65CE02D1" w14:textId="6574396D" w:rsidR="00AB1614" w:rsidRDefault="00E8770C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having been turned</w:t>
            </w:r>
          </w:p>
        </w:tc>
        <w:tc>
          <w:tcPr>
            <w:tcW w:w="1784" w:type="dxa"/>
            <w:vAlign w:val="center"/>
          </w:tcPr>
          <w:p w14:paraId="2B4F08D5" w14:textId="11399DF4" w:rsidR="00AB1614" w:rsidRDefault="00E8770C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the day</w:t>
            </w:r>
          </w:p>
        </w:tc>
      </w:tr>
      <w:tr w:rsidR="00AB1614" w14:paraId="4F6F897B" w14:textId="77777777" w:rsidTr="00E94975">
        <w:tc>
          <w:tcPr>
            <w:tcW w:w="2016" w:type="dxa"/>
            <w:vAlign w:val="center"/>
          </w:tcPr>
          <w:p w14:paraId="4B666829" w14:textId="337C542E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spatiabatur</w:t>
            </w:r>
          </w:p>
        </w:tc>
        <w:tc>
          <w:tcPr>
            <w:tcW w:w="1661" w:type="dxa"/>
            <w:vAlign w:val="center"/>
          </w:tcPr>
          <w:p w14:paraId="32B6CF34" w14:textId="43B63D15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in</w:t>
            </w:r>
          </w:p>
        </w:tc>
        <w:tc>
          <w:tcPr>
            <w:tcW w:w="1762" w:type="dxa"/>
            <w:vAlign w:val="center"/>
          </w:tcPr>
          <w:p w14:paraId="2A37BD5B" w14:textId="72730EF2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porticu</w:t>
            </w:r>
            <w:r w:rsidR="008B4A98"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;</w:t>
            </w:r>
          </w:p>
        </w:tc>
        <w:tc>
          <w:tcPr>
            <w:tcW w:w="1725" w:type="dxa"/>
            <w:vAlign w:val="center"/>
          </w:tcPr>
          <w:p w14:paraId="37682021" w14:textId="052FB491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offertur</w:t>
            </w:r>
          </w:p>
        </w:tc>
        <w:tc>
          <w:tcPr>
            <w:tcW w:w="1842" w:type="dxa"/>
            <w:vAlign w:val="center"/>
          </w:tcPr>
          <w:p w14:paraId="30A56430" w14:textId="122ED18E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ei</w:t>
            </w:r>
          </w:p>
        </w:tc>
        <w:tc>
          <w:tcPr>
            <w:tcW w:w="1784" w:type="dxa"/>
            <w:vAlign w:val="center"/>
          </w:tcPr>
          <w:p w14:paraId="540142E1" w14:textId="2929F4E0" w:rsidR="00AB1614" w:rsidRPr="00EA0455" w:rsidRDefault="00AB1614" w:rsidP="00AB1614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mulieris</w:t>
            </w:r>
          </w:p>
        </w:tc>
      </w:tr>
      <w:tr w:rsidR="00AB1614" w14:paraId="127262B4" w14:textId="77777777" w:rsidTr="00E94975">
        <w:tc>
          <w:tcPr>
            <w:tcW w:w="2016" w:type="dxa"/>
            <w:vAlign w:val="center"/>
          </w:tcPr>
          <w:p w14:paraId="04FA0210" w14:textId="54E0C102" w:rsidR="00AB1614" w:rsidRDefault="008B4A98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was taking a walk</w:t>
            </w:r>
          </w:p>
        </w:tc>
        <w:tc>
          <w:tcPr>
            <w:tcW w:w="1661" w:type="dxa"/>
            <w:vAlign w:val="center"/>
          </w:tcPr>
          <w:p w14:paraId="062DD324" w14:textId="7813FA38" w:rsidR="00AB1614" w:rsidRDefault="008B4A98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</w:t>
            </w:r>
          </w:p>
        </w:tc>
        <w:tc>
          <w:tcPr>
            <w:tcW w:w="1762" w:type="dxa"/>
            <w:vAlign w:val="center"/>
          </w:tcPr>
          <w:p w14:paraId="2709CFD1" w14:textId="11472C16" w:rsidR="00AB1614" w:rsidRDefault="008B4A98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portico</w:t>
            </w:r>
          </w:p>
        </w:tc>
        <w:tc>
          <w:tcPr>
            <w:tcW w:w="1725" w:type="dxa"/>
            <w:vAlign w:val="center"/>
          </w:tcPr>
          <w:p w14:paraId="3E764032" w14:textId="465C0538" w:rsidR="00AB1614" w:rsidRDefault="008B4A98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 being born</w:t>
            </w:r>
          </w:p>
        </w:tc>
        <w:tc>
          <w:tcPr>
            <w:tcW w:w="1842" w:type="dxa"/>
            <w:vAlign w:val="center"/>
          </w:tcPr>
          <w:p w14:paraId="59898BA4" w14:textId="17EA2D7E" w:rsidR="00AB1614" w:rsidRDefault="008B4A98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him</w:t>
            </w:r>
          </w:p>
        </w:tc>
        <w:tc>
          <w:tcPr>
            <w:tcW w:w="1784" w:type="dxa"/>
            <w:vAlign w:val="center"/>
          </w:tcPr>
          <w:p w14:paraId="0CBEE561" w14:textId="0C0AEAC2" w:rsidR="00AB1614" w:rsidRDefault="008B4A98" w:rsidP="00AB1614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a woman</w:t>
            </w:r>
          </w:p>
        </w:tc>
      </w:tr>
      <w:tr w:rsidR="008B4A98" w14:paraId="53FC95E5" w14:textId="77777777" w:rsidTr="00E94975">
        <w:tc>
          <w:tcPr>
            <w:tcW w:w="2016" w:type="dxa"/>
            <w:vAlign w:val="center"/>
          </w:tcPr>
          <w:p w14:paraId="64DB383B" w14:textId="49A4095F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lastRenderedPageBreak/>
              <w:t>figura</w:t>
            </w:r>
          </w:p>
        </w:tc>
        <w:tc>
          <w:tcPr>
            <w:tcW w:w="1661" w:type="dxa"/>
            <w:vAlign w:val="center"/>
          </w:tcPr>
          <w:p w14:paraId="49092525" w14:textId="35084CBE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humana</w:t>
            </w:r>
          </w:p>
        </w:tc>
        <w:tc>
          <w:tcPr>
            <w:tcW w:w="1762" w:type="dxa"/>
            <w:vAlign w:val="center"/>
          </w:tcPr>
          <w:p w14:paraId="7EE2E3FD" w14:textId="1A74D697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grandior</w:t>
            </w:r>
          </w:p>
        </w:tc>
        <w:tc>
          <w:tcPr>
            <w:tcW w:w="1725" w:type="dxa"/>
            <w:vAlign w:val="center"/>
          </w:tcPr>
          <w:p w14:paraId="61516229" w14:textId="637616E7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pulchriorque.</w:t>
            </w:r>
          </w:p>
        </w:tc>
        <w:tc>
          <w:tcPr>
            <w:tcW w:w="1842" w:type="dxa"/>
            <w:vAlign w:val="center"/>
          </w:tcPr>
          <w:p w14:paraId="0A2FA57A" w14:textId="0DDFF2E6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perterrito</w:t>
            </w:r>
          </w:p>
        </w:tc>
        <w:tc>
          <w:tcPr>
            <w:tcW w:w="1784" w:type="dxa"/>
            <w:vAlign w:val="center"/>
          </w:tcPr>
          <w:p w14:paraId="60EBDFFB" w14:textId="44A40C38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Africam</w:t>
            </w:r>
          </w:p>
        </w:tc>
      </w:tr>
      <w:tr w:rsidR="008B4A98" w14:paraId="3315514B" w14:textId="77777777" w:rsidTr="00E94975">
        <w:tc>
          <w:tcPr>
            <w:tcW w:w="2016" w:type="dxa"/>
            <w:vAlign w:val="center"/>
          </w:tcPr>
          <w:p w14:paraId="1C0F59BF" w14:textId="1F1449E4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figure</w:t>
            </w:r>
          </w:p>
        </w:tc>
        <w:tc>
          <w:tcPr>
            <w:tcW w:w="1661" w:type="dxa"/>
            <w:vAlign w:val="center"/>
          </w:tcPr>
          <w:p w14:paraId="13F2A8EA" w14:textId="2D26DB1D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than a human</w:t>
            </w:r>
          </w:p>
        </w:tc>
        <w:tc>
          <w:tcPr>
            <w:tcW w:w="1762" w:type="dxa"/>
            <w:vAlign w:val="center"/>
          </w:tcPr>
          <w:p w14:paraId="5F46D925" w14:textId="7B80D6D6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larger</w:t>
            </w:r>
          </w:p>
        </w:tc>
        <w:tc>
          <w:tcPr>
            <w:tcW w:w="1725" w:type="dxa"/>
            <w:vAlign w:val="center"/>
          </w:tcPr>
          <w:p w14:paraId="3C054CDD" w14:textId="4C737426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more beautiful</w:t>
            </w:r>
          </w:p>
        </w:tc>
        <w:tc>
          <w:tcPr>
            <w:tcW w:w="1842" w:type="dxa"/>
            <w:vAlign w:val="center"/>
          </w:tcPr>
          <w:p w14:paraId="32628DC2" w14:textId="3B64ED70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(him) terrified</w:t>
            </w:r>
          </w:p>
        </w:tc>
        <w:tc>
          <w:tcPr>
            <w:tcW w:w="1784" w:type="dxa"/>
            <w:vAlign w:val="center"/>
          </w:tcPr>
          <w:p w14:paraId="09E50C4B" w14:textId="20DAF716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(was) Africa</w:t>
            </w:r>
          </w:p>
        </w:tc>
      </w:tr>
      <w:tr w:rsidR="008B4A98" w14:paraId="73C131A8" w14:textId="77777777" w:rsidTr="00E94975">
        <w:tc>
          <w:tcPr>
            <w:tcW w:w="2016" w:type="dxa"/>
            <w:vAlign w:val="center"/>
          </w:tcPr>
          <w:p w14:paraId="689FDE70" w14:textId="6475A891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se</w:t>
            </w:r>
          </w:p>
        </w:tc>
        <w:tc>
          <w:tcPr>
            <w:tcW w:w="1661" w:type="dxa"/>
            <w:vAlign w:val="center"/>
          </w:tcPr>
          <w:p w14:paraId="58255C02" w14:textId="10D0B5EB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futurorum</w:t>
            </w:r>
          </w:p>
        </w:tc>
        <w:tc>
          <w:tcPr>
            <w:tcW w:w="1762" w:type="dxa"/>
            <w:vAlign w:val="center"/>
          </w:tcPr>
          <w:p w14:paraId="2C479317" w14:textId="31DFB9C9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praenuntiam</w:t>
            </w:r>
          </w:p>
        </w:tc>
        <w:tc>
          <w:tcPr>
            <w:tcW w:w="1725" w:type="dxa"/>
            <w:vAlign w:val="center"/>
          </w:tcPr>
          <w:p w14:paraId="50E2B571" w14:textId="41F2AA36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dixit:</w:t>
            </w:r>
          </w:p>
        </w:tc>
        <w:tc>
          <w:tcPr>
            <w:tcW w:w="1842" w:type="dxa"/>
            <w:vAlign w:val="center"/>
          </w:tcPr>
          <w:p w14:paraId="245792F5" w14:textId="33619EEB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iturum</w:t>
            </w:r>
          </w:p>
        </w:tc>
        <w:tc>
          <w:tcPr>
            <w:tcW w:w="1784" w:type="dxa"/>
            <w:vAlign w:val="center"/>
          </w:tcPr>
          <w:p w14:paraId="4EAD91DA" w14:textId="431A64A1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enim</w:t>
            </w:r>
          </w:p>
        </w:tc>
      </w:tr>
      <w:tr w:rsidR="008B4A98" w14:paraId="3DD1F16F" w14:textId="77777777" w:rsidTr="00E94975">
        <w:tc>
          <w:tcPr>
            <w:tcW w:w="2016" w:type="dxa"/>
            <w:vAlign w:val="center"/>
          </w:tcPr>
          <w:p w14:paraId="559AF596" w14:textId="6BB6807D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 she</w:t>
            </w:r>
          </w:p>
        </w:tc>
        <w:tc>
          <w:tcPr>
            <w:tcW w:w="1661" w:type="dxa"/>
            <w:vAlign w:val="center"/>
          </w:tcPr>
          <w:p w14:paraId="34CC6990" w14:textId="102B8122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future (things)</w:t>
            </w:r>
          </w:p>
        </w:tc>
        <w:tc>
          <w:tcPr>
            <w:tcW w:w="1762" w:type="dxa"/>
            <w:vAlign w:val="center"/>
          </w:tcPr>
          <w:p w14:paraId="20FA8CA3" w14:textId="64591C69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foreteller</w:t>
            </w:r>
          </w:p>
        </w:tc>
        <w:tc>
          <w:tcPr>
            <w:tcW w:w="1725" w:type="dxa"/>
            <w:vAlign w:val="center"/>
          </w:tcPr>
          <w:p w14:paraId="46F1FC17" w14:textId="021E9BDF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said</w:t>
            </w:r>
          </w:p>
        </w:tc>
        <w:tc>
          <w:tcPr>
            <w:tcW w:w="1842" w:type="dxa"/>
            <w:vAlign w:val="center"/>
          </w:tcPr>
          <w:p w14:paraId="4C60E502" w14:textId="62DEF468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 he would go</w:t>
            </w:r>
          </w:p>
        </w:tc>
        <w:tc>
          <w:tcPr>
            <w:tcW w:w="1784" w:type="dxa"/>
            <w:vAlign w:val="center"/>
          </w:tcPr>
          <w:p w14:paraId="3C3E51B9" w14:textId="45EAB0C0" w:rsidR="008B4A98" w:rsidRPr="008B4A98" w:rsidRDefault="008B4A98" w:rsidP="008B4A98">
            <w:pPr>
              <w:rPr>
                <w:i/>
                <w:iCs/>
              </w:rPr>
            </w:pP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untranslated</w:t>
            </w:r>
          </w:p>
        </w:tc>
      </w:tr>
      <w:tr w:rsidR="008B4A98" w14:paraId="539EA389" w14:textId="77777777" w:rsidTr="00E94975">
        <w:tc>
          <w:tcPr>
            <w:tcW w:w="2016" w:type="dxa"/>
            <w:vAlign w:val="center"/>
          </w:tcPr>
          <w:p w14:paraId="688FE164" w14:textId="6693445C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Romam</w:t>
            </w:r>
          </w:p>
        </w:tc>
        <w:tc>
          <w:tcPr>
            <w:tcW w:w="1661" w:type="dxa"/>
            <w:vAlign w:val="center"/>
          </w:tcPr>
          <w:p w14:paraId="72C6B9D4" w14:textId="3AB26F63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honoresque</w:t>
            </w:r>
          </w:p>
        </w:tc>
        <w:tc>
          <w:tcPr>
            <w:tcW w:w="1762" w:type="dxa"/>
            <w:vAlign w:val="center"/>
          </w:tcPr>
          <w:p w14:paraId="4CD3E78F" w14:textId="6A680D5E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gesturum</w:t>
            </w:r>
          </w:p>
        </w:tc>
        <w:tc>
          <w:tcPr>
            <w:tcW w:w="1725" w:type="dxa"/>
            <w:vAlign w:val="center"/>
          </w:tcPr>
          <w:p w14:paraId="78674837" w14:textId="34D5B846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atque</w:t>
            </w:r>
          </w:p>
        </w:tc>
        <w:tc>
          <w:tcPr>
            <w:tcW w:w="1842" w:type="dxa"/>
            <w:vAlign w:val="center"/>
          </w:tcPr>
          <w:p w14:paraId="2D4A5C12" w14:textId="060B2934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etiam</w:t>
            </w:r>
          </w:p>
        </w:tc>
        <w:tc>
          <w:tcPr>
            <w:tcW w:w="1784" w:type="dxa"/>
            <w:vAlign w:val="center"/>
          </w:tcPr>
          <w:p w14:paraId="18BADC35" w14:textId="75386636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cum</w:t>
            </w:r>
          </w:p>
        </w:tc>
      </w:tr>
      <w:tr w:rsidR="008B4A98" w14:paraId="0D7A4D73" w14:textId="77777777" w:rsidTr="00E94975">
        <w:tc>
          <w:tcPr>
            <w:tcW w:w="2016" w:type="dxa"/>
            <w:vAlign w:val="center"/>
          </w:tcPr>
          <w:p w14:paraId="07F4A726" w14:textId="159984FF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Rome</w:t>
            </w:r>
          </w:p>
        </w:tc>
        <w:tc>
          <w:tcPr>
            <w:tcW w:w="1661" w:type="dxa"/>
            <w:vAlign w:val="center"/>
          </w:tcPr>
          <w:p w14:paraId="4FBD1141" w14:textId="480EDB30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honours</w:t>
            </w:r>
          </w:p>
        </w:tc>
        <w:tc>
          <w:tcPr>
            <w:tcW w:w="1762" w:type="dxa"/>
            <w:vAlign w:val="center"/>
          </w:tcPr>
          <w:p w14:paraId="234BCA26" w14:textId="3A48BD42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would receive</w:t>
            </w:r>
          </w:p>
        </w:tc>
        <w:tc>
          <w:tcPr>
            <w:tcW w:w="1725" w:type="dxa"/>
            <w:vAlign w:val="center"/>
          </w:tcPr>
          <w:p w14:paraId="2D96DDFC" w14:textId="2AF81D71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842" w:type="dxa"/>
            <w:vAlign w:val="center"/>
          </w:tcPr>
          <w:p w14:paraId="0FCEDFA5" w14:textId="1CED49F4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also</w:t>
            </w:r>
          </w:p>
        </w:tc>
        <w:tc>
          <w:tcPr>
            <w:tcW w:w="1784" w:type="dxa"/>
            <w:vAlign w:val="center"/>
          </w:tcPr>
          <w:p w14:paraId="0E668148" w14:textId="1112409A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</w:t>
            </w:r>
          </w:p>
        </w:tc>
      </w:tr>
      <w:tr w:rsidR="008B4A98" w14:paraId="44D32C3F" w14:textId="77777777" w:rsidTr="00E94975">
        <w:tc>
          <w:tcPr>
            <w:tcW w:w="2016" w:type="dxa"/>
            <w:vAlign w:val="center"/>
          </w:tcPr>
          <w:p w14:paraId="04EA77E5" w14:textId="0FB619E9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summo</w:t>
            </w:r>
          </w:p>
        </w:tc>
        <w:tc>
          <w:tcPr>
            <w:tcW w:w="1661" w:type="dxa"/>
            <w:vAlign w:val="center"/>
          </w:tcPr>
          <w:p w14:paraId="3206321B" w14:textId="580CAF86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imperio</w:t>
            </w:r>
          </w:p>
        </w:tc>
        <w:tc>
          <w:tcPr>
            <w:tcW w:w="1762" w:type="dxa"/>
            <w:vAlign w:val="center"/>
          </w:tcPr>
          <w:p w14:paraId="32BD0C34" w14:textId="79B68423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in</w:t>
            </w:r>
          </w:p>
        </w:tc>
        <w:tc>
          <w:tcPr>
            <w:tcW w:w="1725" w:type="dxa"/>
            <w:vAlign w:val="center"/>
          </w:tcPr>
          <w:p w14:paraId="1989EAEE" w14:textId="69F83876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eandem</w:t>
            </w:r>
          </w:p>
        </w:tc>
        <w:tc>
          <w:tcPr>
            <w:tcW w:w="1842" w:type="dxa"/>
            <w:vAlign w:val="center"/>
          </w:tcPr>
          <w:p w14:paraId="5B065D3D" w14:textId="729AE98C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provinciam</w:t>
            </w:r>
          </w:p>
        </w:tc>
        <w:tc>
          <w:tcPr>
            <w:tcW w:w="1784" w:type="dxa"/>
            <w:vAlign w:val="center"/>
          </w:tcPr>
          <w:p w14:paraId="1E33D084" w14:textId="3BFE822A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reversurum</w:t>
            </w:r>
          </w:p>
        </w:tc>
      </w:tr>
      <w:tr w:rsidR="008B4A98" w14:paraId="6839C31E" w14:textId="77777777" w:rsidTr="00E94975">
        <w:tc>
          <w:tcPr>
            <w:tcW w:w="2016" w:type="dxa"/>
            <w:vAlign w:val="center"/>
          </w:tcPr>
          <w:p w14:paraId="745553FC" w14:textId="08939101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highest</w:t>
            </w:r>
          </w:p>
        </w:tc>
        <w:tc>
          <w:tcPr>
            <w:tcW w:w="1661" w:type="dxa"/>
            <w:vAlign w:val="center"/>
          </w:tcPr>
          <w:p w14:paraId="0883E85B" w14:textId="09E47300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power</w:t>
            </w:r>
          </w:p>
        </w:tc>
        <w:tc>
          <w:tcPr>
            <w:tcW w:w="1762" w:type="dxa"/>
            <w:vAlign w:val="center"/>
          </w:tcPr>
          <w:p w14:paraId="47759DA3" w14:textId="4ED7E9D0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(in)to</w:t>
            </w:r>
          </w:p>
        </w:tc>
        <w:tc>
          <w:tcPr>
            <w:tcW w:w="1725" w:type="dxa"/>
            <w:vAlign w:val="center"/>
          </w:tcPr>
          <w:p w14:paraId="062D40FF" w14:textId="1560CDBA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same</w:t>
            </w:r>
          </w:p>
        </w:tc>
        <w:tc>
          <w:tcPr>
            <w:tcW w:w="1842" w:type="dxa"/>
            <w:vAlign w:val="center"/>
          </w:tcPr>
          <w:p w14:paraId="112334C1" w14:textId="7C990A93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province</w:t>
            </w:r>
          </w:p>
        </w:tc>
        <w:tc>
          <w:tcPr>
            <w:tcW w:w="1784" w:type="dxa"/>
            <w:vAlign w:val="center"/>
          </w:tcPr>
          <w:p w14:paraId="0EAB99D9" w14:textId="7E8761E8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 he would return</w:t>
            </w:r>
          </w:p>
        </w:tc>
      </w:tr>
      <w:tr w:rsidR="008B4A98" w14:paraId="267D0C58" w14:textId="77777777" w:rsidTr="00E94975">
        <w:tc>
          <w:tcPr>
            <w:tcW w:w="2016" w:type="dxa"/>
            <w:vAlign w:val="center"/>
          </w:tcPr>
          <w:p w14:paraId="3FBF5679" w14:textId="2DD46B16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ibique</w:t>
            </w:r>
          </w:p>
        </w:tc>
        <w:tc>
          <w:tcPr>
            <w:tcW w:w="1661" w:type="dxa"/>
            <w:vAlign w:val="center"/>
          </w:tcPr>
          <w:p w14:paraId="2A65457D" w14:textId="088F5F33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moriturum.</w:t>
            </w:r>
          </w:p>
        </w:tc>
        <w:tc>
          <w:tcPr>
            <w:tcW w:w="1762" w:type="dxa"/>
            <w:vAlign w:val="center"/>
          </w:tcPr>
          <w:p w14:paraId="0A27849C" w14:textId="1F93A1B9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facta</w:t>
            </w:r>
          </w:p>
        </w:tc>
        <w:tc>
          <w:tcPr>
            <w:tcW w:w="1725" w:type="dxa"/>
            <w:vAlign w:val="center"/>
          </w:tcPr>
          <w:p w14:paraId="291710FE" w14:textId="42EBBF88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sunt</w:t>
            </w:r>
          </w:p>
        </w:tc>
        <w:tc>
          <w:tcPr>
            <w:tcW w:w="1842" w:type="dxa"/>
            <w:vAlign w:val="center"/>
          </w:tcPr>
          <w:p w14:paraId="74F39C37" w14:textId="7F43DF0C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omnia.</w:t>
            </w:r>
          </w:p>
        </w:tc>
        <w:tc>
          <w:tcPr>
            <w:tcW w:w="1784" w:type="dxa"/>
            <w:vAlign w:val="center"/>
          </w:tcPr>
          <w:p w14:paraId="40BCCFCF" w14:textId="13905B86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praeterea</w:t>
            </w:r>
          </w:p>
        </w:tc>
      </w:tr>
      <w:tr w:rsidR="008B4A98" w14:paraId="711C6811" w14:textId="77777777" w:rsidTr="00E94975">
        <w:tc>
          <w:tcPr>
            <w:tcW w:w="2016" w:type="dxa"/>
            <w:vAlign w:val="center"/>
          </w:tcPr>
          <w:p w14:paraId="264F6523" w14:textId="4EE99DC7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there</w:t>
            </w:r>
          </w:p>
        </w:tc>
        <w:tc>
          <w:tcPr>
            <w:tcW w:w="1661" w:type="dxa"/>
            <w:vAlign w:val="center"/>
          </w:tcPr>
          <w:p w14:paraId="4EE7A909" w14:textId="718EA651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would die</w:t>
            </w:r>
          </w:p>
        </w:tc>
        <w:tc>
          <w:tcPr>
            <w:tcW w:w="1762" w:type="dxa"/>
            <w:vAlign w:val="center"/>
          </w:tcPr>
          <w:p w14:paraId="284C9663" w14:textId="1E77B729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happened</w:t>
            </w:r>
          </w:p>
        </w:tc>
        <w:tc>
          <w:tcPr>
            <w:tcW w:w="1725" w:type="dxa"/>
            <w:vAlign w:val="center"/>
          </w:tcPr>
          <w:p w14:paraId="1D321ED2" w14:textId="77777777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2= </w:t>
            </w:r>
          </w:p>
        </w:tc>
        <w:tc>
          <w:tcPr>
            <w:tcW w:w="1842" w:type="dxa"/>
            <w:vAlign w:val="center"/>
          </w:tcPr>
          <w:p w14:paraId="26D52360" w14:textId="254AE660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all (these) things</w:t>
            </w:r>
          </w:p>
        </w:tc>
        <w:tc>
          <w:tcPr>
            <w:tcW w:w="1784" w:type="dxa"/>
            <w:vAlign w:val="center"/>
          </w:tcPr>
          <w:p w14:paraId="59BADF7B" w14:textId="636FD693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moreover</w:t>
            </w:r>
          </w:p>
        </w:tc>
      </w:tr>
      <w:tr w:rsidR="008B4A98" w14:paraId="44BA8D46" w14:textId="77777777" w:rsidTr="00E94975">
        <w:tc>
          <w:tcPr>
            <w:tcW w:w="2016" w:type="dxa"/>
            <w:vAlign w:val="center"/>
          </w:tcPr>
          <w:p w14:paraId="297EF4C6" w14:textId="73C9BA66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accedenti</w:t>
            </w:r>
          </w:p>
        </w:tc>
        <w:tc>
          <w:tcPr>
            <w:tcW w:w="1661" w:type="dxa"/>
            <w:vAlign w:val="center"/>
          </w:tcPr>
          <w:p w14:paraId="06810CED" w14:textId="1D00C53B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Carthaginem</w:t>
            </w:r>
          </w:p>
        </w:tc>
        <w:tc>
          <w:tcPr>
            <w:tcW w:w="1762" w:type="dxa"/>
            <w:vAlign w:val="center"/>
          </w:tcPr>
          <w:p w14:paraId="1FD98E08" w14:textId="419B2ABF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egredientique</w:t>
            </w:r>
          </w:p>
        </w:tc>
        <w:tc>
          <w:tcPr>
            <w:tcW w:w="1725" w:type="dxa"/>
            <w:vAlign w:val="center"/>
          </w:tcPr>
          <w:p w14:paraId="782A89A4" w14:textId="78C3B1B5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nave</w:t>
            </w:r>
          </w:p>
        </w:tc>
        <w:tc>
          <w:tcPr>
            <w:tcW w:w="1842" w:type="dxa"/>
            <w:vAlign w:val="center"/>
          </w:tcPr>
          <w:p w14:paraId="12EF5663" w14:textId="0685622C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eadem</w:t>
            </w:r>
          </w:p>
        </w:tc>
        <w:tc>
          <w:tcPr>
            <w:tcW w:w="1784" w:type="dxa"/>
            <w:vAlign w:val="center"/>
          </w:tcPr>
          <w:p w14:paraId="02D1C68C" w14:textId="4613D760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figura</w:t>
            </w:r>
          </w:p>
        </w:tc>
      </w:tr>
      <w:tr w:rsidR="008B4A98" w14:paraId="67D10131" w14:textId="77777777" w:rsidTr="00E94975">
        <w:tc>
          <w:tcPr>
            <w:tcW w:w="2016" w:type="dxa"/>
            <w:vAlign w:val="center"/>
          </w:tcPr>
          <w:p w14:paraId="43CA9AE9" w14:textId="0DA64EC9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(him) approaching</w:t>
            </w:r>
          </w:p>
        </w:tc>
        <w:tc>
          <w:tcPr>
            <w:tcW w:w="1661" w:type="dxa"/>
            <w:vAlign w:val="center"/>
          </w:tcPr>
          <w:p w14:paraId="4EA5BD60" w14:textId="6829C7BA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Carthage</w:t>
            </w:r>
          </w:p>
        </w:tc>
        <w:tc>
          <w:tcPr>
            <w:tcW w:w="1762" w:type="dxa"/>
            <w:vAlign w:val="center"/>
          </w:tcPr>
          <w:p w14:paraId="475EF8D2" w14:textId="70900E82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getting off</w:t>
            </w:r>
          </w:p>
        </w:tc>
        <w:tc>
          <w:tcPr>
            <w:tcW w:w="1725" w:type="dxa"/>
            <w:vAlign w:val="center"/>
          </w:tcPr>
          <w:p w14:paraId="217C6E2D" w14:textId="24B5C74E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ship</w:t>
            </w:r>
          </w:p>
        </w:tc>
        <w:tc>
          <w:tcPr>
            <w:tcW w:w="1842" w:type="dxa"/>
            <w:vAlign w:val="center"/>
          </w:tcPr>
          <w:p w14:paraId="3D9B7EAD" w14:textId="051DD9CC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same</w:t>
            </w:r>
          </w:p>
        </w:tc>
        <w:tc>
          <w:tcPr>
            <w:tcW w:w="1784" w:type="dxa"/>
            <w:vAlign w:val="center"/>
          </w:tcPr>
          <w:p w14:paraId="115793E2" w14:textId="125302B6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figure</w:t>
            </w:r>
          </w:p>
        </w:tc>
      </w:tr>
      <w:tr w:rsidR="008B4A98" w14:paraId="7C41C433" w14:textId="77777777" w:rsidTr="00E94975">
        <w:tc>
          <w:tcPr>
            <w:tcW w:w="2016" w:type="dxa"/>
            <w:vAlign w:val="center"/>
          </w:tcPr>
          <w:p w14:paraId="53633454" w14:textId="023A49DB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in</w:t>
            </w:r>
          </w:p>
        </w:tc>
        <w:tc>
          <w:tcPr>
            <w:tcW w:w="1661" w:type="dxa"/>
            <w:vAlign w:val="center"/>
          </w:tcPr>
          <w:p w14:paraId="1FDB4F7D" w14:textId="11301115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litore</w:t>
            </w:r>
          </w:p>
        </w:tc>
        <w:tc>
          <w:tcPr>
            <w:tcW w:w="1762" w:type="dxa"/>
            <w:vAlign w:val="center"/>
          </w:tcPr>
          <w:p w14:paraId="3B852123" w14:textId="7C0C00C9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occurrisse</w:t>
            </w:r>
          </w:p>
        </w:tc>
        <w:tc>
          <w:tcPr>
            <w:tcW w:w="1725" w:type="dxa"/>
            <w:vAlign w:val="center"/>
          </w:tcPr>
          <w:p w14:paraId="7D55146D" w14:textId="23A4B645" w:rsidR="008B4A98" w:rsidRPr="00EA0455" w:rsidRDefault="009E5366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narrator.</w:t>
            </w:r>
          </w:p>
        </w:tc>
        <w:tc>
          <w:tcPr>
            <w:tcW w:w="1842" w:type="dxa"/>
            <w:vAlign w:val="center"/>
          </w:tcPr>
          <w:p w14:paraId="43FD9C33" w14:textId="3F1D4920" w:rsidR="008B4A98" w:rsidRPr="00EA0455" w:rsidRDefault="009E5366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i</w:t>
            </w:r>
            <w:r w:rsidR="008B4A98"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pse</w:t>
            </w:r>
          </w:p>
        </w:tc>
        <w:tc>
          <w:tcPr>
            <w:tcW w:w="1784" w:type="dxa"/>
            <w:vAlign w:val="center"/>
          </w:tcPr>
          <w:p w14:paraId="735E1B14" w14:textId="47B6303D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certe</w:t>
            </w:r>
          </w:p>
        </w:tc>
      </w:tr>
      <w:tr w:rsidR="008B4A98" w14:paraId="5F940BF0" w14:textId="77777777" w:rsidTr="00E94975">
        <w:tc>
          <w:tcPr>
            <w:tcW w:w="2016" w:type="dxa"/>
            <w:vAlign w:val="center"/>
          </w:tcPr>
          <w:p w14:paraId="0210D4FD" w14:textId="6EC7227F" w:rsidR="008B4A98" w:rsidRDefault="009E536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</w:t>
            </w:r>
          </w:p>
        </w:tc>
        <w:tc>
          <w:tcPr>
            <w:tcW w:w="1661" w:type="dxa"/>
            <w:vAlign w:val="center"/>
          </w:tcPr>
          <w:p w14:paraId="5AC79625" w14:textId="5184FD6C" w:rsidR="008B4A98" w:rsidRDefault="009E536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shore.</w:t>
            </w:r>
          </w:p>
        </w:tc>
        <w:tc>
          <w:tcPr>
            <w:tcW w:w="1762" w:type="dxa"/>
            <w:vAlign w:val="center"/>
          </w:tcPr>
          <w:p w14:paraId="35D7F80A" w14:textId="326036B6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have run into</w:t>
            </w:r>
          </w:p>
        </w:tc>
        <w:tc>
          <w:tcPr>
            <w:tcW w:w="1725" w:type="dxa"/>
            <w:vAlign w:val="center"/>
          </w:tcPr>
          <w:p w14:paraId="39536602" w14:textId="14D3A2BA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 said</w:t>
            </w:r>
          </w:p>
        </w:tc>
        <w:tc>
          <w:tcPr>
            <w:tcW w:w="1842" w:type="dxa"/>
            <w:vAlign w:val="center"/>
          </w:tcPr>
          <w:p w14:paraId="4F7D346A" w14:textId="6865EFB2" w:rsidR="008B4A98" w:rsidRDefault="009E536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himself</w:t>
            </w:r>
          </w:p>
        </w:tc>
        <w:tc>
          <w:tcPr>
            <w:tcW w:w="1784" w:type="dxa"/>
            <w:vAlign w:val="center"/>
          </w:tcPr>
          <w:p w14:paraId="1150B09C" w14:textId="1AD5721A" w:rsidR="008B4A98" w:rsidRDefault="009E536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certainty</w:t>
            </w:r>
          </w:p>
        </w:tc>
      </w:tr>
      <w:tr w:rsidR="008B4A98" w14:paraId="73D1951C" w14:textId="77777777" w:rsidTr="00E94975">
        <w:tc>
          <w:tcPr>
            <w:tcW w:w="2016" w:type="dxa"/>
            <w:vAlign w:val="center"/>
          </w:tcPr>
          <w:p w14:paraId="5E97AB2B" w14:textId="33657AAA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implicitus</w:t>
            </w:r>
          </w:p>
        </w:tc>
        <w:tc>
          <w:tcPr>
            <w:tcW w:w="1661" w:type="dxa"/>
            <w:vAlign w:val="center"/>
          </w:tcPr>
          <w:p w14:paraId="7B8E668F" w14:textId="571F91D1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morbo</w:t>
            </w:r>
          </w:p>
        </w:tc>
        <w:tc>
          <w:tcPr>
            <w:tcW w:w="1762" w:type="dxa"/>
            <w:vAlign w:val="center"/>
          </w:tcPr>
          <w:p w14:paraId="21018944" w14:textId="7129D265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futura</w:t>
            </w:r>
          </w:p>
        </w:tc>
        <w:tc>
          <w:tcPr>
            <w:tcW w:w="1725" w:type="dxa"/>
            <w:vAlign w:val="center"/>
          </w:tcPr>
          <w:p w14:paraId="52FBBF35" w14:textId="6C7953DE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praeteritis</w:t>
            </w:r>
          </w:p>
        </w:tc>
        <w:tc>
          <w:tcPr>
            <w:tcW w:w="1842" w:type="dxa"/>
            <w:vAlign w:val="center"/>
          </w:tcPr>
          <w:p w14:paraId="1EE3355D" w14:textId="05934A23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adversa</w:t>
            </w:r>
          </w:p>
        </w:tc>
        <w:tc>
          <w:tcPr>
            <w:tcW w:w="1784" w:type="dxa"/>
            <w:vAlign w:val="center"/>
          </w:tcPr>
          <w:p w14:paraId="0D82F3D9" w14:textId="7E8FD623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secundis</w:t>
            </w:r>
          </w:p>
        </w:tc>
      </w:tr>
      <w:tr w:rsidR="008B4A98" w14:paraId="12DB5B35" w14:textId="77777777" w:rsidTr="00E94975">
        <w:tc>
          <w:tcPr>
            <w:tcW w:w="2016" w:type="dxa"/>
            <w:vAlign w:val="center"/>
          </w:tcPr>
          <w:p w14:paraId="5018E15C" w14:textId="58031173" w:rsidR="008B4A98" w:rsidRDefault="009E536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entangled</w:t>
            </w:r>
          </w:p>
        </w:tc>
        <w:tc>
          <w:tcPr>
            <w:tcW w:w="1661" w:type="dxa"/>
            <w:vAlign w:val="center"/>
          </w:tcPr>
          <w:p w14:paraId="658A65BB" w14:textId="7138B2D6" w:rsidR="008B4A98" w:rsidRDefault="009E536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disease</w:t>
            </w:r>
          </w:p>
        </w:tc>
        <w:tc>
          <w:tcPr>
            <w:tcW w:w="1762" w:type="dxa"/>
            <w:vAlign w:val="center"/>
          </w:tcPr>
          <w:p w14:paraId="096D9293" w14:textId="58866C1D" w:rsidR="008B4A98" w:rsidRDefault="009E536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(his) future</w:t>
            </w:r>
          </w:p>
        </w:tc>
        <w:tc>
          <w:tcPr>
            <w:tcW w:w="1725" w:type="dxa"/>
            <w:vAlign w:val="center"/>
          </w:tcPr>
          <w:p w14:paraId="4B9CCA7F" w14:textId="2D0FD5B5" w:rsidR="008B4A98" w:rsidRDefault="009E536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(his) past</w:t>
            </w:r>
          </w:p>
        </w:tc>
        <w:tc>
          <w:tcPr>
            <w:tcW w:w="1842" w:type="dxa"/>
            <w:vAlign w:val="center"/>
          </w:tcPr>
          <w:p w14:paraId="591153B6" w14:textId="3644F368" w:rsidR="008B4A98" w:rsidRDefault="009E536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adversities</w:t>
            </w:r>
          </w:p>
        </w:tc>
        <w:tc>
          <w:tcPr>
            <w:tcW w:w="1784" w:type="dxa"/>
            <w:vAlign w:val="center"/>
          </w:tcPr>
          <w:p w14:paraId="08C54456" w14:textId="2F9C661E" w:rsidR="008B4A98" w:rsidRDefault="009E536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favourable (thigs)</w:t>
            </w:r>
          </w:p>
        </w:tc>
      </w:tr>
      <w:tr w:rsidR="008B4A98" w14:paraId="2C14BE47" w14:textId="77777777" w:rsidTr="00E94975">
        <w:tc>
          <w:tcPr>
            <w:tcW w:w="2016" w:type="dxa"/>
            <w:vAlign w:val="center"/>
          </w:tcPr>
          <w:p w14:paraId="02CD7DAB" w14:textId="6F16EA1C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auguratus</w:t>
            </w:r>
          </w:p>
        </w:tc>
        <w:tc>
          <w:tcPr>
            <w:tcW w:w="1661" w:type="dxa"/>
            <w:vAlign w:val="center"/>
          </w:tcPr>
          <w:p w14:paraId="205AC91D" w14:textId="5D201581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spem</w:t>
            </w:r>
          </w:p>
        </w:tc>
        <w:tc>
          <w:tcPr>
            <w:tcW w:w="1762" w:type="dxa"/>
            <w:vAlign w:val="center"/>
          </w:tcPr>
          <w:p w14:paraId="55E215A8" w14:textId="32E5CDE8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salutis</w:t>
            </w:r>
          </w:p>
        </w:tc>
        <w:tc>
          <w:tcPr>
            <w:tcW w:w="1725" w:type="dxa"/>
            <w:vAlign w:val="center"/>
          </w:tcPr>
          <w:p w14:paraId="5D65C0BF" w14:textId="3519012B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nullo</w:t>
            </w:r>
          </w:p>
        </w:tc>
        <w:tc>
          <w:tcPr>
            <w:tcW w:w="1842" w:type="dxa"/>
            <w:vAlign w:val="center"/>
          </w:tcPr>
          <w:p w14:paraId="23A03CC0" w14:textId="1B4E97D4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suorum</w:t>
            </w:r>
          </w:p>
        </w:tc>
        <w:tc>
          <w:tcPr>
            <w:tcW w:w="1784" w:type="dxa"/>
            <w:vAlign w:val="center"/>
          </w:tcPr>
          <w:p w14:paraId="554751AA" w14:textId="31236540" w:rsidR="008B4A98" w:rsidRPr="00EA0455" w:rsidRDefault="008B4A98" w:rsidP="008B4A98">
            <w:pPr>
              <w:rPr>
                <w:b/>
                <w:bCs/>
              </w:rPr>
            </w:pPr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desperante</w:t>
            </w:r>
          </w:p>
        </w:tc>
      </w:tr>
      <w:tr w:rsidR="008B4A98" w14:paraId="15AD4058" w14:textId="77777777" w:rsidTr="00E94975">
        <w:tc>
          <w:tcPr>
            <w:tcW w:w="2016" w:type="dxa"/>
            <w:vAlign w:val="center"/>
          </w:tcPr>
          <w:p w14:paraId="32D46344" w14:textId="62E4F8F3" w:rsidR="008B4A98" w:rsidRDefault="009E536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having predicted</w:t>
            </w:r>
          </w:p>
        </w:tc>
        <w:tc>
          <w:tcPr>
            <w:tcW w:w="1661" w:type="dxa"/>
            <w:vAlign w:val="center"/>
          </w:tcPr>
          <w:p w14:paraId="18F0E765" w14:textId="4D63C9ED" w:rsidR="008B4A98" w:rsidRDefault="009E536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hope</w:t>
            </w:r>
          </w:p>
        </w:tc>
        <w:tc>
          <w:tcPr>
            <w:tcW w:w="1762" w:type="dxa"/>
            <w:vAlign w:val="center"/>
          </w:tcPr>
          <w:p w14:paraId="6CE9D04D" w14:textId="1B3349DC" w:rsidR="008B4A98" w:rsidRDefault="009E536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of/for his health</w:t>
            </w:r>
          </w:p>
        </w:tc>
        <w:tc>
          <w:tcPr>
            <w:tcW w:w="1725" w:type="dxa"/>
            <w:vAlign w:val="center"/>
          </w:tcPr>
          <w:p w14:paraId="60E9062B" w14:textId="58CF3A30" w:rsidR="008B4A98" w:rsidRDefault="009E536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none</w:t>
            </w:r>
          </w:p>
        </w:tc>
        <w:tc>
          <w:tcPr>
            <w:tcW w:w="1842" w:type="dxa"/>
            <w:vAlign w:val="center"/>
          </w:tcPr>
          <w:p w14:paraId="669E848C" w14:textId="4EC26BED" w:rsidR="008B4A98" w:rsidRDefault="009E536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his (men/people)</w:t>
            </w:r>
          </w:p>
        </w:tc>
        <w:tc>
          <w:tcPr>
            <w:tcW w:w="1784" w:type="dxa"/>
            <w:vAlign w:val="center"/>
          </w:tcPr>
          <w:p w14:paraId="6A4FE266" w14:textId="67325F2D" w:rsidR="008B4A98" w:rsidRDefault="009E536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despairing</w:t>
            </w:r>
          </w:p>
        </w:tc>
      </w:tr>
      <w:tr w:rsidR="008B4A98" w14:paraId="550D7C60" w14:textId="77777777" w:rsidTr="00E94975">
        <w:tc>
          <w:tcPr>
            <w:tcW w:w="2016" w:type="dxa"/>
            <w:vAlign w:val="center"/>
          </w:tcPr>
          <w:p w14:paraId="02AD9326" w14:textId="316C13F2" w:rsidR="008B4A98" w:rsidRDefault="008B4A98" w:rsidP="008B4A98">
            <w:r w:rsidRPr="00EA0455">
              <w:rPr>
                <w:rFonts w:ascii="Palatino" w:hAnsi="Palatino" w:cs="Palatino" w:eastAsia="Palatino"/>
                <w:b/>
                <w:bCs/>
                <w:color w:val="000000"/>
                <w:sz w:val="23"/>
              </w:rPr>
              <w:t>proiecit</w:t>
            </w:r>
            <w:r w:rsidR="00EA0455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661" w:type="dxa"/>
            <w:vAlign w:val="center"/>
          </w:tcPr>
          <w:p w14:paraId="57F2C65C" w14:textId="51A7EA9E" w:rsidR="008B4A98" w:rsidRDefault="00ED53A2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am</w:t>
            </w:r>
          </w:p>
        </w:tc>
        <w:tc>
          <w:tcPr>
            <w:tcW w:w="1762" w:type="dxa"/>
            <w:vAlign w:val="center"/>
          </w:tcPr>
          <w:p w14:paraId="17B0A20D" w14:textId="2B988D1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illud</w:t>
            </w:r>
          </w:p>
        </w:tc>
        <w:tc>
          <w:tcPr>
            <w:tcW w:w="1725" w:type="dxa"/>
            <w:vAlign w:val="center"/>
          </w:tcPr>
          <w:p w14:paraId="6E45830B" w14:textId="166A8D0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nonne</w:t>
            </w:r>
          </w:p>
        </w:tc>
        <w:tc>
          <w:tcPr>
            <w:tcW w:w="1842" w:type="dxa"/>
            <w:vAlign w:val="center"/>
          </w:tcPr>
          <w:p w14:paraId="7BC13148" w14:textId="10B0B97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  <w:tc>
          <w:tcPr>
            <w:tcW w:w="1784" w:type="dxa"/>
            <w:vAlign w:val="center"/>
          </w:tcPr>
          <w:p w14:paraId="3D8C93C3" w14:textId="66C8742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magis</w:t>
            </w:r>
          </w:p>
        </w:tc>
      </w:tr>
      <w:tr w:rsidR="008B4A98" w14:paraId="38681AEF" w14:textId="77777777" w:rsidTr="00E94975">
        <w:tc>
          <w:tcPr>
            <w:tcW w:w="2016" w:type="dxa"/>
            <w:vAlign w:val="center"/>
          </w:tcPr>
          <w:p w14:paraId="0169553B" w14:textId="237965BD" w:rsidR="008B4A98" w:rsidRDefault="009E536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threw away</w:t>
            </w:r>
          </w:p>
        </w:tc>
        <w:tc>
          <w:tcPr>
            <w:tcW w:w="1661" w:type="dxa"/>
            <w:vAlign w:val="center"/>
          </w:tcPr>
          <w:p w14:paraId="40F7708E" w14:textId="44588E79" w:rsidR="008B4A98" w:rsidRDefault="00B711B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Now</w:t>
            </w:r>
          </w:p>
        </w:tc>
        <w:tc>
          <w:tcPr>
            <w:tcW w:w="1762" w:type="dxa"/>
            <w:vAlign w:val="center"/>
          </w:tcPr>
          <w:p w14:paraId="6FA5D34C" w14:textId="4878F364" w:rsidR="008B4A98" w:rsidRDefault="00FB780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 (story)</w:t>
            </w:r>
          </w:p>
        </w:tc>
        <w:tc>
          <w:tcPr>
            <w:tcW w:w="1725" w:type="dxa"/>
            <w:vAlign w:val="center"/>
          </w:tcPr>
          <w:p w14:paraId="47A7FC80" w14:textId="22FDBEEA" w:rsidR="008B4A98" w:rsidRDefault="003D717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surely</w:t>
            </w:r>
          </w:p>
        </w:tc>
        <w:tc>
          <w:tcPr>
            <w:tcW w:w="1842" w:type="dxa"/>
            <w:vAlign w:val="center"/>
          </w:tcPr>
          <w:p w14:paraId="128E97F0" w14:textId="7A09A02A" w:rsidR="008B4A98" w:rsidRDefault="00BA41B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both</w:t>
            </w:r>
          </w:p>
        </w:tc>
        <w:tc>
          <w:tcPr>
            <w:tcW w:w="1784" w:type="dxa"/>
            <w:vAlign w:val="center"/>
          </w:tcPr>
          <w:p w14:paraId="03679913" w14:textId="4F882F6D" w:rsidR="008B4A98" w:rsidRDefault="00B60DC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more</w:t>
            </w:r>
          </w:p>
        </w:tc>
      </w:tr>
      <w:tr w:rsidR="008B4A98" w14:paraId="7C9E81B3" w14:textId="77777777" w:rsidTr="00E94975">
        <w:tc>
          <w:tcPr>
            <w:tcW w:w="2016" w:type="dxa"/>
            <w:vAlign w:val="center"/>
          </w:tcPr>
          <w:p w14:paraId="6E3567D0" w14:textId="331CFF8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terribile</w:t>
            </w:r>
          </w:p>
        </w:tc>
        <w:tc>
          <w:tcPr>
            <w:tcW w:w="1661" w:type="dxa"/>
            <w:vAlign w:val="center"/>
          </w:tcPr>
          <w:p w14:paraId="11DC8828" w14:textId="7A8354C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  <w:tc>
          <w:tcPr>
            <w:tcW w:w="1762" w:type="dxa"/>
            <w:vAlign w:val="center"/>
          </w:tcPr>
          <w:p w14:paraId="54602818" w14:textId="1B5735E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non</w:t>
            </w:r>
          </w:p>
        </w:tc>
        <w:tc>
          <w:tcPr>
            <w:tcW w:w="1725" w:type="dxa"/>
            <w:vAlign w:val="center"/>
          </w:tcPr>
          <w:p w14:paraId="07EEF817" w14:textId="0CAA942E" w:rsidR="008B4A98" w:rsidRDefault="00BA41B2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minus</w:t>
            </w:r>
          </w:p>
        </w:tc>
        <w:tc>
          <w:tcPr>
            <w:tcW w:w="1842" w:type="dxa"/>
            <w:vAlign w:val="center"/>
          </w:tcPr>
          <w:p w14:paraId="75B035E3" w14:textId="3E4EC6A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mirum</w:t>
            </w:r>
          </w:p>
        </w:tc>
        <w:tc>
          <w:tcPr>
            <w:tcW w:w="1784" w:type="dxa"/>
            <w:vAlign w:val="center"/>
          </w:tcPr>
          <w:p w14:paraId="041033C3" w14:textId="6F26C0EA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est</w:t>
            </w:r>
          </w:p>
        </w:tc>
      </w:tr>
      <w:tr w:rsidR="008B4A98" w14:paraId="65C75349" w14:textId="77777777" w:rsidTr="00E94975">
        <w:tc>
          <w:tcPr>
            <w:tcW w:w="2016" w:type="dxa"/>
            <w:vAlign w:val="center"/>
          </w:tcPr>
          <w:p w14:paraId="67E2A344" w14:textId="1C4C6369" w:rsidR="008B4A98" w:rsidRDefault="000D36D5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terrible</w:t>
            </w:r>
          </w:p>
        </w:tc>
        <w:tc>
          <w:tcPr>
            <w:tcW w:w="1661" w:type="dxa"/>
            <w:vAlign w:val="center"/>
          </w:tcPr>
          <w:p w14:paraId="7C9E4F7A" w14:textId="18C8BCE0" w:rsidR="008B4A98" w:rsidRDefault="000D36D5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762" w:type="dxa"/>
            <w:vAlign w:val="center"/>
          </w:tcPr>
          <w:p w14:paraId="605BEB1D" w14:textId="6C13035F" w:rsidR="008B4A98" w:rsidRDefault="00BA41B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not</w:t>
            </w:r>
          </w:p>
        </w:tc>
        <w:tc>
          <w:tcPr>
            <w:tcW w:w="1725" w:type="dxa"/>
            <w:vAlign w:val="center"/>
          </w:tcPr>
          <w:p w14:paraId="415791AD" w14:textId="685FE065" w:rsidR="008B4A98" w:rsidRDefault="00BA41B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less</w:t>
            </w:r>
          </w:p>
        </w:tc>
        <w:tc>
          <w:tcPr>
            <w:tcW w:w="1842" w:type="dxa"/>
            <w:vAlign w:val="center"/>
          </w:tcPr>
          <w:p w14:paraId="577C6107" w14:textId="75B95919" w:rsidR="008B4A98" w:rsidRDefault="003756D4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amazing</w:t>
            </w:r>
          </w:p>
        </w:tc>
        <w:tc>
          <w:tcPr>
            <w:tcW w:w="1784" w:type="dxa"/>
            <w:vAlign w:val="center"/>
          </w:tcPr>
          <w:p w14:paraId="59A338CF" w14:textId="09DFEC4C" w:rsidR="008B4A98" w:rsidRDefault="00B60DC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</w:t>
            </w:r>
          </w:p>
        </w:tc>
      </w:tr>
      <w:tr w:rsidR="008B4A98" w14:paraId="49EF8AD8" w14:textId="77777777" w:rsidTr="00E94975">
        <w:tc>
          <w:tcPr>
            <w:tcW w:w="2016" w:type="dxa"/>
            <w:vAlign w:val="center"/>
          </w:tcPr>
          <w:p w14:paraId="46B0F2BC" w14:textId="3CC3B43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quod</w:t>
            </w:r>
          </w:p>
        </w:tc>
        <w:tc>
          <w:tcPr>
            <w:tcW w:w="1661" w:type="dxa"/>
            <w:vAlign w:val="center"/>
          </w:tcPr>
          <w:p w14:paraId="0D5CF097" w14:textId="3AE5685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exponam</w:t>
            </w:r>
          </w:p>
        </w:tc>
        <w:tc>
          <w:tcPr>
            <w:tcW w:w="1762" w:type="dxa"/>
            <w:vAlign w:val="center"/>
          </w:tcPr>
          <w:p w14:paraId="41867F9C" w14:textId="0DE09A9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ut</w:t>
            </w:r>
          </w:p>
        </w:tc>
        <w:tc>
          <w:tcPr>
            <w:tcW w:w="1725" w:type="dxa"/>
            <w:vAlign w:val="center"/>
          </w:tcPr>
          <w:p w14:paraId="5FDA6AB2" w14:textId="080F749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accepi</w:t>
            </w:r>
            <w:r w:rsidR="003756D4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842" w:type="dxa"/>
            <w:vAlign w:val="center"/>
          </w:tcPr>
          <w:p w14:paraId="593C2580" w14:textId="72CBA4B8" w:rsidR="008B4A98" w:rsidRDefault="00012FDD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rat</w:t>
            </w:r>
          </w:p>
        </w:tc>
        <w:tc>
          <w:tcPr>
            <w:tcW w:w="1784" w:type="dxa"/>
            <w:vAlign w:val="center"/>
          </w:tcPr>
          <w:p w14:paraId="73777C7C" w14:textId="62652734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Athenis</w:t>
            </w:r>
          </w:p>
        </w:tc>
      </w:tr>
      <w:tr w:rsidR="008B4A98" w14:paraId="120F0F86" w14:textId="77777777" w:rsidTr="00E94975">
        <w:tc>
          <w:tcPr>
            <w:tcW w:w="2016" w:type="dxa"/>
            <w:vAlign w:val="center"/>
          </w:tcPr>
          <w:p w14:paraId="05AE6C98" w14:textId="63094F25" w:rsidR="008B4A98" w:rsidRDefault="00BA41B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which</w:t>
            </w:r>
          </w:p>
        </w:tc>
        <w:tc>
          <w:tcPr>
            <w:tcW w:w="1661" w:type="dxa"/>
            <w:vAlign w:val="center"/>
          </w:tcPr>
          <w:p w14:paraId="0F88BAD2" w14:textId="416513FC" w:rsidR="008B4A98" w:rsidRDefault="00BA41B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will explain</w:t>
            </w:r>
          </w:p>
        </w:tc>
        <w:tc>
          <w:tcPr>
            <w:tcW w:w="1762" w:type="dxa"/>
            <w:vAlign w:val="center"/>
          </w:tcPr>
          <w:p w14:paraId="0B73B53A" w14:textId="64977AF0" w:rsidR="008B4A98" w:rsidRDefault="003756D4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</w:t>
            </w:r>
          </w:p>
        </w:tc>
        <w:tc>
          <w:tcPr>
            <w:tcW w:w="1725" w:type="dxa"/>
            <w:vAlign w:val="center"/>
          </w:tcPr>
          <w:p w14:paraId="70FC289E" w14:textId="4E4D5700" w:rsidR="008B4A98" w:rsidRDefault="003756D4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(the one) I have received</w:t>
            </w:r>
          </w:p>
        </w:tc>
        <w:tc>
          <w:tcPr>
            <w:tcW w:w="1842" w:type="dxa"/>
            <w:vAlign w:val="center"/>
          </w:tcPr>
          <w:p w14:paraId="14AF183B" w14:textId="73FE6492" w:rsidR="008B4A98" w:rsidRDefault="00012FDD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There was</w:t>
            </w:r>
          </w:p>
        </w:tc>
        <w:tc>
          <w:tcPr>
            <w:tcW w:w="1784" w:type="dxa"/>
            <w:vAlign w:val="center"/>
          </w:tcPr>
          <w:p w14:paraId="1C415964" w14:textId="70AA71EC" w:rsidR="008B4A98" w:rsidRDefault="00012FDD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Athens</w:t>
            </w:r>
          </w:p>
        </w:tc>
      </w:tr>
      <w:tr w:rsidR="008B4A98" w14:paraId="7C6BEC3E" w14:textId="77777777" w:rsidTr="00E94975">
        <w:tc>
          <w:tcPr>
            <w:tcW w:w="2016" w:type="dxa"/>
            <w:vAlign w:val="center"/>
          </w:tcPr>
          <w:p w14:paraId="1D5360F6" w14:textId="5D9DDAB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spatiosa</w:t>
            </w:r>
          </w:p>
        </w:tc>
        <w:tc>
          <w:tcPr>
            <w:tcW w:w="1661" w:type="dxa"/>
            <w:vAlign w:val="center"/>
          </w:tcPr>
          <w:p w14:paraId="22BB8573" w14:textId="0BDD9799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  <w:tc>
          <w:tcPr>
            <w:tcW w:w="1762" w:type="dxa"/>
            <w:vAlign w:val="center"/>
          </w:tcPr>
          <w:p w14:paraId="0EFB5C94" w14:textId="4F0D83A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capax</w:t>
            </w:r>
          </w:p>
        </w:tc>
        <w:tc>
          <w:tcPr>
            <w:tcW w:w="1725" w:type="dxa"/>
            <w:vAlign w:val="center"/>
          </w:tcPr>
          <w:p w14:paraId="5C1B5E66" w14:textId="547F700F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domus</w:t>
            </w:r>
          </w:p>
        </w:tc>
        <w:tc>
          <w:tcPr>
            <w:tcW w:w="1842" w:type="dxa"/>
            <w:vAlign w:val="center"/>
          </w:tcPr>
          <w:p w14:paraId="21015795" w14:textId="37FACE9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sed</w:t>
            </w:r>
          </w:p>
        </w:tc>
        <w:tc>
          <w:tcPr>
            <w:tcW w:w="1784" w:type="dxa"/>
            <w:vAlign w:val="center"/>
          </w:tcPr>
          <w:p w14:paraId="4B89B184" w14:textId="2BD5046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infamis</w:t>
            </w:r>
          </w:p>
        </w:tc>
      </w:tr>
      <w:tr w:rsidR="008B4A98" w14:paraId="3C2CDB90" w14:textId="77777777" w:rsidTr="00E94975">
        <w:tc>
          <w:tcPr>
            <w:tcW w:w="2016" w:type="dxa"/>
            <w:vAlign w:val="center"/>
          </w:tcPr>
          <w:p w14:paraId="5352F7D0" w14:textId="14BE0CFA" w:rsidR="008B4A98" w:rsidRDefault="004E79A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spacious</w:t>
            </w:r>
          </w:p>
        </w:tc>
        <w:tc>
          <w:tcPr>
            <w:tcW w:w="1661" w:type="dxa"/>
            <w:vAlign w:val="center"/>
          </w:tcPr>
          <w:p w14:paraId="30F9D8FB" w14:textId="41BA3093" w:rsidR="008B4A98" w:rsidRDefault="004E79A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762" w:type="dxa"/>
            <w:vAlign w:val="center"/>
          </w:tcPr>
          <w:p w14:paraId="7C05D6AB" w14:textId="78279014" w:rsidR="008B4A98" w:rsidRDefault="004E79A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roomy</w:t>
            </w:r>
          </w:p>
        </w:tc>
        <w:tc>
          <w:tcPr>
            <w:tcW w:w="1725" w:type="dxa"/>
            <w:vAlign w:val="center"/>
          </w:tcPr>
          <w:p w14:paraId="070954E3" w14:textId="0B624185" w:rsidR="008B4A98" w:rsidRDefault="004E79A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house</w:t>
            </w:r>
          </w:p>
        </w:tc>
        <w:tc>
          <w:tcPr>
            <w:tcW w:w="1842" w:type="dxa"/>
            <w:vAlign w:val="center"/>
          </w:tcPr>
          <w:p w14:paraId="0C0A3833" w14:textId="274D6D29" w:rsidR="008B4A98" w:rsidRDefault="004E79A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but</w:t>
            </w:r>
          </w:p>
        </w:tc>
        <w:tc>
          <w:tcPr>
            <w:tcW w:w="1784" w:type="dxa"/>
            <w:vAlign w:val="center"/>
          </w:tcPr>
          <w:p w14:paraId="7F1AA4AF" w14:textId="02F31F68" w:rsidR="008B4A98" w:rsidRDefault="004E79A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infamous</w:t>
            </w:r>
          </w:p>
        </w:tc>
      </w:tr>
      <w:tr w:rsidR="008B4A98" w14:paraId="561B7DAD" w14:textId="77777777" w:rsidTr="00E94975">
        <w:tc>
          <w:tcPr>
            <w:tcW w:w="2016" w:type="dxa"/>
            <w:vAlign w:val="center"/>
          </w:tcPr>
          <w:p w14:paraId="04DBEE4E" w14:textId="2615983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  <w:tc>
          <w:tcPr>
            <w:tcW w:w="1661" w:type="dxa"/>
            <w:vAlign w:val="center"/>
          </w:tcPr>
          <w:p w14:paraId="0451D41F" w14:textId="16BB6CA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pestilens</w:t>
            </w:r>
            <w:r w:rsidR="00BD07AF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762" w:type="dxa"/>
            <w:vAlign w:val="center"/>
          </w:tcPr>
          <w:p w14:paraId="52435C10" w14:textId="110F65A7" w:rsidR="008B4A98" w:rsidRDefault="00BD07AF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er</w:t>
            </w:r>
          </w:p>
        </w:tc>
        <w:tc>
          <w:tcPr>
            <w:tcW w:w="1725" w:type="dxa"/>
            <w:vAlign w:val="center"/>
          </w:tcPr>
          <w:p w14:paraId="7D2FB17E" w14:textId="0B0334E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silentium</w:t>
            </w:r>
          </w:p>
        </w:tc>
        <w:tc>
          <w:tcPr>
            <w:tcW w:w="1842" w:type="dxa"/>
            <w:vAlign w:val="center"/>
          </w:tcPr>
          <w:p w14:paraId="29B92D41" w14:textId="15101B7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noctis</w:t>
            </w:r>
          </w:p>
        </w:tc>
        <w:tc>
          <w:tcPr>
            <w:tcW w:w="1784" w:type="dxa"/>
            <w:vAlign w:val="center"/>
          </w:tcPr>
          <w:p w14:paraId="4009E178" w14:textId="25F97C0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sonus</w:t>
            </w:r>
          </w:p>
        </w:tc>
      </w:tr>
      <w:tr w:rsidR="008B4A98" w14:paraId="32ED55D0" w14:textId="77777777" w:rsidTr="00E94975">
        <w:tc>
          <w:tcPr>
            <w:tcW w:w="2016" w:type="dxa"/>
            <w:vAlign w:val="center"/>
          </w:tcPr>
          <w:p w14:paraId="77B141D1" w14:textId="77D90A8C" w:rsidR="008B4A98" w:rsidRDefault="004E79A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661" w:type="dxa"/>
            <w:vAlign w:val="center"/>
          </w:tcPr>
          <w:p w14:paraId="6636E54F" w14:textId="58D0B169" w:rsidR="008B4A98" w:rsidRDefault="00BD07A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pestilent</w:t>
            </w:r>
          </w:p>
        </w:tc>
        <w:tc>
          <w:tcPr>
            <w:tcW w:w="1762" w:type="dxa"/>
            <w:vAlign w:val="center"/>
          </w:tcPr>
          <w:p w14:paraId="6308079A" w14:textId="63DE3557" w:rsidR="008B4A98" w:rsidRDefault="00BD07A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Through</w:t>
            </w:r>
          </w:p>
        </w:tc>
        <w:tc>
          <w:tcPr>
            <w:tcW w:w="1725" w:type="dxa"/>
            <w:vAlign w:val="center"/>
          </w:tcPr>
          <w:p w14:paraId="46187B1B" w14:textId="711C08C4" w:rsidR="008B4A98" w:rsidRDefault="00BD07A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silence</w:t>
            </w:r>
          </w:p>
        </w:tc>
        <w:tc>
          <w:tcPr>
            <w:tcW w:w="1842" w:type="dxa"/>
            <w:vAlign w:val="center"/>
          </w:tcPr>
          <w:p w14:paraId="3437A4AF" w14:textId="0ADABFC7" w:rsidR="008B4A98" w:rsidRDefault="00BD07A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night</w:t>
            </w:r>
          </w:p>
        </w:tc>
        <w:tc>
          <w:tcPr>
            <w:tcW w:w="1784" w:type="dxa"/>
            <w:vAlign w:val="center"/>
          </w:tcPr>
          <w:p w14:paraId="55B59A4D" w14:textId="07072614" w:rsidR="008B4A98" w:rsidRDefault="00E755B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sound</w:t>
            </w:r>
          </w:p>
        </w:tc>
      </w:tr>
      <w:tr w:rsidR="008B4A98" w14:paraId="7FE1276E" w14:textId="77777777" w:rsidTr="00E94975">
        <w:tc>
          <w:tcPr>
            <w:tcW w:w="2016" w:type="dxa"/>
            <w:vAlign w:val="center"/>
          </w:tcPr>
          <w:p w14:paraId="3B081C1C" w14:textId="6F17879B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ferri</w:t>
            </w:r>
          </w:p>
        </w:tc>
        <w:tc>
          <w:tcPr>
            <w:tcW w:w="1661" w:type="dxa"/>
            <w:vAlign w:val="center"/>
          </w:tcPr>
          <w:p w14:paraId="412B2521" w14:textId="74BA438F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  <w:tc>
          <w:tcPr>
            <w:tcW w:w="1762" w:type="dxa"/>
            <w:vAlign w:val="center"/>
          </w:tcPr>
          <w:p w14:paraId="2F3C3D5A" w14:textId="28BEC7B3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si</w:t>
            </w:r>
          </w:p>
        </w:tc>
        <w:tc>
          <w:tcPr>
            <w:tcW w:w="1725" w:type="dxa"/>
            <w:vAlign w:val="center"/>
          </w:tcPr>
          <w:p w14:paraId="350A81C8" w14:textId="39FFF68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attenderes</w:t>
            </w:r>
          </w:p>
        </w:tc>
        <w:tc>
          <w:tcPr>
            <w:tcW w:w="1842" w:type="dxa"/>
            <w:vAlign w:val="center"/>
          </w:tcPr>
          <w:p w14:paraId="6F21B88F" w14:textId="2BA113A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acrius</w:t>
            </w:r>
          </w:p>
        </w:tc>
        <w:tc>
          <w:tcPr>
            <w:tcW w:w="1784" w:type="dxa"/>
            <w:vAlign w:val="center"/>
          </w:tcPr>
          <w:p w14:paraId="7BB23D28" w14:textId="5D7B9E2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strepitus</w:t>
            </w:r>
          </w:p>
        </w:tc>
      </w:tr>
      <w:tr w:rsidR="008B4A98" w14:paraId="6A889A90" w14:textId="77777777" w:rsidTr="00E94975">
        <w:tc>
          <w:tcPr>
            <w:tcW w:w="2016" w:type="dxa"/>
            <w:vAlign w:val="center"/>
          </w:tcPr>
          <w:p w14:paraId="7BB2A98F" w14:textId="236BB6B5" w:rsidR="008B4A98" w:rsidRDefault="00E755B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iron</w:t>
            </w:r>
          </w:p>
        </w:tc>
        <w:tc>
          <w:tcPr>
            <w:tcW w:w="1661" w:type="dxa"/>
            <w:vAlign w:val="center"/>
          </w:tcPr>
          <w:p w14:paraId="101FC3DF" w14:textId="3941C6D8" w:rsidR="008B4A98" w:rsidRDefault="00E755B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762" w:type="dxa"/>
            <w:vAlign w:val="center"/>
          </w:tcPr>
          <w:p w14:paraId="2DA9EB4C" w14:textId="004C210A" w:rsidR="008B4A98" w:rsidRDefault="005A616D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</w:t>
            </w:r>
          </w:p>
        </w:tc>
        <w:tc>
          <w:tcPr>
            <w:tcW w:w="1725" w:type="dxa"/>
            <w:vAlign w:val="center"/>
          </w:tcPr>
          <w:p w14:paraId="6AB49FAB" w14:textId="2891EA48" w:rsidR="008B4A98" w:rsidRDefault="005A616D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paid attention</w:t>
            </w:r>
          </w:p>
        </w:tc>
        <w:tc>
          <w:tcPr>
            <w:tcW w:w="1842" w:type="dxa"/>
            <w:vAlign w:val="center"/>
          </w:tcPr>
          <w:p w14:paraId="2E5E53E4" w14:textId="772EA9CF" w:rsidR="008B4A98" w:rsidRDefault="005A616D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more keenly</w:t>
            </w:r>
          </w:p>
        </w:tc>
        <w:tc>
          <w:tcPr>
            <w:tcW w:w="1784" w:type="dxa"/>
            <w:vAlign w:val="center"/>
          </w:tcPr>
          <w:p w14:paraId="73C51376" w14:textId="5DDF8989" w:rsidR="008B4A98" w:rsidRDefault="005A616D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noise</w:t>
            </w:r>
          </w:p>
        </w:tc>
      </w:tr>
      <w:tr w:rsidR="008B4A98" w14:paraId="4A2F45BD" w14:textId="77777777" w:rsidTr="00E94975">
        <w:tc>
          <w:tcPr>
            <w:tcW w:w="2016" w:type="dxa"/>
            <w:vAlign w:val="center"/>
          </w:tcPr>
          <w:p w14:paraId="0E48B5E9" w14:textId="6A6EDF49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vinculorum</w:t>
            </w:r>
          </w:p>
        </w:tc>
        <w:tc>
          <w:tcPr>
            <w:tcW w:w="1661" w:type="dxa"/>
            <w:vAlign w:val="center"/>
          </w:tcPr>
          <w:p w14:paraId="167760B2" w14:textId="3A78D84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longius</w:t>
            </w:r>
          </w:p>
        </w:tc>
        <w:tc>
          <w:tcPr>
            <w:tcW w:w="1762" w:type="dxa"/>
            <w:vAlign w:val="center"/>
          </w:tcPr>
          <w:p w14:paraId="7CC55737" w14:textId="490EC13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primo</w:t>
            </w:r>
          </w:p>
        </w:tc>
        <w:tc>
          <w:tcPr>
            <w:tcW w:w="1725" w:type="dxa"/>
            <w:vAlign w:val="center"/>
          </w:tcPr>
          <w:p w14:paraId="39AFCEEB" w14:textId="56171A2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deinde</w:t>
            </w:r>
          </w:p>
        </w:tc>
        <w:tc>
          <w:tcPr>
            <w:tcW w:w="1842" w:type="dxa"/>
            <w:vAlign w:val="center"/>
          </w:tcPr>
          <w:p w14:paraId="28A1E377" w14:textId="4F52DC0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</w:t>
            </w:r>
          </w:p>
        </w:tc>
        <w:tc>
          <w:tcPr>
            <w:tcW w:w="1784" w:type="dxa"/>
            <w:vAlign w:val="center"/>
          </w:tcPr>
          <w:p w14:paraId="65A01AC1" w14:textId="38CECEA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proximo</w:t>
            </w:r>
          </w:p>
        </w:tc>
      </w:tr>
      <w:tr w:rsidR="008B4A98" w14:paraId="03585A47" w14:textId="77777777" w:rsidTr="00E94975">
        <w:tc>
          <w:tcPr>
            <w:tcW w:w="2016" w:type="dxa"/>
            <w:vAlign w:val="center"/>
          </w:tcPr>
          <w:p w14:paraId="12934585" w14:textId="02CF65C8" w:rsidR="008B4A98" w:rsidRDefault="005A616D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chains</w:t>
            </w:r>
          </w:p>
        </w:tc>
        <w:tc>
          <w:tcPr>
            <w:tcW w:w="1661" w:type="dxa"/>
            <w:vAlign w:val="center"/>
          </w:tcPr>
          <w:p w14:paraId="36DEBB56" w14:textId="5B81B7EC" w:rsidR="008B4A98" w:rsidRDefault="00D5522F" w:rsidP="008B4A98">
            <w:proofErr w:type="gramStart"/>
            <w:proofErr w:type="gramEnd"/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further away</w:t>
            </w:r>
          </w:p>
        </w:tc>
        <w:tc>
          <w:tcPr>
            <w:tcW w:w="1762" w:type="dxa"/>
            <w:vAlign w:val="center"/>
          </w:tcPr>
          <w:p w14:paraId="19C598AD" w14:textId="4B09C2F3" w:rsidR="008B4A98" w:rsidRDefault="00BF5920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at first</w:t>
            </w:r>
          </w:p>
        </w:tc>
        <w:tc>
          <w:tcPr>
            <w:tcW w:w="1725" w:type="dxa"/>
            <w:vAlign w:val="center"/>
          </w:tcPr>
          <w:p w14:paraId="4C7EF4CC" w14:textId="30CE0947" w:rsidR="008B4A98" w:rsidRDefault="00D5522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then</w:t>
            </w:r>
          </w:p>
        </w:tc>
        <w:tc>
          <w:tcPr>
            <w:tcW w:w="1842" w:type="dxa"/>
            <w:vAlign w:val="center"/>
          </w:tcPr>
          <w:p w14:paraId="3D8208AE" w14:textId="79397D99" w:rsidR="008B4A98" w:rsidRDefault="00D5522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  <w:tc>
          <w:tcPr>
            <w:tcW w:w="1784" w:type="dxa"/>
            <w:vAlign w:val="center"/>
          </w:tcPr>
          <w:p w14:paraId="4093DB7E" w14:textId="20E03B68" w:rsidR="008B4A98" w:rsidRDefault="00D5522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very near</w:t>
            </w:r>
          </w:p>
        </w:tc>
      </w:tr>
      <w:tr w:rsidR="008B4A98" w14:paraId="749CF903" w14:textId="77777777" w:rsidTr="00E94975">
        <w:tc>
          <w:tcPr>
            <w:tcW w:w="2016" w:type="dxa"/>
            <w:vAlign w:val="center"/>
          </w:tcPr>
          <w:p w14:paraId="5EF2C4E8" w14:textId="5553C91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reddebatur</w:t>
            </w:r>
            <w:r w:rsidR="00D5522F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661" w:type="dxa"/>
            <w:vAlign w:val="center"/>
          </w:tcPr>
          <w:p w14:paraId="2278EAB3" w14:textId="52BA0418" w:rsidR="008B4A98" w:rsidRDefault="00D5522F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ox</w:t>
            </w:r>
          </w:p>
        </w:tc>
        <w:tc>
          <w:tcPr>
            <w:tcW w:w="1762" w:type="dxa"/>
            <w:vAlign w:val="center"/>
          </w:tcPr>
          <w:p w14:paraId="13D09685" w14:textId="262908C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apparebat</w:t>
            </w:r>
          </w:p>
        </w:tc>
        <w:tc>
          <w:tcPr>
            <w:tcW w:w="1725" w:type="dxa"/>
            <w:vAlign w:val="center"/>
          </w:tcPr>
          <w:p w14:paraId="442B165A" w14:textId="0F4379A4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idolon</w:t>
            </w:r>
          </w:p>
        </w:tc>
        <w:tc>
          <w:tcPr>
            <w:tcW w:w="1842" w:type="dxa"/>
            <w:vAlign w:val="center"/>
          </w:tcPr>
          <w:p w14:paraId="440550B7" w14:textId="2A9E41E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senex</w:t>
            </w:r>
          </w:p>
        </w:tc>
        <w:tc>
          <w:tcPr>
            <w:tcW w:w="1784" w:type="dxa"/>
            <w:vAlign w:val="center"/>
          </w:tcPr>
          <w:p w14:paraId="1AF6440A" w14:textId="1452ECA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macie</w:t>
            </w:r>
          </w:p>
        </w:tc>
      </w:tr>
      <w:tr w:rsidR="008B4A98" w14:paraId="3C297A3B" w14:textId="77777777" w:rsidTr="00E94975">
        <w:tc>
          <w:tcPr>
            <w:tcW w:w="2016" w:type="dxa"/>
            <w:vAlign w:val="center"/>
          </w:tcPr>
          <w:p w14:paraId="4509EFEF" w14:textId="49B2649B" w:rsidR="008B4A98" w:rsidRDefault="005A616D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being given back</w:t>
            </w:r>
          </w:p>
        </w:tc>
        <w:tc>
          <w:tcPr>
            <w:tcW w:w="1661" w:type="dxa"/>
            <w:vAlign w:val="center"/>
          </w:tcPr>
          <w:p w14:paraId="294689CE" w14:textId="5B71A4AB" w:rsidR="008B4A98" w:rsidRDefault="00D5522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soon</w:t>
            </w:r>
          </w:p>
        </w:tc>
        <w:tc>
          <w:tcPr>
            <w:tcW w:w="1762" w:type="dxa"/>
            <w:vAlign w:val="center"/>
          </w:tcPr>
          <w:p w14:paraId="12215F7B" w14:textId="72179C6F" w:rsidR="008B4A98" w:rsidRDefault="008E3C6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there was appearing</w:t>
            </w:r>
          </w:p>
        </w:tc>
        <w:tc>
          <w:tcPr>
            <w:tcW w:w="1725" w:type="dxa"/>
            <w:vAlign w:val="center"/>
          </w:tcPr>
          <w:p w14:paraId="2558BBA4" w14:textId="25ED3994" w:rsidR="008B4A98" w:rsidRDefault="008E3C6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 image:</w:t>
            </w:r>
          </w:p>
        </w:tc>
        <w:tc>
          <w:tcPr>
            <w:tcW w:w="1842" w:type="dxa"/>
            <w:vAlign w:val="center"/>
          </w:tcPr>
          <w:p w14:paraId="582340C4" w14:textId="51B3DA44" w:rsidR="008B4A98" w:rsidRDefault="008E3C6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 old man</w:t>
            </w:r>
          </w:p>
        </w:tc>
        <w:tc>
          <w:tcPr>
            <w:tcW w:w="1784" w:type="dxa"/>
            <w:vAlign w:val="center"/>
          </w:tcPr>
          <w:p w14:paraId="5B789643" w14:textId="3D6D65B4" w:rsidR="008B4A98" w:rsidRDefault="00726B30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thinness</w:t>
            </w:r>
          </w:p>
        </w:tc>
      </w:tr>
      <w:tr w:rsidR="008B4A98" w14:paraId="76121896" w14:textId="77777777" w:rsidTr="00E94975">
        <w:tc>
          <w:tcPr>
            <w:tcW w:w="2016" w:type="dxa"/>
            <w:vAlign w:val="center"/>
          </w:tcPr>
          <w:p w14:paraId="6F627874" w14:textId="4C4E4D5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  <w:tc>
          <w:tcPr>
            <w:tcW w:w="1661" w:type="dxa"/>
            <w:vAlign w:val="center"/>
          </w:tcPr>
          <w:p w14:paraId="2FB3F9BF" w14:textId="72F9C7B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squalore</w:t>
            </w:r>
          </w:p>
        </w:tc>
        <w:tc>
          <w:tcPr>
            <w:tcW w:w="1762" w:type="dxa"/>
            <w:vAlign w:val="center"/>
          </w:tcPr>
          <w:p w14:paraId="2680D4C1" w14:textId="736E96E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confectus</w:t>
            </w:r>
          </w:p>
        </w:tc>
        <w:tc>
          <w:tcPr>
            <w:tcW w:w="1725" w:type="dxa"/>
            <w:vAlign w:val="center"/>
          </w:tcPr>
          <w:p w14:paraId="376EA4B7" w14:textId="74A038B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promissa</w:t>
            </w:r>
          </w:p>
        </w:tc>
        <w:tc>
          <w:tcPr>
            <w:tcW w:w="1842" w:type="dxa"/>
            <w:vAlign w:val="center"/>
          </w:tcPr>
          <w:p w14:paraId="2AB1C797" w14:textId="41ADB19B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barba</w:t>
            </w:r>
          </w:p>
        </w:tc>
        <w:tc>
          <w:tcPr>
            <w:tcW w:w="1784" w:type="dxa"/>
            <w:vAlign w:val="center"/>
          </w:tcPr>
          <w:p w14:paraId="0142ADCC" w14:textId="3F83666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horrenti</w:t>
            </w:r>
          </w:p>
        </w:tc>
      </w:tr>
      <w:tr w:rsidR="008B4A98" w14:paraId="0A7B2F75" w14:textId="77777777" w:rsidTr="00E94975">
        <w:tc>
          <w:tcPr>
            <w:tcW w:w="2016" w:type="dxa"/>
            <w:vAlign w:val="center"/>
          </w:tcPr>
          <w:p w14:paraId="2F463C83" w14:textId="21E21391" w:rsidR="008B4A98" w:rsidRDefault="00726B30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661" w:type="dxa"/>
            <w:vAlign w:val="center"/>
          </w:tcPr>
          <w:p w14:paraId="348C42EF" w14:textId="14297B0E" w:rsidR="008B4A98" w:rsidRDefault="009B07F4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filth</w:t>
            </w:r>
          </w:p>
        </w:tc>
        <w:tc>
          <w:tcPr>
            <w:tcW w:w="1762" w:type="dxa"/>
            <w:vAlign w:val="center"/>
          </w:tcPr>
          <w:p w14:paraId="03F0A065" w14:textId="6C33D7DF" w:rsidR="008B4A98" w:rsidRDefault="008E3C6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finished / worn out</w:t>
            </w:r>
          </w:p>
        </w:tc>
        <w:tc>
          <w:tcPr>
            <w:tcW w:w="1725" w:type="dxa"/>
            <w:vAlign w:val="center"/>
          </w:tcPr>
          <w:p w14:paraId="414606CD" w14:textId="53C34339" w:rsidR="008B4A98" w:rsidRDefault="009B07F4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having been sent forth</w:t>
            </w:r>
          </w:p>
        </w:tc>
        <w:tc>
          <w:tcPr>
            <w:tcW w:w="1842" w:type="dxa"/>
            <w:vAlign w:val="center"/>
          </w:tcPr>
          <w:p w14:paraId="367FC495" w14:textId="6C842074" w:rsidR="008B4A98" w:rsidRDefault="009B07F4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a beard</w:t>
            </w:r>
          </w:p>
        </w:tc>
        <w:tc>
          <w:tcPr>
            <w:tcW w:w="1784" w:type="dxa"/>
            <w:vAlign w:val="center"/>
          </w:tcPr>
          <w:p w14:paraId="5EA5675C" w14:textId="0C619CE6" w:rsidR="008B4A98" w:rsidRDefault="00085160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britsling</w:t>
            </w:r>
          </w:p>
        </w:tc>
      </w:tr>
      <w:tr w:rsidR="008B4A98" w14:paraId="3627D627" w14:textId="77777777" w:rsidTr="00E94975">
        <w:tc>
          <w:tcPr>
            <w:tcW w:w="2016" w:type="dxa"/>
            <w:vAlign w:val="center"/>
          </w:tcPr>
          <w:p w14:paraId="1483ED14" w14:textId="2EFBF76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capillo</w:t>
            </w:r>
          </w:p>
        </w:tc>
        <w:tc>
          <w:tcPr>
            <w:tcW w:w="1661" w:type="dxa"/>
            <w:vAlign w:val="center"/>
          </w:tcPr>
          <w:p w14:paraId="242AC9F2" w14:textId="134FD60F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cruribus</w:t>
            </w:r>
          </w:p>
        </w:tc>
        <w:tc>
          <w:tcPr>
            <w:tcW w:w="1762" w:type="dxa"/>
            <w:vAlign w:val="center"/>
          </w:tcPr>
          <w:p w14:paraId="18920CCD" w14:textId="78D3BF8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compedes</w:t>
            </w:r>
          </w:p>
        </w:tc>
        <w:tc>
          <w:tcPr>
            <w:tcW w:w="1725" w:type="dxa"/>
            <w:vAlign w:val="center"/>
          </w:tcPr>
          <w:p w14:paraId="3601DDAE" w14:textId="6E67CC8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manibus</w:t>
            </w:r>
          </w:p>
        </w:tc>
        <w:tc>
          <w:tcPr>
            <w:tcW w:w="1842" w:type="dxa"/>
            <w:vAlign w:val="center"/>
          </w:tcPr>
          <w:p w14:paraId="00A22173" w14:textId="1F1F18B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catenas</w:t>
            </w:r>
          </w:p>
        </w:tc>
        <w:tc>
          <w:tcPr>
            <w:tcW w:w="1784" w:type="dxa"/>
            <w:vAlign w:val="center"/>
          </w:tcPr>
          <w:p w14:paraId="66E9E5F5" w14:textId="0703CFB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gerebat</w:t>
            </w:r>
          </w:p>
        </w:tc>
      </w:tr>
      <w:tr w:rsidR="008B4A98" w14:paraId="1903A1EC" w14:textId="77777777" w:rsidTr="00E94975">
        <w:tc>
          <w:tcPr>
            <w:tcW w:w="2016" w:type="dxa"/>
            <w:vAlign w:val="center"/>
          </w:tcPr>
          <w:p w14:paraId="314F558F" w14:textId="4C0CAC62" w:rsidR="008B4A98" w:rsidRDefault="00085160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hair</w:t>
            </w:r>
          </w:p>
        </w:tc>
        <w:tc>
          <w:tcPr>
            <w:tcW w:w="1661" w:type="dxa"/>
            <w:vAlign w:val="center"/>
          </w:tcPr>
          <w:p w14:paraId="4B921C0D" w14:textId="50B06286" w:rsidR="008B4A98" w:rsidRDefault="00A16A6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legs</w:t>
            </w:r>
          </w:p>
        </w:tc>
        <w:tc>
          <w:tcPr>
            <w:tcW w:w="1762" w:type="dxa"/>
            <w:vAlign w:val="center"/>
          </w:tcPr>
          <w:p w14:paraId="3F4AF50A" w14:textId="29E5DE74" w:rsidR="008B4A98" w:rsidRDefault="00A16A6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shackles</w:t>
            </w:r>
          </w:p>
        </w:tc>
        <w:tc>
          <w:tcPr>
            <w:tcW w:w="1725" w:type="dxa"/>
            <w:vAlign w:val="center"/>
          </w:tcPr>
          <w:p w14:paraId="39A76410" w14:textId="39099468" w:rsidR="008B4A98" w:rsidRDefault="00A16A6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his hands</w:t>
            </w:r>
          </w:p>
        </w:tc>
        <w:tc>
          <w:tcPr>
            <w:tcW w:w="1842" w:type="dxa"/>
            <w:vAlign w:val="center"/>
          </w:tcPr>
          <w:p w14:paraId="65B69513" w14:textId="38EE9656" w:rsidR="008B4A98" w:rsidRDefault="00A16A6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(and) chains</w:t>
            </w:r>
          </w:p>
        </w:tc>
        <w:tc>
          <w:tcPr>
            <w:tcW w:w="1784" w:type="dxa"/>
            <w:vAlign w:val="center"/>
          </w:tcPr>
          <w:p w14:paraId="2881DCE2" w14:textId="2EC2D336" w:rsidR="008B4A98" w:rsidRDefault="00085160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wore</w:t>
            </w:r>
          </w:p>
        </w:tc>
      </w:tr>
      <w:tr w:rsidR="008B4A98" w14:paraId="40818D3B" w14:textId="77777777" w:rsidTr="00E94975">
        <w:tc>
          <w:tcPr>
            <w:tcW w:w="2016" w:type="dxa"/>
            <w:vAlign w:val="center"/>
          </w:tcPr>
          <w:p w14:paraId="57A4FA73" w14:textId="14598EB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quatiebatque</w:t>
            </w:r>
            <w:r w:rsidR="001229DA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661" w:type="dxa"/>
            <w:vAlign w:val="center"/>
          </w:tcPr>
          <w:p w14:paraId="6F28E883" w14:textId="3A6373AD" w:rsidR="008B4A98" w:rsidRDefault="001229DA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nde</w:t>
            </w:r>
          </w:p>
        </w:tc>
        <w:tc>
          <w:tcPr>
            <w:tcW w:w="1762" w:type="dxa"/>
            <w:vAlign w:val="center"/>
          </w:tcPr>
          <w:p w14:paraId="0F6CE886" w14:textId="0A1C651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inhabitantibus</w:t>
            </w:r>
          </w:p>
        </w:tc>
        <w:tc>
          <w:tcPr>
            <w:tcW w:w="1725" w:type="dxa"/>
            <w:vAlign w:val="center"/>
          </w:tcPr>
          <w:p w14:paraId="6021049D" w14:textId="7E5EA62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tristes</w:t>
            </w:r>
          </w:p>
        </w:tc>
        <w:tc>
          <w:tcPr>
            <w:tcW w:w="1842" w:type="dxa"/>
            <w:vAlign w:val="center"/>
          </w:tcPr>
          <w:p w14:paraId="6DBAF41E" w14:textId="10180F1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diraeque</w:t>
            </w:r>
          </w:p>
        </w:tc>
        <w:tc>
          <w:tcPr>
            <w:tcW w:w="1784" w:type="dxa"/>
            <w:vAlign w:val="center"/>
          </w:tcPr>
          <w:p w14:paraId="3834111E" w14:textId="06089E2F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noctes</w:t>
            </w:r>
          </w:p>
        </w:tc>
      </w:tr>
      <w:tr w:rsidR="008B4A98" w14:paraId="12750539" w14:textId="77777777" w:rsidTr="00E94975">
        <w:tc>
          <w:tcPr>
            <w:tcW w:w="2016" w:type="dxa"/>
            <w:vAlign w:val="center"/>
          </w:tcPr>
          <w:p w14:paraId="4513E866" w14:textId="62AC8A0B" w:rsidR="008B4A98" w:rsidRDefault="00085160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was shaking</w:t>
            </w:r>
          </w:p>
        </w:tc>
        <w:tc>
          <w:tcPr>
            <w:tcW w:w="1661" w:type="dxa"/>
            <w:vAlign w:val="center"/>
          </w:tcPr>
          <w:p w14:paraId="27C77456" w14:textId="303E928D" w:rsidR="008B4A98" w:rsidRDefault="001229D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Then</w:t>
            </w:r>
          </w:p>
        </w:tc>
        <w:tc>
          <w:tcPr>
            <w:tcW w:w="1762" w:type="dxa"/>
            <w:vAlign w:val="center"/>
          </w:tcPr>
          <w:p w14:paraId="29C6D492" w14:textId="5828EBE8" w:rsidR="008B4A98" w:rsidRDefault="00CA4AC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them living (there)</w:t>
            </w:r>
          </w:p>
        </w:tc>
        <w:tc>
          <w:tcPr>
            <w:tcW w:w="1725" w:type="dxa"/>
            <w:vAlign w:val="center"/>
          </w:tcPr>
          <w:p w14:paraId="4BD5A9E6" w14:textId="0AB6BDE9" w:rsidR="008B4A98" w:rsidRDefault="00CA4AC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sad</w:t>
            </w:r>
          </w:p>
        </w:tc>
        <w:tc>
          <w:tcPr>
            <w:tcW w:w="1842" w:type="dxa"/>
            <w:vAlign w:val="center"/>
          </w:tcPr>
          <w:p w14:paraId="5EE3B39F" w14:textId="499FA234" w:rsidR="008B4A98" w:rsidRDefault="00CA4AC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terrible</w:t>
            </w:r>
          </w:p>
        </w:tc>
        <w:tc>
          <w:tcPr>
            <w:tcW w:w="1784" w:type="dxa"/>
            <w:vAlign w:val="center"/>
          </w:tcPr>
          <w:p w14:paraId="606EB726" w14:textId="213F0E01" w:rsidR="008B4A98" w:rsidRDefault="00CA4AC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nights</w:t>
            </w:r>
          </w:p>
        </w:tc>
      </w:tr>
      <w:tr w:rsidR="008B4A98" w14:paraId="240FE335" w14:textId="77777777" w:rsidTr="00E94975">
        <w:tc>
          <w:tcPr>
            <w:tcW w:w="2016" w:type="dxa"/>
            <w:vAlign w:val="center"/>
          </w:tcPr>
          <w:p w14:paraId="42B71C09" w14:textId="13A931F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per</w:t>
            </w:r>
          </w:p>
        </w:tc>
        <w:tc>
          <w:tcPr>
            <w:tcW w:w="1661" w:type="dxa"/>
            <w:vAlign w:val="center"/>
          </w:tcPr>
          <w:p w14:paraId="05BB5E37" w14:textId="5CEE8FB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metum</w:t>
            </w:r>
          </w:p>
        </w:tc>
        <w:tc>
          <w:tcPr>
            <w:tcW w:w="1762" w:type="dxa"/>
            <w:vAlign w:val="center"/>
          </w:tcPr>
          <w:p w14:paraId="001A0866" w14:textId="42F33539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vigilabantur</w:t>
            </w:r>
            <w:r w:rsidR="00CA4ACA">
              <w:rPr>
                <w:rFonts w:ascii="Palatino" w:hAnsi="Palatino" w:cs="Palatino" w:eastAsia="Palatino"/>
                <w:color w:val="000000"/>
                <w:sz w:val="23"/>
              </w:rPr>
              <w:t>;</w:t>
            </w:r>
          </w:p>
        </w:tc>
        <w:tc>
          <w:tcPr>
            <w:tcW w:w="1725" w:type="dxa"/>
            <w:vAlign w:val="center"/>
          </w:tcPr>
          <w:p w14:paraId="01C0EF2D" w14:textId="679C2EA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vigiliam</w:t>
            </w:r>
          </w:p>
        </w:tc>
        <w:tc>
          <w:tcPr>
            <w:tcW w:w="1842" w:type="dxa"/>
            <w:vAlign w:val="center"/>
          </w:tcPr>
          <w:p w14:paraId="61A434B7" w14:textId="6DB677D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morbus</w:t>
            </w:r>
          </w:p>
        </w:tc>
        <w:tc>
          <w:tcPr>
            <w:tcW w:w="1784" w:type="dxa"/>
            <w:vAlign w:val="center"/>
          </w:tcPr>
          <w:p w14:paraId="73872E80" w14:textId="0C211FC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</w:tr>
      <w:tr w:rsidR="008B4A98" w14:paraId="05F90A25" w14:textId="77777777" w:rsidTr="00E94975">
        <w:tc>
          <w:tcPr>
            <w:tcW w:w="2016" w:type="dxa"/>
            <w:vAlign w:val="center"/>
          </w:tcPr>
          <w:p w14:paraId="108C21BA" w14:textId="49B5C91F" w:rsidR="008B4A98" w:rsidRDefault="00CA4AC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through</w:t>
            </w:r>
          </w:p>
        </w:tc>
        <w:tc>
          <w:tcPr>
            <w:tcW w:w="1661" w:type="dxa"/>
            <w:vAlign w:val="center"/>
          </w:tcPr>
          <w:p w14:paraId="6AF69C42" w14:textId="12AAF12E" w:rsidR="008B4A98" w:rsidRDefault="00CA4AC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fear</w:t>
            </w:r>
          </w:p>
        </w:tc>
        <w:tc>
          <w:tcPr>
            <w:tcW w:w="1762" w:type="dxa"/>
            <w:vAlign w:val="center"/>
          </w:tcPr>
          <w:p w14:paraId="11D578F4" w14:textId="3B330BE6" w:rsidR="008B4A98" w:rsidRDefault="00CA4AC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were being spent awake</w:t>
            </w:r>
          </w:p>
        </w:tc>
        <w:tc>
          <w:tcPr>
            <w:tcW w:w="1725" w:type="dxa"/>
            <w:vAlign w:val="center"/>
          </w:tcPr>
          <w:p w14:paraId="458DEE8C" w14:textId="6C3D2C32" w:rsidR="008B4A98" w:rsidRDefault="00740A61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sleeplessness</w:t>
            </w:r>
          </w:p>
        </w:tc>
        <w:tc>
          <w:tcPr>
            <w:tcW w:w="1842" w:type="dxa"/>
            <w:vAlign w:val="center"/>
          </w:tcPr>
          <w:p w14:paraId="71055CC1" w14:textId="5252C11A" w:rsidR="008B4A98" w:rsidRDefault="00CA4AC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sickness / disease</w:t>
            </w:r>
          </w:p>
        </w:tc>
        <w:tc>
          <w:tcPr>
            <w:tcW w:w="1784" w:type="dxa"/>
            <w:vAlign w:val="center"/>
          </w:tcPr>
          <w:p w14:paraId="75C44787" w14:textId="582168B3" w:rsidR="008B4A98" w:rsidRDefault="00CA4AC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</w:tr>
      <w:tr w:rsidR="008B4A98" w14:paraId="0C0A8671" w14:textId="77777777" w:rsidTr="00E94975">
        <w:tc>
          <w:tcPr>
            <w:tcW w:w="2016" w:type="dxa"/>
            <w:vAlign w:val="center"/>
          </w:tcPr>
          <w:p w14:paraId="57C23474" w14:textId="6DCD85B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crescente</w:t>
            </w:r>
          </w:p>
        </w:tc>
        <w:tc>
          <w:tcPr>
            <w:tcW w:w="1661" w:type="dxa"/>
            <w:vAlign w:val="center"/>
          </w:tcPr>
          <w:p w14:paraId="506337F5" w14:textId="0090791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formidine</w:t>
            </w:r>
          </w:p>
        </w:tc>
        <w:tc>
          <w:tcPr>
            <w:tcW w:w="1762" w:type="dxa"/>
            <w:vAlign w:val="center"/>
          </w:tcPr>
          <w:p w14:paraId="0966887A" w14:textId="4181D0C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mors</w:t>
            </w:r>
          </w:p>
        </w:tc>
        <w:tc>
          <w:tcPr>
            <w:tcW w:w="1725" w:type="dxa"/>
            <w:vAlign w:val="center"/>
          </w:tcPr>
          <w:p w14:paraId="3D8E54F6" w14:textId="01D56AEF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sequebatur</w:t>
            </w:r>
            <w:r w:rsidR="00740A61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842" w:type="dxa"/>
            <w:vAlign w:val="center"/>
          </w:tcPr>
          <w:p w14:paraId="185E3464" w14:textId="4744B113" w:rsidR="008B4A98" w:rsidRDefault="00740A61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n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am</w:t>
            </w:r>
          </w:p>
        </w:tc>
        <w:tc>
          <w:tcPr>
            <w:tcW w:w="1784" w:type="dxa"/>
            <w:vAlign w:val="center"/>
          </w:tcPr>
          <w:p w14:paraId="710C9DB1" w14:textId="236F6DA4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interdiu</w:t>
            </w:r>
          </w:p>
        </w:tc>
      </w:tr>
      <w:tr w:rsidR="008B4A98" w14:paraId="082E064C" w14:textId="77777777" w:rsidTr="00E94975">
        <w:tc>
          <w:tcPr>
            <w:tcW w:w="2016" w:type="dxa"/>
            <w:vAlign w:val="center"/>
          </w:tcPr>
          <w:p w14:paraId="0AD44930" w14:textId="2E25DEE7" w:rsidR="008B4A98" w:rsidRDefault="00CA4AC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growing</w:t>
            </w:r>
          </w:p>
        </w:tc>
        <w:tc>
          <w:tcPr>
            <w:tcW w:w="1661" w:type="dxa"/>
            <w:vAlign w:val="center"/>
          </w:tcPr>
          <w:p w14:paraId="0D086964" w14:textId="1D085CDE" w:rsidR="008B4A98" w:rsidRDefault="00CA4AC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fear</w:t>
            </w:r>
          </w:p>
        </w:tc>
        <w:tc>
          <w:tcPr>
            <w:tcW w:w="1762" w:type="dxa"/>
            <w:vAlign w:val="center"/>
          </w:tcPr>
          <w:p w14:paraId="16BFE896" w14:textId="17640C81" w:rsidR="008B4A98" w:rsidRDefault="00CA4AC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death</w:t>
            </w:r>
          </w:p>
        </w:tc>
        <w:tc>
          <w:tcPr>
            <w:tcW w:w="1725" w:type="dxa"/>
            <w:vAlign w:val="center"/>
          </w:tcPr>
          <w:p w14:paraId="5B4A925D" w14:textId="19FDD7A9" w:rsidR="008B4A98" w:rsidRDefault="00CA4AC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were following</w:t>
            </w:r>
          </w:p>
        </w:tc>
        <w:tc>
          <w:tcPr>
            <w:tcW w:w="1842" w:type="dxa"/>
            <w:vAlign w:val="center"/>
          </w:tcPr>
          <w:p w14:paraId="56DDEBC0" w14:textId="2C33D0A3" w:rsidR="008B4A98" w:rsidRDefault="00740A61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</w:t>
            </w:r>
          </w:p>
        </w:tc>
        <w:tc>
          <w:tcPr>
            <w:tcW w:w="1784" w:type="dxa"/>
            <w:vAlign w:val="center"/>
          </w:tcPr>
          <w:p w14:paraId="1AAA0928" w14:textId="6D94DBA7" w:rsidR="008B4A98" w:rsidRDefault="00740A61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during the day</w:t>
            </w:r>
          </w:p>
        </w:tc>
      </w:tr>
      <w:tr w:rsidR="008B4A98" w14:paraId="5ADEB3DE" w14:textId="77777777" w:rsidTr="00E94975">
        <w:tc>
          <w:tcPr>
            <w:tcW w:w="2016" w:type="dxa"/>
            <w:vAlign w:val="center"/>
          </w:tcPr>
          <w:p w14:paraId="6315EB70" w14:textId="04CE024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quoque</w:t>
            </w:r>
          </w:p>
        </w:tc>
        <w:tc>
          <w:tcPr>
            <w:tcW w:w="1661" w:type="dxa"/>
            <w:vAlign w:val="center"/>
          </w:tcPr>
          <w:p w14:paraId="5AF611A3" w14:textId="6E3AEFA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quamquam</w:t>
            </w:r>
          </w:p>
        </w:tc>
        <w:tc>
          <w:tcPr>
            <w:tcW w:w="1762" w:type="dxa"/>
            <w:vAlign w:val="center"/>
          </w:tcPr>
          <w:p w14:paraId="2D0F6DE9" w14:textId="6608D5E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abscesserat</w:t>
            </w:r>
          </w:p>
        </w:tc>
        <w:tc>
          <w:tcPr>
            <w:tcW w:w="1725" w:type="dxa"/>
            <w:vAlign w:val="center"/>
          </w:tcPr>
          <w:p w14:paraId="43F8595D" w14:textId="7C02B889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imago</w:t>
            </w:r>
          </w:p>
        </w:tc>
        <w:tc>
          <w:tcPr>
            <w:tcW w:w="1842" w:type="dxa"/>
            <w:vAlign w:val="center"/>
          </w:tcPr>
          <w:p w14:paraId="298916D5" w14:textId="0F6E53C3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memoria</w:t>
            </w:r>
          </w:p>
        </w:tc>
        <w:tc>
          <w:tcPr>
            <w:tcW w:w="1784" w:type="dxa"/>
            <w:vAlign w:val="center"/>
          </w:tcPr>
          <w:p w14:paraId="0B3DBF40" w14:textId="6B4AEE9A" w:rsidR="008B4A98" w:rsidRDefault="004A547B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imagines</w:t>
            </w:r>
          </w:p>
        </w:tc>
      </w:tr>
      <w:tr w:rsidR="008B4A98" w14:paraId="37D6375C" w14:textId="77777777" w:rsidTr="00E94975">
        <w:tc>
          <w:tcPr>
            <w:tcW w:w="2016" w:type="dxa"/>
            <w:vAlign w:val="center"/>
          </w:tcPr>
          <w:p w14:paraId="2CA73FA4" w14:textId="0D9AB1C9" w:rsidR="008B4A98" w:rsidRDefault="004C227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also</w:t>
            </w:r>
          </w:p>
        </w:tc>
        <w:tc>
          <w:tcPr>
            <w:tcW w:w="1661" w:type="dxa"/>
            <w:vAlign w:val="center"/>
          </w:tcPr>
          <w:p w14:paraId="274130F3" w14:textId="1EB88142" w:rsidR="008B4A98" w:rsidRDefault="004C227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although</w:t>
            </w:r>
          </w:p>
        </w:tc>
        <w:tc>
          <w:tcPr>
            <w:tcW w:w="1762" w:type="dxa"/>
            <w:vAlign w:val="center"/>
          </w:tcPr>
          <w:p w14:paraId="0AFFA0DD" w14:textId="15CC7277" w:rsidR="008B4A98" w:rsidRDefault="004C227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had left</w:t>
            </w:r>
          </w:p>
        </w:tc>
        <w:tc>
          <w:tcPr>
            <w:tcW w:w="1725" w:type="dxa"/>
            <w:vAlign w:val="center"/>
          </w:tcPr>
          <w:p w14:paraId="0BCAF5CF" w14:textId="138A5EB5" w:rsidR="008B4A98" w:rsidRDefault="004C227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ghost</w:t>
            </w:r>
          </w:p>
        </w:tc>
        <w:tc>
          <w:tcPr>
            <w:tcW w:w="1842" w:type="dxa"/>
            <w:vAlign w:val="center"/>
          </w:tcPr>
          <w:p w14:paraId="0444D088" w14:textId="5F4CF85D" w:rsidR="008B4A98" w:rsidRDefault="004C227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memory</w:t>
            </w:r>
          </w:p>
        </w:tc>
        <w:tc>
          <w:tcPr>
            <w:tcW w:w="1784" w:type="dxa"/>
            <w:vAlign w:val="center"/>
          </w:tcPr>
          <w:p w14:paraId="5F00AC13" w14:textId="34B08248" w:rsidR="008B4A98" w:rsidRDefault="004C227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ghost</w:t>
            </w:r>
          </w:p>
        </w:tc>
      </w:tr>
      <w:tr w:rsidR="008B4A98" w14:paraId="79462788" w14:textId="77777777" w:rsidTr="00E94975">
        <w:tc>
          <w:tcPr>
            <w:tcW w:w="2016" w:type="dxa"/>
            <w:vAlign w:val="center"/>
          </w:tcPr>
          <w:p w14:paraId="7D988C08" w14:textId="314A5033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oculis</w:t>
            </w:r>
          </w:p>
        </w:tc>
        <w:tc>
          <w:tcPr>
            <w:tcW w:w="1661" w:type="dxa"/>
            <w:vAlign w:val="center"/>
          </w:tcPr>
          <w:p w14:paraId="60411507" w14:textId="0AF3926B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inerrabat</w:t>
            </w:r>
          </w:p>
        </w:tc>
        <w:tc>
          <w:tcPr>
            <w:tcW w:w="1762" w:type="dxa"/>
            <w:vAlign w:val="center"/>
          </w:tcPr>
          <w:p w14:paraId="3BD08CA1" w14:textId="3D44B6D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longiorque</w:t>
            </w:r>
          </w:p>
        </w:tc>
        <w:tc>
          <w:tcPr>
            <w:tcW w:w="1725" w:type="dxa"/>
            <w:vAlign w:val="center"/>
          </w:tcPr>
          <w:p w14:paraId="4AAFC338" w14:textId="102710C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causis</w:t>
            </w:r>
          </w:p>
        </w:tc>
        <w:tc>
          <w:tcPr>
            <w:tcW w:w="1842" w:type="dxa"/>
            <w:vAlign w:val="center"/>
          </w:tcPr>
          <w:p w14:paraId="53E1272A" w14:textId="45BB5E63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timoris</w:t>
            </w:r>
          </w:p>
        </w:tc>
        <w:tc>
          <w:tcPr>
            <w:tcW w:w="1784" w:type="dxa"/>
            <w:vAlign w:val="center"/>
          </w:tcPr>
          <w:p w14:paraId="7FA85EB4" w14:textId="4020C95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timor</w:t>
            </w:r>
          </w:p>
        </w:tc>
      </w:tr>
      <w:tr w:rsidR="008B4A98" w14:paraId="5AAFB3AC" w14:textId="77777777" w:rsidTr="00E94975">
        <w:tc>
          <w:tcPr>
            <w:tcW w:w="2016" w:type="dxa"/>
            <w:vAlign w:val="center"/>
          </w:tcPr>
          <w:p w14:paraId="13678E43" w14:textId="7CB3D429" w:rsidR="008B4A98" w:rsidRDefault="004A547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(our) eyes</w:t>
            </w:r>
          </w:p>
        </w:tc>
        <w:tc>
          <w:tcPr>
            <w:tcW w:w="1661" w:type="dxa"/>
            <w:vAlign w:val="center"/>
          </w:tcPr>
          <w:p w14:paraId="06C94B94" w14:textId="20E0FDA2" w:rsidR="008B4A98" w:rsidRDefault="004A547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wandering before</w:t>
            </w:r>
          </w:p>
        </w:tc>
        <w:tc>
          <w:tcPr>
            <w:tcW w:w="1762" w:type="dxa"/>
            <w:vAlign w:val="center"/>
          </w:tcPr>
          <w:p w14:paraId="736518D2" w14:textId="286084DD" w:rsidR="008B4A98" w:rsidRDefault="008B6EF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further</w:t>
            </w:r>
          </w:p>
        </w:tc>
        <w:tc>
          <w:tcPr>
            <w:tcW w:w="1725" w:type="dxa"/>
            <w:vAlign w:val="center"/>
          </w:tcPr>
          <w:p w14:paraId="08762901" w14:textId="500111CF" w:rsidR="008B4A98" w:rsidRDefault="008B6EF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than the causes</w:t>
            </w:r>
          </w:p>
        </w:tc>
        <w:tc>
          <w:tcPr>
            <w:tcW w:w="1842" w:type="dxa"/>
            <w:vAlign w:val="center"/>
          </w:tcPr>
          <w:p w14:paraId="380FB074" w14:textId="1257ECA2" w:rsidR="008B4A98" w:rsidRDefault="008B6EF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feat</w:t>
            </w:r>
          </w:p>
        </w:tc>
        <w:tc>
          <w:tcPr>
            <w:tcW w:w="1784" w:type="dxa"/>
            <w:vAlign w:val="center"/>
          </w:tcPr>
          <w:p w14:paraId="4CF1289B" w14:textId="07CAC986" w:rsidR="008B4A98" w:rsidRDefault="008B2AB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the fear</w:t>
            </w:r>
          </w:p>
        </w:tc>
      </w:tr>
      <w:tr w:rsidR="008B4A98" w14:paraId="5D5FB80E" w14:textId="77777777" w:rsidTr="00E94975">
        <w:tc>
          <w:tcPr>
            <w:tcW w:w="2016" w:type="dxa"/>
            <w:vAlign w:val="center"/>
          </w:tcPr>
          <w:p w14:paraId="6763E4D7" w14:textId="521DAD8F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erat</w:t>
            </w:r>
            <w:r w:rsidR="008B6EF8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661" w:type="dxa"/>
            <w:vAlign w:val="center"/>
          </w:tcPr>
          <w:p w14:paraId="7E4EF082" w14:textId="7086699C" w:rsidR="008B4A98" w:rsidRDefault="008B2ABF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eserta</w:t>
            </w:r>
          </w:p>
        </w:tc>
        <w:tc>
          <w:tcPr>
            <w:tcW w:w="1762" w:type="dxa"/>
            <w:vAlign w:val="center"/>
          </w:tcPr>
          <w:p w14:paraId="356D945A" w14:textId="7B2856F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inde</w:t>
            </w:r>
          </w:p>
        </w:tc>
        <w:tc>
          <w:tcPr>
            <w:tcW w:w="1725" w:type="dxa"/>
            <w:vAlign w:val="center"/>
          </w:tcPr>
          <w:p w14:paraId="47E1148A" w14:textId="559D16A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  <w:tc>
          <w:tcPr>
            <w:tcW w:w="1842" w:type="dxa"/>
            <w:vAlign w:val="center"/>
          </w:tcPr>
          <w:p w14:paraId="20DDD5CA" w14:textId="0679CA53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damnata</w:t>
            </w:r>
          </w:p>
        </w:tc>
        <w:tc>
          <w:tcPr>
            <w:tcW w:w="1784" w:type="dxa"/>
            <w:vAlign w:val="center"/>
          </w:tcPr>
          <w:p w14:paraId="795F702F" w14:textId="09538F99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solitudine</w:t>
            </w:r>
          </w:p>
        </w:tc>
      </w:tr>
      <w:tr w:rsidR="008B4A98" w14:paraId="74764768" w14:textId="77777777" w:rsidTr="00E94975">
        <w:tc>
          <w:tcPr>
            <w:tcW w:w="2016" w:type="dxa"/>
            <w:vAlign w:val="center"/>
          </w:tcPr>
          <w:p w14:paraId="3C24CA07" w14:textId="68535B19" w:rsidR="008B4A98" w:rsidRDefault="008B2AB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</w:t>
            </w:r>
          </w:p>
        </w:tc>
        <w:tc>
          <w:tcPr>
            <w:tcW w:w="1661" w:type="dxa"/>
            <w:vAlign w:val="center"/>
          </w:tcPr>
          <w:p w14:paraId="6A673952" w14:textId="7E0F7C71" w:rsidR="008B4A98" w:rsidRDefault="000E4945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(was) deserted</w:t>
            </w:r>
          </w:p>
        </w:tc>
        <w:tc>
          <w:tcPr>
            <w:tcW w:w="1762" w:type="dxa"/>
            <w:vAlign w:val="center"/>
          </w:tcPr>
          <w:p w14:paraId="150EE345" w14:textId="5F1EDCB7" w:rsidR="008B4A98" w:rsidRDefault="008B6EF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Then</w:t>
            </w:r>
          </w:p>
        </w:tc>
        <w:tc>
          <w:tcPr>
            <w:tcW w:w="1725" w:type="dxa"/>
            <w:vAlign w:val="center"/>
          </w:tcPr>
          <w:p w14:paraId="773197CB" w14:textId="0AB1713E" w:rsidR="008B4A98" w:rsidRDefault="00523CD7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842" w:type="dxa"/>
            <w:vAlign w:val="center"/>
          </w:tcPr>
          <w:p w14:paraId="44993CC2" w14:textId="79E1E013" w:rsidR="008B4A98" w:rsidRDefault="00523CD7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condemned</w:t>
            </w:r>
          </w:p>
        </w:tc>
        <w:tc>
          <w:tcPr>
            <w:tcW w:w="1784" w:type="dxa"/>
            <w:vAlign w:val="center"/>
          </w:tcPr>
          <w:p w14:paraId="45BCBB9D" w14:textId="498C91D0" w:rsidR="008B4A98" w:rsidRDefault="00F7428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solitude</w:t>
            </w:r>
          </w:p>
        </w:tc>
      </w:tr>
      <w:tr w:rsidR="008B4A98" w14:paraId="3BF2DBB9" w14:textId="77777777" w:rsidTr="00E94975">
        <w:tc>
          <w:tcPr>
            <w:tcW w:w="2016" w:type="dxa"/>
            <w:vAlign w:val="center"/>
          </w:tcPr>
          <w:p w14:paraId="720717BC" w14:textId="65B891F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domus</w:t>
            </w:r>
          </w:p>
        </w:tc>
        <w:tc>
          <w:tcPr>
            <w:tcW w:w="1661" w:type="dxa"/>
            <w:vAlign w:val="center"/>
          </w:tcPr>
          <w:p w14:paraId="15268C5F" w14:textId="74C458B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totaque</w:t>
            </w:r>
          </w:p>
        </w:tc>
        <w:tc>
          <w:tcPr>
            <w:tcW w:w="1762" w:type="dxa"/>
            <w:vAlign w:val="center"/>
          </w:tcPr>
          <w:p w14:paraId="02E3E2C5" w14:textId="2B8D4AB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illi</w:t>
            </w:r>
          </w:p>
        </w:tc>
        <w:tc>
          <w:tcPr>
            <w:tcW w:w="1725" w:type="dxa"/>
            <w:vAlign w:val="center"/>
          </w:tcPr>
          <w:p w14:paraId="7B7F5343" w14:textId="6678124A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monstro</w:t>
            </w:r>
          </w:p>
        </w:tc>
        <w:tc>
          <w:tcPr>
            <w:tcW w:w="1842" w:type="dxa"/>
            <w:vAlign w:val="center"/>
          </w:tcPr>
          <w:p w14:paraId="5EAA3E48" w14:textId="327804C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relicta</w:t>
            </w:r>
            <w:r w:rsidR="000E4945">
              <w:rPr>
                <w:rFonts w:ascii="Palatino" w:hAnsi="Palatino" w:cs="Palatino" w:eastAsia="Palatino"/>
                <w:color w:val="000000"/>
                <w:sz w:val="23"/>
              </w:rPr>
              <w:t>;</w:t>
            </w:r>
          </w:p>
        </w:tc>
        <w:tc>
          <w:tcPr>
            <w:tcW w:w="1784" w:type="dxa"/>
            <w:vAlign w:val="center"/>
          </w:tcPr>
          <w:p w14:paraId="44243430" w14:textId="0A41236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proscribebatur</w:t>
            </w:r>
          </w:p>
        </w:tc>
      </w:tr>
      <w:tr w:rsidR="008B4A98" w14:paraId="38396A4D" w14:textId="77777777" w:rsidTr="00E94975">
        <w:tc>
          <w:tcPr>
            <w:tcW w:w="2016" w:type="dxa"/>
            <w:vAlign w:val="center"/>
          </w:tcPr>
          <w:p w14:paraId="6EE40A37" w14:textId="449F6794" w:rsidR="008B4A98" w:rsidRDefault="008B6EF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house</w:t>
            </w:r>
          </w:p>
        </w:tc>
        <w:tc>
          <w:tcPr>
            <w:tcW w:w="1661" w:type="dxa"/>
            <w:vAlign w:val="center"/>
          </w:tcPr>
          <w:p w14:paraId="3D68E128" w14:textId="6228B8E0" w:rsidR="008B4A98" w:rsidRDefault="00884CA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completely</w:t>
            </w:r>
          </w:p>
        </w:tc>
        <w:tc>
          <w:tcPr>
            <w:tcW w:w="1762" w:type="dxa"/>
            <w:vAlign w:val="center"/>
          </w:tcPr>
          <w:p w14:paraId="7B929B10" w14:textId="104671D9" w:rsidR="008B4A98" w:rsidRDefault="00F7428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that</w:t>
            </w:r>
          </w:p>
        </w:tc>
        <w:tc>
          <w:tcPr>
            <w:tcW w:w="1725" w:type="dxa"/>
            <w:vAlign w:val="center"/>
          </w:tcPr>
          <w:p w14:paraId="4253A55B" w14:textId="66F8725B" w:rsidR="008B4A98" w:rsidRDefault="00F7428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monster</w:t>
            </w:r>
          </w:p>
        </w:tc>
        <w:tc>
          <w:tcPr>
            <w:tcW w:w="1842" w:type="dxa"/>
            <w:vAlign w:val="center"/>
          </w:tcPr>
          <w:p w14:paraId="1DFB6728" w14:textId="6D9CF07D" w:rsidR="008B4A98" w:rsidRDefault="00F7428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left</w:t>
            </w:r>
          </w:p>
        </w:tc>
        <w:tc>
          <w:tcPr>
            <w:tcW w:w="1784" w:type="dxa"/>
            <w:vAlign w:val="center"/>
          </w:tcPr>
          <w:p w14:paraId="50B12DDD" w14:textId="1AFB4B48" w:rsidR="008B4A98" w:rsidRDefault="00AB17C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 was being published</w:t>
            </w:r>
          </w:p>
        </w:tc>
      </w:tr>
      <w:tr w:rsidR="008B4A98" w14:paraId="74055382" w14:textId="77777777" w:rsidTr="00E94975">
        <w:tc>
          <w:tcPr>
            <w:tcW w:w="2016" w:type="dxa"/>
            <w:vAlign w:val="center"/>
          </w:tcPr>
          <w:p w14:paraId="3497659F" w14:textId="7FF7F99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tamen</w:t>
            </w:r>
          </w:p>
        </w:tc>
        <w:tc>
          <w:tcPr>
            <w:tcW w:w="1661" w:type="dxa"/>
            <w:vAlign w:val="center"/>
          </w:tcPr>
          <w:p w14:paraId="2F22510A" w14:textId="672EE12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seu</w:t>
            </w:r>
          </w:p>
        </w:tc>
        <w:tc>
          <w:tcPr>
            <w:tcW w:w="1762" w:type="dxa"/>
            <w:vAlign w:val="center"/>
          </w:tcPr>
          <w:p w14:paraId="528BC306" w14:textId="00AFC49D" w:rsidR="008B4A98" w:rsidRDefault="007F7B52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 xml:space="preserve">(ali) 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quis</w:t>
            </w:r>
          </w:p>
        </w:tc>
        <w:tc>
          <w:tcPr>
            <w:tcW w:w="1725" w:type="dxa"/>
            <w:vAlign w:val="center"/>
          </w:tcPr>
          <w:p w14:paraId="56C5A794" w14:textId="3F19CAB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emere</w:t>
            </w:r>
          </w:p>
        </w:tc>
        <w:tc>
          <w:tcPr>
            <w:tcW w:w="1842" w:type="dxa"/>
            <w:vAlign w:val="center"/>
          </w:tcPr>
          <w:p w14:paraId="77BAAFE7" w14:textId="5B829CA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seu</w:t>
            </w:r>
          </w:p>
        </w:tc>
        <w:tc>
          <w:tcPr>
            <w:tcW w:w="1784" w:type="dxa"/>
            <w:vAlign w:val="center"/>
          </w:tcPr>
          <w:p w14:paraId="4FFB3AA3" w14:textId="0AFFAC4A" w:rsidR="008B4A98" w:rsidRDefault="007F7B52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 xml:space="preserve">(ali) 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quis</w:t>
            </w:r>
          </w:p>
        </w:tc>
      </w:tr>
      <w:tr w:rsidR="008B4A98" w14:paraId="1753D13F" w14:textId="77777777" w:rsidTr="00E94975">
        <w:tc>
          <w:tcPr>
            <w:tcW w:w="2016" w:type="dxa"/>
            <w:vAlign w:val="center"/>
          </w:tcPr>
          <w:p w14:paraId="0B618955" w14:textId="43CCCD5A" w:rsidR="008B4A98" w:rsidRDefault="00F847C4" w:rsidP="008B4A98">
            <w:proofErr w:type="gramStart"/>
            <w:proofErr w:type="gramEnd"/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however</w:t>
            </w:r>
          </w:p>
        </w:tc>
        <w:tc>
          <w:tcPr>
            <w:tcW w:w="1661" w:type="dxa"/>
            <w:vAlign w:val="center"/>
          </w:tcPr>
          <w:p w14:paraId="37DE32F5" w14:textId="03A390B3" w:rsidR="008B4A98" w:rsidRDefault="007F7B5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whether</w:t>
            </w:r>
          </w:p>
        </w:tc>
        <w:tc>
          <w:tcPr>
            <w:tcW w:w="1762" w:type="dxa"/>
            <w:vAlign w:val="center"/>
          </w:tcPr>
          <w:p w14:paraId="6255B9DE" w14:textId="5EE3619E" w:rsidR="008B4A98" w:rsidRDefault="007F7B5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anyone</w:t>
            </w:r>
          </w:p>
        </w:tc>
        <w:tc>
          <w:tcPr>
            <w:tcW w:w="1725" w:type="dxa"/>
            <w:vAlign w:val="center"/>
          </w:tcPr>
          <w:p w14:paraId="0DC863D3" w14:textId="7B1A8A16" w:rsidR="008B4A98" w:rsidRDefault="007F7B5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buy (it)</w:t>
            </w:r>
          </w:p>
        </w:tc>
        <w:tc>
          <w:tcPr>
            <w:tcW w:w="1842" w:type="dxa"/>
            <w:vAlign w:val="center"/>
          </w:tcPr>
          <w:p w14:paraId="5BAA57E3" w14:textId="75BBCE01" w:rsidR="008B4A98" w:rsidRDefault="007F7B5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</w:t>
            </w:r>
          </w:p>
        </w:tc>
        <w:tc>
          <w:tcPr>
            <w:tcW w:w="1784" w:type="dxa"/>
            <w:vAlign w:val="center"/>
          </w:tcPr>
          <w:p w14:paraId="30FA8F2F" w14:textId="3B23D44C" w:rsidR="008B4A98" w:rsidRDefault="007F7B5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anyone</w:t>
            </w:r>
          </w:p>
        </w:tc>
      </w:tr>
      <w:tr w:rsidR="008B4A98" w14:paraId="40132DCE" w14:textId="77777777" w:rsidTr="00E94975">
        <w:tc>
          <w:tcPr>
            <w:tcW w:w="2016" w:type="dxa"/>
            <w:vAlign w:val="center"/>
          </w:tcPr>
          <w:p w14:paraId="34478479" w14:textId="21F4B85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conducere</w:t>
            </w:r>
          </w:p>
        </w:tc>
        <w:tc>
          <w:tcPr>
            <w:tcW w:w="1661" w:type="dxa"/>
            <w:vAlign w:val="center"/>
          </w:tcPr>
          <w:p w14:paraId="36B1EBE7" w14:textId="444FB592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ignarus</w:t>
            </w:r>
          </w:p>
        </w:tc>
        <w:tc>
          <w:tcPr>
            <w:tcW w:w="1762" w:type="dxa"/>
            <w:vAlign w:val="center"/>
          </w:tcPr>
          <w:p w14:paraId="62B3BD81" w14:textId="40F57A14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tanti</w:t>
            </w:r>
          </w:p>
        </w:tc>
        <w:tc>
          <w:tcPr>
            <w:tcW w:w="1725" w:type="dxa"/>
            <w:vAlign w:val="center"/>
          </w:tcPr>
          <w:p w14:paraId="2479EDBC" w14:textId="24593B84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mali</w:t>
            </w:r>
          </w:p>
        </w:tc>
        <w:tc>
          <w:tcPr>
            <w:tcW w:w="1842" w:type="dxa"/>
            <w:vAlign w:val="center"/>
          </w:tcPr>
          <w:p w14:paraId="74A2000A" w14:textId="1C53D5CF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vellet</w:t>
            </w:r>
            <w:r w:rsidR="006500F3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784" w:type="dxa"/>
            <w:vAlign w:val="center"/>
          </w:tcPr>
          <w:p w14:paraId="05E86910" w14:textId="04DED9DA" w:rsidR="008B4A98" w:rsidRDefault="006500F3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v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enit</w:t>
            </w:r>
          </w:p>
        </w:tc>
      </w:tr>
      <w:tr w:rsidR="008B4A98" w14:paraId="287E728C" w14:textId="77777777" w:rsidTr="00E94975">
        <w:tc>
          <w:tcPr>
            <w:tcW w:w="2016" w:type="dxa"/>
            <w:vAlign w:val="center"/>
          </w:tcPr>
          <w:p w14:paraId="3AD10B02" w14:textId="3C1C7CD4" w:rsidR="008B4A98" w:rsidRDefault="00DF1347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rent</w:t>
            </w:r>
          </w:p>
        </w:tc>
        <w:tc>
          <w:tcPr>
            <w:tcW w:w="1661" w:type="dxa"/>
            <w:vAlign w:val="center"/>
          </w:tcPr>
          <w:p w14:paraId="00A01709" w14:textId="52A6218D" w:rsidR="008B4A98" w:rsidRDefault="00DF1347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ignorant</w:t>
            </w:r>
          </w:p>
        </w:tc>
        <w:tc>
          <w:tcPr>
            <w:tcW w:w="1762" w:type="dxa"/>
            <w:vAlign w:val="center"/>
          </w:tcPr>
          <w:p w14:paraId="18A05671" w14:textId="06CE80BE" w:rsidR="008B4A98" w:rsidRDefault="00DF1347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so great</w:t>
            </w:r>
          </w:p>
        </w:tc>
        <w:tc>
          <w:tcPr>
            <w:tcW w:w="1725" w:type="dxa"/>
            <w:vAlign w:val="center"/>
          </w:tcPr>
          <w:p w14:paraId="5A20D9EF" w14:textId="1A7AE966" w:rsidR="008B4A98" w:rsidRDefault="00DF1347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 evil</w:t>
            </w:r>
          </w:p>
        </w:tc>
        <w:tc>
          <w:tcPr>
            <w:tcW w:w="1842" w:type="dxa"/>
            <w:vAlign w:val="center"/>
          </w:tcPr>
          <w:p w14:paraId="39558399" w14:textId="0188E612" w:rsidR="008B4A98" w:rsidRDefault="007F7B5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wanted</w:t>
            </w:r>
          </w:p>
        </w:tc>
        <w:tc>
          <w:tcPr>
            <w:tcW w:w="1784" w:type="dxa"/>
            <w:vAlign w:val="center"/>
          </w:tcPr>
          <w:p w14:paraId="20A657AE" w14:textId="0606FEB0" w:rsidR="008B4A98" w:rsidRDefault="00606AD4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comes</w:t>
            </w:r>
          </w:p>
        </w:tc>
      </w:tr>
      <w:tr w:rsidR="008B4A98" w14:paraId="0BC0958A" w14:textId="77777777" w:rsidTr="00E94975">
        <w:tc>
          <w:tcPr>
            <w:tcW w:w="2016" w:type="dxa"/>
            <w:vAlign w:val="center"/>
          </w:tcPr>
          <w:p w14:paraId="37C8ACB3" w14:textId="5321C78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Athenas</w:t>
            </w:r>
          </w:p>
        </w:tc>
        <w:tc>
          <w:tcPr>
            <w:tcW w:w="1661" w:type="dxa"/>
            <w:vAlign w:val="center"/>
          </w:tcPr>
          <w:p w14:paraId="28961E74" w14:textId="51F09A8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philosophus</w:t>
            </w:r>
          </w:p>
        </w:tc>
        <w:tc>
          <w:tcPr>
            <w:tcW w:w="1762" w:type="dxa"/>
            <w:vAlign w:val="center"/>
          </w:tcPr>
          <w:p w14:paraId="221B104C" w14:textId="1665ED84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Athenodorus</w:t>
            </w:r>
          </w:p>
        </w:tc>
        <w:tc>
          <w:tcPr>
            <w:tcW w:w="1725" w:type="dxa"/>
            <w:vAlign w:val="center"/>
          </w:tcPr>
          <w:p w14:paraId="034D0A61" w14:textId="5F558FB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legit</w:t>
            </w:r>
          </w:p>
        </w:tc>
        <w:tc>
          <w:tcPr>
            <w:tcW w:w="1842" w:type="dxa"/>
            <w:vAlign w:val="center"/>
          </w:tcPr>
          <w:p w14:paraId="3D93EBC1" w14:textId="7076F9C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titulum</w:t>
            </w:r>
          </w:p>
        </w:tc>
        <w:tc>
          <w:tcPr>
            <w:tcW w:w="1784" w:type="dxa"/>
            <w:vAlign w:val="center"/>
          </w:tcPr>
          <w:p w14:paraId="6EC80DA6" w14:textId="1F593E22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auditoque</w:t>
            </w:r>
          </w:p>
        </w:tc>
      </w:tr>
      <w:tr w:rsidR="008B4A98" w14:paraId="3A72B01C" w14:textId="77777777" w:rsidTr="00E94975">
        <w:tc>
          <w:tcPr>
            <w:tcW w:w="2016" w:type="dxa"/>
            <w:vAlign w:val="center"/>
          </w:tcPr>
          <w:p w14:paraId="763588C0" w14:textId="5884F5A2" w:rsidR="008B4A98" w:rsidRDefault="00606AD4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Athens</w:t>
            </w:r>
          </w:p>
        </w:tc>
        <w:tc>
          <w:tcPr>
            <w:tcW w:w="1661" w:type="dxa"/>
            <w:vAlign w:val="center"/>
          </w:tcPr>
          <w:p w14:paraId="7ECC21BC" w14:textId="1A422D0E" w:rsidR="008B4A98" w:rsidRDefault="006500F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philosopher</w:t>
            </w:r>
          </w:p>
        </w:tc>
        <w:tc>
          <w:tcPr>
            <w:tcW w:w="1762" w:type="dxa"/>
            <w:vAlign w:val="center"/>
          </w:tcPr>
          <w:p w14:paraId="78373064" w14:textId="5A51EDF5" w:rsidR="008B4A98" w:rsidRDefault="006500F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Athenodorus</w:t>
            </w:r>
          </w:p>
        </w:tc>
        <w:tc>
          <w:tcPr>
            <w:tcW w:w="1725" w:type="dxa"/>
            <w:vAlign w:val="center"/>
          </w:tcPr>
          <w:p w14:paraId="78485958" w14:textId="05BBF4A0" w:rsidR="008B4A98" w:rsidRDefault="002D07B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reads</w:t>
            </w:r>
          </w:p>
        </w:tc>
        <w:tc>
          <w:tcPr>
            <w:tcW w:w="1842" w:type="dxa"/>
            <w:vAlign w:val="center"/>
          </w:tcPr>
          <w:p w14:paraId="0A989044" w14:textId="02B82F60" w:rsidR="008B4A98" w:rsidRDefault="002D07B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advertisement</w:t>
            </w:r>
          </w:p>
        </w:tc>
        <w:tc>
          <w:tcPr>
            <w:tcW w:w="1784" w:type="dxa"/>
            <w:vAlign w:val="center"/>
          </w:tcPr>
          <w:p w14:paraId="19E32798" w14:textId="08252FC1" w:rsidR="008B4A98" w:rsidRDefault="008973A5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having been heard</w:t>
            </w:r>
          </w:p>
        </w:tc>
      </w:tr>
      <w:tr w:rsidR="008B4A98" w14:paraId="4E92D661" w14:textId="77777777" w:rsidTr="00E94975">
        <w:tc>
          <w:tcPr>
            <w:tcW w:w="2016" w:type="dxa"/>
            <w:vAlign w:val="center"/>
          </w:tcPr>
          <w:p w14:paraId="4F45EF44" w14:textId="3DB154FA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pretio</w:t>
            </w:r>
          </w:p>
        </w:tc>
        <w:tc>
          <w:tcPr>
            <w:tcW w:w="1661" w:type="dxa"/>
            <w:vAlign w:val="center"/>
          </w:tcPr>
          <w:p w14:paraId="48F8F2AC" w14:textId="5715BE4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quia</w:t>
            </w:r>
          </w:p>
        </w:tc>
        <w:tc>
          <w:tcPr>
            <w:tcW w:w="1762" w:type="dxa"/>
            <w:vAlign w:val="center"/>
          </w:tcPr>
          <w:p w14:paraId="11828AB4" w14:textId="7830AFBB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suspecta</w:t>
            </w:r>
          </w:p>
        </w:tc>
        <w:tc>
          <w:tcPr>
            <w:tcW w:w="1725" w:type="dxa"/>
            <w:vAlign w:val="center"/>
          </w:tcPr>
          <w:p w14:paraId="580FC32D" w14:textId="7ED29D4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vilitas</w:t>
            </w:r>
          </w:p>
        </w:tc>
        <w:tc>
          <w:tcPr>
            <w:tcW w:w="1842" w:type="dxa"/>
            <w:vAlign w:val="center"/>
          </w:tcPr>
          <w:p w14:paraId="6FBF807E" w14:textId="70E7BE4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percunctatus</w:t>
            </w:r>
          </w:p>
        </w:tc>
        <w:tc>
          <w:tcPr>
            <w:tcW w:w="1784" w:type="dxa"/>
            <w:vAlign w:val="center"/>
          </w:tcPr>
          <w:p w14:paraId="20B1583D" w14:textId="057B606B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omnia</w:t>
            </w:r>
          </w:p>
        </w:tc>
      </w:tr>
      <w:tr w:rsidR="008B4A98" w14:paraId="7269F170" w14:textId="77777777" w:rsidTr="00E94975">
        <w:tc>
          <w:tcPr>
            <w:tcW w:w="2016" w:type="dxa"/>
            <w:vAlign w:val="center"/>
          </w:tcPr>
          <w:p w14:paraId="7237263F" w14:textId="3AD6B770" w:rsidR="008B4A98" w:rsidRDefault="008973A5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the price</w:t>
            </w:r>
          </w:p>
        </w:tc>
        <w:tc>
          <w:tcPr>
            <w:tcW w:w="1661" w:type="dxa"/>
            <w:vAlign w:val="center"/>
          </w:tcPr>
          <w:p w14:paraId="48C32504" w14:textId="16650E12" w:rsidR="008B4A98" w:rsidRDefault="008973A5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since</w:t>
            </w:r>
          </w:p>
        </w:tc>
        <w:tc>
          <w:tcPr>
            <w:tcW w:w="1762" w:type="dxa"/>
            <w:vAlign w:val="center"/>
          </w:tcPr>
          <w:p w14:paraId="016FD41D" w14:textId="1D0A0E3F" w:rsidR="008B4A98" w:rsidRDefault="00D2784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suspected</w:t>
            </w:r>
          </w:p>
        </w:tc>
        <w:tc>
          <w:tcPr>
            <w:tcW w:w="1725" w:type="dxa"/>
            <w:vAlign w:val="center"/>
          </w:tcPr>
          <w:p w14:paraId="3A28FEDA" w14:textId="7FB8C2E4" w:rsidR="008B4A98" w:rsidRDefault="00D2784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cheapness</w:t>
            </w:r>
          </w:p>
        </w:tc>
        <w:tc>
          <w:tcPr>
            <w:tcW w:w="1842" w:type="dxa"/>
            <w:vAlign w:val="center"/>
          </w:tcPr>
          <w:p w14:paraId="51C5D261" w14:textId="2C69CEB8" w:rsidR="008B4A98" w:rsidRDefault="00B10587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having gone through</w:t>
            </w:r>
          </w:p>
        </w:tc>
        <w:tc>
          <w:tcPr>
            <w:tcW w:w="1784" w:type="dxa"/>
            <w:vAlign w:val="center"/>
          </w:tcPr>
          <w:p w14:paraId="2D24A8BC" w14:textId="0CE62DDD" w:rsidR="008B4A98" w:rsidRDefault="00B10587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everything</w:t>
            </w:r>
          </w:p>
        </w:tc>
      </w:tr>
      <w:tr w:rsidR="008B4A98" w14:paraId="089A2162" w14:textId="77777777" w:rsidTr="00E94975">
        <w:tc>
          <w:tcPr>
            <w:tcW w:w="2016" w:type="dxa"/>
            <w:vAlign w:val="center"/>
          </w:tcPr>
          <w:p w14:paraId="0DEF2407" w14:textId="692EAC6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docetur</w:t>
            </w:r>
          </w:p>
        </w:tc>
        <w:tc>
          <w:tcPr>
            <w:tcW w:w="1661" w:type="dxa"/>
            <w:vAlign w:val="center"/>
          </w:tcPr>
          <w:p w14:paraId="2A45C69C" w14:textId="3E97F854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ac</w:t>
            </w:r>
          </w:p>
        </w:tc>
        <w:tc>
          <w:tcPr>
            <w:tcW w:w="1762" w:type="dxa"/>
            <w:vAlign w:val="center"/>
          </w:tcPr>
          <w:p w14:paraId="51E10CA3" w14:textId="671E885A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nihilo</w:t>
            </w:r>
          </w:p>
        </w:tc>
        <w:tc>
          <w:tcPr>
            <w:tcW w:w="1725" w:type="dxa"/>
            <w:vAlign w:val="center"/>
          </w:tcPr>
          <w:p w14:paraId="41AEAB5F" w14:textId="1961DCB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minus</w:t>
            </w:r>
          </w:p>
        </w:tc>
        <w:tc>
          <w:tcPr>
            <w:tcW w:w="1842" w:type="dxa"/>
            <w:vAlign w:val="center"/>
          </w:tcPr>
          <w:p w14:paraId="64F13367" w14:textId="5A5DCB52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immo</w:t>
            </w:r>
          </w:p>
        </w:tc>
        <w:tc>
          <w:tcPr>
            <w:tcW w:w="1784" w:type="dxa"/>
            <w:vAlign w:val="center"/>
          </w:tcPr>
          <w:p w14:paraId="144DD2BC" w14:textId="5B4DFD6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tanto</w:t>
            </w:r>
          </w:p>
        </w:tc>
      </w:tr>
      <w:tr w:rsidR="008B4A98" w14:paraId="639E0D42" w14:textId="77777777" w:rsidTr="00E94975">
        <w:tc>
          <w:tcPr>
            <w:tcW w:w="2016" w:type="dxa"/>
            <w:vAlign w:val="center"/>
          </w:tcPr>
          <w:p w14:paraId="1BFF7117" w14:textId="64ABEDBC" w:rsidR="008B4A98" w:rsidRDefault="00B10587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 taught</w:t>
            </w:r>
          </w:p>
        </w:tc>
        <w:tc>
          <w:tcPr>
            <w:tcW w:w="1661" w:type="dxa"/>
            <w:vAlign w:val="center"/>
          </w:tcPr>
          <w:p w14:paraId="31A23395" w14:textId="46776A3D" w:rsidR="008B4A98" w:rsidRDefault="00182059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762" w:type="dxa"/>
            <w:vAlign w:val="center"/>
          </w:tcPr>
          <w:p w14:paraId="36A1A5C2" w14:textId="4C77234A" w:rsidR="008B4A98" w:rsidRDefault="00182059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no</w:t>
            </w:r>
          </w:p>
        </w:tc>
        <w:tc>
          <w:tcPr>
            <w:tcW w:w="1725" w:type="dxa"/>
            <w:vAlign w:val="center"/>
          </w:tcPr>
          <w:p w14:paraId="7260DA04" w14:textId="2BB82695" w:rsidR="008B4A98" w:rsidRDefault="00182059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less</w:t>
            </w:r>
          </w:p>
        </w:tc>
        <w:tc>
          <w:tcPr>
            <w:tcW w:w="1842" w:type="dxa"/>
            <w:vAlign w:val="center"/>
          </w:tcPr>
          <w:p w14:paraId="0898C3CB" w14:textId="63F41C9B" w:rsidR="008B4A98" w:rsidRDefault="00182059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but indeed</w:t>
            </w:r>
          </w:p>
        </w:tc>
        <w:tc>
          <w:tcPr>
            <w:tcW w:w="1784" w:type="dxa"/>
            <w:vAlign w:val="center"/>
          </w:tcPr>
          <w:p w14:paraId="679BEB48" w14:textId="663D9DB6" w:rsidR="008B4A98" w:rsidRDefault="00182059" w:rsidP="008B4A98">
            <w:proofErr w:type="gramStart"/>
            <w:proofErr w:type="gramEnd"/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so much</w:t>
            </w:r>
          </w:p>
        </w:tc>
      </w:tr>
      <w:tr w:rsidR="008B4A98" w14:paraId="70880E5F" w14:textId="77777777" w:rsidTr="00E94975">
        <w:tc>
          <w:tcPr>
            <w:tcW w:w="2016" w:type="dxa"/>
            <w:vAlign w:val="center"/>
          </w:tcPr>
          <w:p w14:paraId="62F0A077" w14:textId="59FE3DF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magis</w:t>
            </w:r>
          </w:p>
        </w:tc>
        <w:tc>
          <w:tcPr>
            <w:tcW w:w="1661" w:type="dxa"/>
            <w:vAlign w:val="center"/>
          </w:tcPr>
          <w:p w14:paraId="4448E33A" w14:textId="7AEB9A6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conducit</w:t>
            </w:r>
            <w:r w:rsidR="00BE3C6E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762" w:type="dxa"/>
            <w:vAlign w:val="center"/>
          </w:tcPr>
          <w:p w14:paraId="3B41F46C" w14:textId="5AC7FB9A" w:rsidR="008B4A98" w:rsidRDefault="00BE3C6E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u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bi</w:t>
            </w:r>
          </w:p>
        </w:tc>
        <w:tc>
          <w:tcPr>
            <w:tcW w:w="1725" w:type="dxa"/>
            <w:vAlign w:val="center"/>
          </w:tcPr>
          <w:p w14:paraId="6C4AB098" w14:textId="7C0571D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coepit</w:t>
            </w:r>
          </w:p>
        </w:tc>
        <w:tc>
          <w:tcPr>
            <w:tcW w:w="1842" w:type="dxa"/>
            <w:vAlign w:val="center"/>
          </w:tcPr>
          <w:p w14:paraId="08659D80" w14:textId="77EE4DA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advesperascere</w:t>
            </w:r>
          </w:p>
        </w:tc>
        <w:tc>
          <w:tcPr>
            <w:tcW w:w="1784" w:type="dxa"/>
            <w:vAlign w:val="center"/>
          </w:tcPr>
          <w:p w14:paraId="3D57E8BA" w14:textId="0C25F13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iubet</w:t>
            </w:r>
          </w:p>
        </w:tc>
      </w:tr>
      <w:tr w:rsidR="008B4A98" w14:paraId="1505D0B3" w14:textId="77777777" w:rsidTr="00E94975">
        <w:tc>
          <w:tcPr>
            <w:tcW w:w="2016" w:type="dxa"/>
            <w:vAlign w:val="center"/>
          </w:tcPr>
          <w:p w14:paraId="2E9C3472" w14:textId="0B18795E" w:rsidR="008B4A98" w:rsidRDefault="00182059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more</w:t>
            </w:r>
          </w:p>
        </w:tc>
        <w:tc>
          <w:tcPr>
            <w:tcW w:w="1661" w:type="dxa"/>
            <w:vAlign w:val="center"/>
          </w:tcPr>
          <w:p w14:paraId="3994BC7A" w14:textId="50FF77FC" w:rsidR="008B4A98" w:rsidRDefault="00182059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rents</w:t>
            </w:r>
          </w:p>
        </w:tc>
        <w:tc>
          <w:tcPr>
            <w:tcW w:w="1762" w:type="dxa"/>
            <w:vAlign w:val="center"/>
          </w:tcPr>
          <w:p w14:paraId="1A0F5D9A" w14:textId="03EE5AC0" w:rsidR="008B4A98" w:rsidRDefault="00BE3C6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when</w:t>
            </w:r>
          </w:p>
        </w:tc>
        <w:tc>
          <w:tcPr>
            <w:tcW w:w="1725" w:type="dxa"/>
            <w:vAlign w:val="center"/>
          </w:tcPr>
          <w:p w14:paraId="5A86A925" w14:textId="3F09BD52" w:rsidR="008B4A98" w:rsidRDefault="00BE3C6E" w:rsidP="008B4A98">
            <w:proofErr w:type="gramStart"/>
            <w:proofErr w:type="gramEnd"/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 began</w:t>
            </w:r>
          </w:p>
        </w:tc>
        <w:tc>
          <w:tcPr>
            <w:tcW w:w="1842" w:type="dxa"/>
            <w:vAlign w:val="center"/>
          </w:tcPr>
          <w:p w14:paraId="7B13E63A" w14:textId="0BA83A6D" w:rsidR="008B4A98" w:rsidRDefault="00BE3C6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grow dark</w:t>
            </w:r>
          </w:p>
        </w:tc>
        <w:tc>
          <w:tcPr>
            <w:tcW w:w="1784" w:type="dxa"/>
            <w:vAlign w:val="center"/>
          </w:tcPr>
          <w:p w14:paraId="45742D97" w14:textId="28519B59" w:rsidR="008B4A98" w:rsidRDefault="00BE3C6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orders</w:t>
            </w:r>
          </w:p>
        </w:tc>
      </w:tr>
      <w:tr w:rsidR="008B4A98" w14:paraId="5DE29E86" w14:textId="77777777" w:rsidTr="00E94975">
        <w:tc>
          <w:tcPr>
            <w:tcW w:w="2016" w:type="dxa"/>
            <w:vAlign w:val="center"/>
          </w:tcPr>
          <w:p w14:paraId="69B12F74" w14:textId="26A2791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sterni</w:t>
            </w:r>
          </w:p>
        </w:tc>
        <w:tc>
          <w:tcPr>
            <w:tcW w:w="1661" w:type="dxa"/>
            <w:vAlign w:val="center"/>
          </w:tcPr>
          <w:p w14:paraId="4D766F93" w14:textId="420CE344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sibi</w:t>
            </w:r>
          </w:p>
        </w:tc>
        <w:tc>
          <w:tcPr>
            <w:tcW w:w="1762" w:type="dxa"/>
            <w:vAlign w:val="center"/>
          </w:tcPr>
          <w:p w14:paraId="53A33AFC" w14:textId="0377751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in</w:t>
            </w:r>
          </w:p>
        </w:tc>
        <w:tc>
          <w:tcPr>
            <w:tcW w:w="1725" w:type="dxa"/>
            <w:vAlign w:val="center"/>
          </w:tcPr>
          <w:p w14:paraId="381AB48F" w14:textId="18D458A4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prima</w:t>
            </w:r>
          </w:p>
        </w:tc>
        <w:tc>
          <w:tcPr>
            <w:tcW w:w="1842" w:type="dxa"/>
            <w:vAlign w:val="center"/>
          </w:tcPr>
          <w:p w14:paraId="738D91B6" w14:textId="2559382A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domus</w:t>
            </w:r>
          </w:p>
        </w:tc>
        <w:tc>
          <w:tcPr>
            <w:tcW w:w="1784" w:type="dxa"/>
            <w:vAlign w:val="center"/>
          </w:tcPr>
          <w:p w14:paraId="191BE310" w14:textId="6ACC59A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parte</w:t>
            </w:r>
          </w:p>
        </w:tc>
      </w:tr>
      <w:tr w:rsidR="008B4A98" w14:paraId="2CAF30DE" w14:textId="77777777" w:rsidTr="00E94975">
        <w:tc>
          <w:tcPr>
            <w:tcW w:w="2016" w:type="dxa"/>
            <w:vAlign w:val="center"/>
          </w:tcPr>
          <w:p w14:paraId="59E85FFB" w14:textId="4BC56F41" w:rsidR="008B4A98" w:rsidRDefault="007B5E1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be spread out</w:t>
            </w:r>
          </w:p>
        </w:tc>
        <w:tc>
          <w:tcPr>
            <w:tcW w:w="1661" w:type="dxa"/>
            <w:vAlign w:val="center"/>
          </w:tcPr>
          <w:p w14:paraId="42B71034" w14:textId="5A2F6E80" w:rsidR="008B4A98" w:rsidRDefault="007B5E1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himself</w:t>
            </w:r>
          </w:p>
        </w:tc>
        <w:tc>
          <w:tcPr>
            <w:tcW w:w="1762" w:type="dxa"/>
            <w:vAlign w:val="center"/>
          </w:tcPr>
          <w:p w14:paraId="03F56393" w14:textId="60C44573" w:rsidR="008B4A98" w:rsidRDefault="007B5E1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the</w:t>
            </w:r>
          </w:p>
        </w:tc>
        <w:tc>
          <w:tcPr>
            <w:tcW w:w="1725" w:type="dxa"/>
            <w:vAlign w:val="center"/>
          </w:tcPr>
          <w:p w14:paraId="77F9B938" w14:textId="1724652F" w:rsidR="008B4A98" w:rsidRDefault="007B5E1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first</w:t>
            </w:r>
          </w:p>
        </w:tc>
        <w:tc>
          <w:tcPr>
            <w:tcW w:w="1842" w:type="dxa"/>
            <w:vAlign w:val="center"/>
          </w:tcPr>
          <w:p w14:paraId="424389BD" w14:textId="23041E79" w:rsidR="008B4A98" w:rsidRDefault="007B5E1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house</w:t>
            </w:r>
          </w:p>
        </w:tc>
        <w:tc>
          <w:tcPr>
            <w:tcW w:w="1784" w:type="dxa"/>
            <w:vAlign w:val="center"/>
          </w:tcPr>
          <w:p w14:paraId="3407DCD2" w14:textId="4BFFBB87" w:rsidR="008B4A98" w:rsidRDefault="007B5E1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part</w:t>
            </w:r>
          </w:p>
        </w:tc>
      </w:tr>
      <w:tr w:rsidR="008B4A98" w14:paraId="78A11C47" w14:textId="77777777" w:rsidTr="00E94975">
        <w:tc>
          <w:tcPr>
            <w:tcW w:w="2016" w:type="dxa"/>
            <w:vAlign w:val="center"/>
          </w:tcPr>
          <w:p w14:paraId="133416BA" w14:textId="3C9856E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poscit</w:t>
            </w:r>
          </w:p>
        </w:tc>
        <w:tc>
          <w:tcPr>
            <w:tcW w:w="1661" w:type="dxa"/>
            <w:vAlign w:val="center"/>
          </w:tcPr>
          <w:p w14:paraId="50589CBC" w14:textId="3B4B944B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pugillares</w:t>
            </w:r>
          </w:p>
        </w:tc>
        <w:tc>
          <w:tcPr>
            <w:tcW w:w="1762" w:type="dxa"/>
            <w:vAlign w:val="center"/>
          </w:tcPr>
          <w:p w14:paraId="7281B6DB" w14:textId="5D84E50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stilum</w:t>
            </w:r>
          </w:p>
        </w:tc>
        <w:tc>
          <w:tcPr>
            <w:tcW w:w="1725" w:type="dxa"/>
            <w:vAlign w:val="center"/>
          </w:tcPr>
          <w:p w14:paraId="7550D23C" w14:textId="4E53FB7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lumen</w:t>
            </w:r>
          </w:p>
        </w:tc>
        <w:tc>
          <w:tcPr>
            <w:tcW w:w="1842" w:type="dxa"/>
            <w:vAlign w:val="center"/>
          </w:tcPr>
          <w:p w14:paraId="389E508B" w14:textId="06E2D29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suos</w:t>
            </w:r>
          </w:p>
        </w:tc>
        <w:tc>
          <w:tcPr>
            <w:tcW w:w="1784" w:type="dxa"/>
            <w:vAlign w:val="center"/>
          </w:tcPr>
          <w:p w14:paraId="2C84AB01" w14:textId="46B65DFF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omnes</w:t>
            </w:r>
          </w:p>
        </w:tc>
      </w:tr>
      <w:tr w:rsidR="008B4A98" w14:paraId="3ECBB394" w14:textId="77777777" w:rsidTr="00E94975">
        <w:tc>
          <w:tcPr>
            <w:tcW w:w="2016" w:type="dxa"/>
            <w:vAlign w:val="center"/>
          </w:tcPr>
          <w:p w14:paraId="57C6C49B" w14:textId="2701D6A1" w:rsidR="008B4A98" w:rsidRDefault="0057526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demands</w:t>
            </w:r>
          </w:p>
        </w:tc>
        <w:tc>
          <w:tcPr>
            <w:tcW w:w="1661" w:type="dxa"/>
            <w:vAlign w:val="center"/>
          </w:tcPr>
          <w:p w14:paraId="7F714F0A" w14:textId="798C4F8B" w:rsidR="008B4A98" w:rsidRDefault="00D12C05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 tablets</w:t>
            </w:r>
          </w:p>
        </w:tc>
        <w:tc>
          <w:tcPr>
            <w:tcW w:w="1762" w:type="dxa"/>
            <w:vAlign w:val="center"/>
          </w:tcPr>
          <w:p w14:paraId="38F21F94" w14:textId="5408B2E1" w:rsidR="008B4A98" w:rsidRDefault="00D12C05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 stylus</w:t>
            </w:r>
          </w:p>
        </w:tc>
        <w:tc>
          <w:tcPr>
            <w:tcW w:w="1725" w:type="dxa"/>
            <w:vAlign w:val="center"/>
          </w:tcPr>
          <w:p w14:paraId="3BB24EA7" w14:textId="7E242A89" w:rsidR="008B4A98" w:rsidRDefault="00D12C05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a light</w:t>
            </w:r>
          </w:p>
        </w:tc>
        <w:tc>
          <w:tcPr>
            <w:tcW w:w="1842" w:type="dxa"/>
            <w:vAlign w:val="center"/>
          </w:tcPr>
          <w:p w14:paraId="428026FF" w14:textId="18A96017" w:rsidR="008B4A98" w:rsidRDefault="00213245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his (own people)</w:t>
            </w:r>
          </w:p>
        </w:tc>
        <w:tc>
          <w:tcPr>
            <w:tcW w:w="1784" w:type="dxa"/>
            <w:vAlign w:val="center"/>
          </w:tcPr>
          <w:p w14:paraId="4964E5AB" w14:textId="508E8060" w:rsidR="008B4A98" w:rsidRDefault="00213245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all</w:t>
            </w:r>
          </w:p>
        </w:tc>
      </w:tr>
      <w:tr w:rsidR="008B4A98" w14:paraId="6A478C6D" w14:textId="77777777" w:rsidTr="00E94975">
        <w:tc>
          <w:tcPr>
            <w:tcW w:w="2016" w:type="dxa"/>
            <w:vAlign w:val="center"/>
          </w:tcPr>
          <w:p w14:paraId="6FA213F5" w14:textId="5D40E9B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in</w:t>
            </w:r>
          </w:p>
        </w:tc>
        <w:tc>
          <w:tcPr>
            <w:tcW w:w="1661" w:type="dxa"/>
            <w:vAlign w:val="center"/>
          </w:tcPr>
          <w:p w14:paraId="37E49969" w14:textId="1E53B2E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interiora</w:t>
            </w:r>
          </w:p>
        </w:tc>
        <w:tc>
          <w:tcPr>
            <w:tcW w:w="1762" w:type="dxa"/>
            <w:vAlign w:val="center"/>
          </w:tcPr>
          <w:p w14:paraId="57DE3147" w14:textId="183DEF9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dimittit</w:t>
            </w:r>
            <w:r w:rsidR="00147354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725" w:type="dxa"/>
            <w:vAlign w:val="center"/>
          </w:tcPr>
          <w:p w14:paraId="02154C5C" w14:textId="1596C6F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ipse</w:t>
            </w:r>
          </w:p>
        </w:tc>
        <w:tc>
          <w:tcPr>
            <w:tcW w:w="1842" w:type="dxa"/>
            <w:vAlign w:val="center"/>
          </w:tcPr>
          <w:p w14:paraId="061F178E" w14:textId="545C805F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ad</w:t>
            </w:r>
          </w:p>
        </w:tc>
        <w:tc>
          <w:tcPr>
            <w:tcW w:w="1784" w:type="dxa"/>
            <w:vAlign w:val="center"/>
          </w:tcPr>
          <w:p w14:paraId="71D7438E" w14:textId="7BB599A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scribendum</w:t>
            </w:r>
          </w:p>
        </w:tc>
      </w:tr>
      <w:tr w:rsidR="008B4A98" w14:paraId="1F7C296A" w14:textId="77777777" w:rsidTr="00E94975">
        <w:tc>
          <w:tcPr>
            <w:tcW w:w="2016" w:type="dxa"/>
            <w:vAlign w:val="center"/>
          </w:tcPr>
          <w:p w14:paraId="55E30EBC" w14:textId="5155A1B2" w:rsidR="008B4A98" w:rsidRDefault="00147354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into</w:t>
            </w:r>
          </w:p>
        </w:tc>
        <w:tc>
          <w:tcPr>
            <w:tcW w:w="1661" w:type="dxa"/>
            <w:vAlign w:val="center"/>
          </w:tcPr>
          <w:p w14:paraId="02B913AC" w14:textId="0D051D33" w:rsidR="008B4A98" w:rsidRDefault="00147354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inner (parts)</w:t>
            </w:r>
          </w:p>
        </w:tc>
        <w:tc>
          <w:tcPr>
            <w:tcW w:w="1762" w:type="dxa"/>
            <w:vAlign w:val="center"/>
          </w:tcPr>
          <w:p w14:paraId="11346B01" w14:textId="0B0CAB60" w:rsidR="008B4A98" w:rsidRDefault="00D12C05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dismisses</w:t>
            </w:r>
          </w:p>
        </w:tc>
        <w:tc>
          <w:tcPr>
            <w:tcW w:w="1725" w:type="dxa"/>
            <w:vAlign w:val="center"/>
          </w:tcPr>
          <w:p w14:paraId="22F9BDB7" w14:textId="1925F76F" w:rsidR="008B4A98" w:rsidRDefault="005249E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himself</w:t>
            </w:r>
          </w:p>
        </w:tc>
        <w:tc>
          <w:tcPr>
            <w:tcW w:w="1842" w:type="dxa"/>
            <w:vAlign w:val="center"/>
          </w:tcPr>
          <w:p w14:paraId="61EFD05F" w14:textId="17963DAF" w:rsidR="008B4A98" w:rsidRDefault="008B1FC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</w:t>
            </w:r>
          </w:p>
        </w:tc>
        <w:tc>
          <w:tcPr>
            <w:tcW w:w="1784" w:type="dxa"/>
            <w:vAlign w:val="center"/>
          </w:tcPr>
          <w:p w14:paraId="4819C3DF" w14:textId="0CA128CF" w:rsidR="008B4A98" w:rsidRDefault="008B1FC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writing</w:t>
            </w:r>
          </w:p>
        </w:tc>
      </w:tr>
      <w:tr w:rsidR="008B4A98" w14:paraId="07C9F2BF" w14:textId="77777777" w:rsidTr="00E94975">
        <w:tc>
          <w:tcPr>
            <w:tcW w:w="2016" w:type="dxa"/>
            <w:vAlign w:val="center"/>
          </w:tcPr>
          <w:p w14:paraId="4110B1EF" w14:textId="00D446A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lastRenderedPageBreak/>
              <w:t>animum</w:t>
            </w:r>
          </w:p>
        </w:tc>
        <w:tc>
          <w:tcPr>
            <w:tcW w:w="1661" w:type="dxa"/>
            <w:vAlign w:val="center"/>
          </w:tcPr>
          <w:p w14:paraId="3886F02C" w14:textId="6AA83EBA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oculos</w:t>
            </w:r>
          </w:p>
        </w:tc>
        <w:tc>
          <w:tcPr>
            <w:tcW w:w="1762" w:type="dxa"/>
            <w:vAlign w:val="center"/>
          </w:tcPr>
          <w:p w14:paraId="2BB8935D" w14:textId="537B444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manum</w:t>
            </w:r>
          </w:p>
        </w:tc>
        <w:tc>
          <w:tcPr>
            <w:tcW w:w="1725" w:type="dxa"/>
            <w:vAlign w:val="center"/>
          </w:tcPr>
          <w:p w14:paraId="62FA2648" w14:textId="3AF753E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intendit</w:t>
            </w:r>
          </w:p>
        </w:tc>
        <w:tc>
          <w:tcPr>
            <w:tcW w:w="1842" w:type="dxa"/>
            <w:vAlign w:val="center"/>
          </w:tcPr>
          <w:p w14:paraId="319B8DA5" w14:textId="3D598A6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ne</w:t>
            </w:r>
          </w:p>
        </w:tc>
        <w:tc>
          <w:tcPr>
            <w:tcW w:w="1784" w:type="dxa"/>
            <w:vAlign w:val="center"/>
          </w:tcPr>
          <w:p w14:paraId="3795C597" w14:textId="2F20271B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vacua</w:t>
            </w:r>
          </w:p>
        </w:tc>
      </w:tr>
      <w:tr w:rsidR="008B4A98" w14:paraId="0EBB219E" w14:textId="77777777" w:rsidTr="00E94975">
        <w:tc>
          <w:tcPr>
            <w:tcW w:w="2016" w:type="dxa"/>
            <w:vAlign w:val="center"/>
          </w:tcPr>
          <w:p w14:paraId="69724866" w14:textId="1F855E3A" w:rsidR="008B4A98" w:rsidRDefault="005249E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mind</w:t>
            </w:r>
          </w:p>
        </w:tc>
        <w:tc>
          <w:tcPr>
            <w:tcW w:w="1661" w:type="dxa"/>
            <w:vAlign w:val="center"/>
          </w:tcPr>
          <w:p w14:paraId="6050680A" w14:textId="05AB4D3E" w:rsidR="008B4A98" w:rsidRDefault="008B1FC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eyes</w:t>
            </w:r>
          </w:p>
        </w:tc>
        <w:tc>
          <w:tcPr>
            <w:tcW w:w="1762" w:type="dxa"/>
            <w:vAlign w:val="center"/>
          </w:tcPr>
          <w:p w14:paraId="07B4328F" w14:textId="5A123D02" w:rsidR="008B4A98" w:rsidRDefault="008B1FC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(and) hand</w:t>
            </w:r>
          </w:p>
        </w:tc>
        <w:tc>
          <w:tcPr>
            <w:tcW w:w="1725" w:type="dxa"/>
            <w:vAlign w:val="center"/>
          </w:tcPr>
          <w:p w14:paraId="27045325" w14:textId="7D22B898" w:rsidR="008B4A98" w:rsidRDefault="005249E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directs</w:t>
            </w:r>
          </w:p>
        </w:tc>
        <w:tc>
          <w:tcPr>
            <w:tcW w:w="1842" w:type="dxa"/>
            <w:vAlign w:val="center"/>
          </w:tcPr>
          <w:p w14:paraId="6BF678F2" w14:textId="3896B9D0" w:rsidR="008B4A98" w:rsidRDefault="00823A0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 that</w:t>
            </w:r>
          </w:p>
        </w:tc>
        <w:tc>
          <w:tcPr>
            <w:tcW w:w="1784" w:type="dxa"/>
            <w:vAlign w:val="center"/>
          </w:tcPr>
          <w:p w14:paraId="698AD931" w14:textId="44AEB4B5" w:rsidR="008B4A98" w:rsidRDefault="00823A0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purposeless</w:t>
            </w:r>
          </w:p>
        </w:tc>
      </w:tr>
      <w:tr w:rsidR="008B4A98" w14:paraId="53DC8159" w14:textId="77777777" w:rsidTr="00E94975">
        <w:tc>
          <w:tcPr>
            <w:tcW w:w="2016" w:type="dxa"/>
            <w:vAlign w:val="center"/>
          </w:tcPr>
          <w:p w14:paraId="6CEB78C8" w14:textId="7F88F06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mens</w:t>
            </w:r>
          </w:p>
        </w:tc>
        <w:tc>
          <w:tcPr>
            <w:tcW w:w="1661" w:type="dxa"/>
            <w:vAlign w:val="center"/>
          </w:tcPr>
          <w:p w14:paraId="20857DE7" w14:textId="437C799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audita</w:t>
            </w:r>
          </w:p>
        </w:tc>
        <w:tc>
          <w:tcPr>
            <w:tcW w:w="1762" w:type="dxa"/>
            <w:vAlign w:val="center"/>
          </w:tcPr>
          <w:p w14:paraId="3C3BDA50" w14:textId="1951503A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simulacra</w:t>
            </w:r>
          </w:p>
        </w:tc>
        <w:tc>
          <w:tcPr>
            <w:tcW w:w="1725" w:type="dxa"/>
            <w:vAlign w:val="center"/>
          </w:tcPr>
          <w:p w14:paraId="5F330F45" w14:textId="5F7F87A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  <w:tc>
          <w:tcPr>
            <w:tcW w:w="1842" w:type="dxa"/>
            <w:vAlign w:val="center"/>
          </w:tcPr>
          <w:p w14:paraId="44DDAC99" w14:textId="3A83EF8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inanes</w:t>
            </w:r>
          </w:p>
        </w:tc>
        <w:tc>
          <w:tcPr>
            <w:tcW w:w="1784" w:type="dxa"/>
            <w:vAlign w:val="center"/>
          </w:tcPr>
          <w:p w14:paraId="07333DF5" w14:textId="7289E4E9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sibi</w:t>
            </w:r>
          </w:p>
        </w:tc>
      </w:tr>
      <w:tr w:rsidR="008B4A98" w14:paraId="49F19051" w14:textId="77777777" w:rsidTr="00E94975">
        <w:tc>
          <w:tcPr>
            <w:tcW w:w="2016" w:type="dxa"/>
            <w:vAlign w:val="center"/>
          </w:tcPr>
          <w:p w14:paraId="4D5B06A7" w14:textId="6177737E" w:rsidR="008B4A98" w:rsidRDefault="00823A0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mind</w:t>
            </w:r>
          </w:p>
        </w:tc>
        <w:tc>
          <w:tcPr>
            <w:tcW w:w="1661" w:type="dxa"/>
            <w:vAlign w:val="center"/>
          </w:tcPr>
          <w:p w14:paraId="381B0DE9" w14:textId="6A917CC2" w:rsidR="008B4A98" w:rsidRDefault="00680049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heard</w:t>
            </w:r>
          </w:p>
        </w:tc>
        <w:tc>
          <w:tcPr>
            <w:tcW w:w="1762" w:type="dxa"/>
            <w:vAlign w:val="center"/>
          </w:tcPr>
          <w:p w14:paraId="00F163F0" w14:textId="2B3BA397" w:rsidR="008B4A98" w:rsidRDefault="00680049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ghosts</w:t>
            </w:r>
          </w:p>
        </w:tc>
        <w:tc>
          <w:tcPr>
            <w:tcW w:w="1725" w:type="dxa"/>
            <w:vAlign w:val="center"/>
          </w:tcPr>
          <w:p w14:paraId="47939BD2" w14:textId="62C9C77E" w:rsidR="008B4A98" w:rsidRDefault="00650EF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842" w:type="dxa"/>
            <w:vAlign w:val="center"/>
          </w:tcPr>
          <w:p w14:paraId="04CD9286" w14:textId="106014ED" w:rsidR="008B4A98" w:rsidRDefault="00650EF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empty</w:t>
            </w:r>
          </w:p>
        </w:tc>
        <w:tc>
          <w:tcPr>
            <w:tcW w:w="1784" w:type="dxa"/>
            <w:vAlign w:val="center"/>
          </w:tcPr>
          <w:p w14:paraId="5D7AC557" w14:textId="65432312" w:rsidR="008B4A98" w:rsidRDefault="00650EF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himself</w:t>
            </w:r>
          </w:p>
        </w:tc>
      </w:tr>
      <w:tr w:rsidR="008B4A98" w14:paraId="44C52ABC" w14:textId="77777777" w:rsidTr="00E94975">
        <w:tc>
          <w:tcPr>
            <w:tcW w:w="2016" w:type="dxa"/>
            <w:vAlign w:val="center"/>
          </w:tcPr>
          <w:p w14:paraId="4B2D48DA" w14:textId="2F1FC60B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metus</w:t>
            </w:r>
          </w:p>
        </w:tc>
        <w:tc>
          <w:tcPr>
            <w:tcW w:w="1661" w:type="dxa"/>
            <w:vAlign w:val="center"/>
          </w:tcPr>
          <w:p w14:paraId="2350B654" w14:textId="6F24E5C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fingere</w:t>
            </w:r>
            <w:r w:rsidR="00A34348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762" w:type="dxa"/>
            <w:vAlign w:val="center"/>
          </w:tcPr>
          <w:p w14:paraId="6A6F73E7" w14:textId="0803C7A2" w:rsidR="008B4A98" w:rsidRDefault="00A3434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nitio</w:t>
            </w:r>
          </w:p>
        </w:tc>
        <w:tc>
          <w:tcPr>
            <w:tcW w:w="1725" w:type="dxa"/>
            <w:vAlign w:val="center"/>
          </w:tcPr>
          <w:p w14:paraId="50BE5862" w14:textId="32A4FB32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quale</w:t>
            </w:r>
          </w:p>
        </w:tc>
        <w:tc>
          <w:tcPr>
            <w:tcW w:w="1842" w:type="dxa"/>
            <w:vAlign w:val="center"/>
          </w:tcPr>
          <w:p w14:paraId="31517DEC" w14:textId="7E45807B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ubique</w:t>
            </w:r>
          </w:p>
        </w:tc>
        <w:tc>
          <w:tcPr>
            <w:tcW w:w="1784" w:type="dxa"/>
            <w:vAlign w:val="center"/>
          </w:tcPr>
          <w:p w14:paraId="1E5883CE" w14:textId="4B5EEE49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silentium</w:t>
            </w:r>
          </w:p>
        </w:tc>
      </w:tr>
      <w:tr w:rsidR="008B4A98" w14:paraId="635266B5" w14:textId="77777777" w:rsidTr="00E94975">
        <w:tc>
          <w:tcPr>
            <w:tcW w:w="2016" w:type="dxa"/>
            <w:vAlign w:val="center"/>
          </w:tcPr>
          <w:p w14:paraId="5B055147" w14:textId="2DB48B8E" w:rsidR="008B4A98" w:rsidRDefault="00650EF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fears</w:t>
            </w:r>
          </w:p>
        </w:tc>
        <w:tc>
          <w:tcPr>
            <w:tcW w:w="1661" w:type="dxa"/>
            <w:vAlign w:val="center"/>
          </w:tcPr>
          <w:p w14:paraId="760BE89B" w14:textId="1AF07A17" w:rsidR="008B4A98" w:rsidRDefault="00183D0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does not create</w:t>
            </w:r>
          </w:p>
        </w:tc>
        <w:tc>
          <w:tcPr>
            <w:tcW w:w="1762" w:type="dxa"/>
            <w:vAlign w:val="center"/>
          </w:tcPr>
          <w:p w14:paraId="41E77E04" w14:textId="30913E37" w:rsidR="008B4A98" w:rsidRDefault="00A3434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At the beginning</w:t>
            </w:r>
          </w:p>
        </w:tc>
        <w:tc>
          <w:tcPr>
            <w:tcW w:w="1725" w:type="dxa"/>
            <w:vAlign w:val="center"/>
          </w:tcPr>
          <w:p w14:paraId="68DA3518" w14:textId="1FA0224D" w:rsidR="008B4A98" w:rsidRDefault="00116287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just like</w:t>
            </w:r>
          </w:p>
        </w:tc>
        <w:tc>
          <w:tcPr>
            <w:tcW w:w="1842" w:type="dxa"/>
            <w:vAlign w:val="center"/>
          </w:tcPr>
          <w:p w14:paraId="1633CB2A" w14:textId="06CFBBD7" w:rsidR="008B4A98" w:rsidRDefault="00116287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everywhere</w:t>
            </w:r>
          </w:p>
        </w:tc>
        <w:tc>
          <w:tcPr>
            <w:tcW w:w="1784" w:type="dxa"/>
            <w:vAlign w:val="center"/>
          </w:tcPr>
          <w:p w14:paraId="5C05BDE2" w14:textId="5D8C32FE" w:rsidR="008B4A98" w:rsidRDefault="003D11E1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(was) the silence</w:t>
            </w:r>
          </w:p>
        </w:tc>
      </w:tr>
      <w:tr w:rsidR="008B4A98" w14:paraId="5BB303A6" w14:textId="77777777" w:rsidTr="00E94975">
        <w:tc>
          <w:tcPr>
            <w:tcW w:w="2016" w:type="dxa"/>
            <w:vAlign w:val="center"/>
          </w:tcPr>
          <w:p w14:paraId="1D5F326D" w14:textId="13E84D4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noctis</w:t>
            </w:r>
          </w:p>
        </w:tc>
        <w:tc>
          <w:tcPr>
            <w:tcW w:w="1661" w:type="dxa"/>
            <w:vAlign w:val="center"/>
          </w:tcPr>
          <w:p w14:paraId="681E42F5" w14:textId="51E844D9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deinde</w:t>
            </w:r>
          </w:p>
        </w:tc>
        <w:tc>
          <w:tcPr>
            <w:tcW w:w="1762" w:type="dxa"/>
            <w:vAlign w:val="center"/>
          </w:tcPr>
          <w:p w14:paraId="6BFB9628" w14:textId="56A6264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concuti</w:t>
            </w:r>
          </w:p>
        </w:tc>
        <w:tc>
          <w:tcPr>
            <w:tcW w:w="1725" w:type="dxa"/>
            <w:vAlign w:val="center"/>
          </w:tcPr>
          <w:p w14:paraId="2DBC5E9D" w14:textId="3F18404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ferrum</w:t>
            </w:r>
          </w:p>
        </w:tc>
        <w:tc>
          <w:tcPr>
            <w:tcW w:w="1842" w:type="dxa"/>
            <w:vAlign w:val="center"/>
          </w:tcPr>
          <w:p w14:paraId="2E867E09" w14:textId="2066914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vincula</w:t>
            </w:r>
          </w:p>
        </w:tc>
        <w:tc>
          <w:tcPr>
            <w:tcW w:w="1784" w:type="dxa"/>
            <w:vAlign w:val="center"/>
          </w:tcPr>
          <w:p w14:paraId="789DE04E" w14:textId="19E00E1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moveri</w:t>
            </w:r>
          </w:p>
        </w:tc>
      </w:tr>
      <w:tr w:rsidR="008B4A98" w14:paraId="10940063" w14:textId="77777777" w:rsidTr="00E94975">
        <w:tc>
          <w:tcPr>
            <w:tcW w:w="2016" w:type="dxa"/>
            <w:vAlign w:val="center"/>
          </w:tcPr>
          <w:p w14:paraId="7D9FE61F" w14:textId="128D9511" w:rsidR="008B4A98" w:rsidRDefault="003D11E1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night</w:t>
            </w:r>
          </w:p>
        </w:tc>
        <w:tc>
          <w:tcPr>
            <w:tcW w:w="1661" w:type="dxa"/>
            <w:vAlign w:val="center"/>
          </w:tcPr>
          <w:p w14:paraId="7A4C25E6" w14:textId="3DA92C46" w:rsidR="008B4A98" w:rsidRDefault="00581B17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Then</w:t>
            </w:r>
          </w:p>
        </w:tc>
        <w:tc>
          <w:tcPr>
            <w:tcW w:w="1762" w:type="dxa"/>
            <w:vAlign w:val="center"/>
          </w:tcPr>
          <w:p w14:paraId="5656E54F" w14:textId="18A145C9" w:rsidR="008B4A98" w:rsidRDefault="0010286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shaken</w:t>
            </w:r>
          </w:p>
        </w:tc>
        <w:tc>
          <w:tcPr>
            <w:tcW w:w="1725" w:type="dxa"/>
            <w:vAlign w:val="center"/>
          </w:tcPr>
          <w:p w14:paraId="5EA7F22C" w14:textId="5609B245" w:rsidR="008B4A98" w:rsidRDefault="0010286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iron</w:t>
            </w:r>
          </w:p>
        </w:tc>
        <w:tc>
          <w:tcPr>
            <w:tcW w:w="1842" w:type="dxa"/>
            <w:vAlign w:val="center"/>
          </w:tcPr>
          <w:p w14:paraId="6C026018" w14:textId="0DAB796F" w:rsidR="008B4A98" w:rsidRDefault="0010286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(and) chains</w:t>
            </w:r>
          </w:p>
        </w:tc>
        <w:tc>
          <w:tcPr>
            <w:tcW w:w="1784" w:type="dxa"/>
            <w:vAlign w:val="center"/>
          </w:tcPr>
          <w:p w14:paraId="322D57F4" w14:textId="2DF4C5FD" w:rsidR="008B4A98" w:rsidRDefault="0010286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were moved.</w:t>
            </w:r>
          </w:p>
        </w:tc>
      </w:tr>
      <w:tr w:rsidR="008B4A98" w14:paraId="7F10EA93" w14:textId="77777777" w:rsidTr="00E94975">
        <w:tc>
          <w:tcPr>
            <w:tcW w:w="2016" w:type="dxa"/>
            <w:vAlign w:val="center"/>
          </w:tcPr>
          <w:p w14:paraId="13D7F488" w14:textId="43892BC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ille</w:t>
            </w:r>
          </w:p>
        </w:tc>
        <w:tc>
          <w:tcPr>
            <w:tcW w:w="1661" w:type="dxa"/>
            <w:vAlign w:val="center"/>
          </w:tcPr>
          <w:p w14:paraId="5ECCB968" w14:textId="006207BB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non</w:t>
            </w:r>
          </w:p>
        </w:tc>
        <w:tc>
          <w:tcPr>
            <w:tcW w:w="1762" w:type="dxa"/>
            <w:vAlign w:val="center"/>
          </w:tcPr>
          <w:p w14:paraId="6EF1A6DE" w14:textId="4BCF4383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tollere</w:t>
            </w:r>
          </w:p>
        </w:tc>
        <w:tc>
          <w:tcPr>
            <w:tcW w:w="1725" w:type="dxa"/>
            <w:vAlign w:val="center"/>
          </w:tcPr>
          <w:p w14:paraId="479B758E" w14:textId="695DC35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oculos</w:t>
            </w:r>
          </w:p>
        </w:tc>
        <w:tc>
          <w:tcPr>
            <w:tcW w:w="1842" w:type="dxa"/>
            <w:vAlign w:val="center"/>
          </w:tcPr>
          <w:p w14:paraId="31F9996F" w14:textId="4D1CE003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non</w:t>
            </w:r>
          </w:p>
        </w:tc>
        <w:tc>
          <w:tcPr>
            <w:tcW w:w="1784" w:type="dxa"/>
            <w:vAlign w:val="center"/>
          </w:tcPr>
          <w:p w14:paraId="4F8010CA" w14:textId="67CABE63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remittere</w:t>
            </w:r>
          </w:p>
        </w:tc>
      </w:tr>
      <w:tr w:rsidR="008B4A98" w14:paraId="0FDA82ED" w14:textId="77777777" w:rsidTr="00E94975">
        <w:tc>
          <w:tcPr>
            <w:tcW w:w="2016" w:type="dxa"/>
            <w:vAlign w:val="center"/>
          </w:tcPr>
          <w:p w14:paraId="4703F766" w14:textId="056CB389" w:rsidR="008B4A98" w:rsidRDefault="00850D37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</w:t>
            </w:r>
          </w:p>
        </w:tc>
        <w:tc>
          <w:tcPr>
            <w:tcW w:w="1661" w:type="dxa"/>
            <w:vAlign w:val="center"/>
          </w:tcPr>
          <w:p w14:paraId="7E36D067" w14:textId="316537F9" w:rsidR="008B4A98" w:rsidRDefault="00850D37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did not</w:t>
            </w:r>
          </w:p>
        </w:tc>
        <w:tc>
          <w:tcPr>
            <w:tcW w:w="1762" w:type="dxa"/>
            <w:vAlign w:val="center"/>
          </w:tcPr>
          <w:p w14:paraId="17E60325" w14:textId="2D288579" w:rsidR="008B4A98" w:rsidRDefault="00850D37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raise</w:t>
            </w:r>
          </w:p>
        </w:tc>
        <w:tc>
          <w:tcPr>
            <w:tcW w:w="1725" w:type="dxa"/>
            <w:vAlign w:val="center"/>
          </w:tcPr>
          <w:p w14:paraId="6E13625A" w14:textId="363A1BC1" w:rsidR="008B4A98" w:rsidRDefault="00850D37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 eyes</w:t>
            </w:r>
          </w:p>
        </w:tc>
        <w:tc>
          <w:tcPr>
            <w:tcW w:w="1842" w:type="dxa"/>
            <w:vAlign w:val="center"/>
          </w:tcPr>
          <w:p w14:paraId="78B11492" w14:textId="4D8F7DC6" w:rsidR="008B4A98" w:rsidRDefault="00534DF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did not</w:t>
            </w:r>
          </w:p>
        </w:tc>
        <w:tc>
          <w:tcPr>
            <w:tcW w:w="1784" w:type="dxa"/>
            <w:vAlign w:val="center"/>
          </w:tcPr>
          <w:p w14:paraId="3C6F2B3C" w14:textId="582AB711" w:rsidR="008B4A98" w:rsidRDefault="00534DF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set aside</w:t>
            </w:r>
          </w:p>
        </w:tc>
      </w:tr>
      <w:tr w:rsidR="008B4A98" w14:paraId="1B922D58" w14:textId="77777777" w:rsidTr="00E94975">
        <w:tc>
          <w:tcPr>
            <w:tcW w:w="2016" w:type="dxa"/>
            <w:vAlign w:val="center"/>
          </w:tcPr>
          <w:p w14:paraId="51B71FC7" w14:textId="67F6B9FF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stilum</w:t>
            </w:r>
          </w:p>
        </w:tc>
        <w:tc>
          <w:tcPr>
            <w:tcW w:w="1661" w:type="dxa"/>
            <w:vAlign w:val="center"/>
          </w:tcPr>
          <w:p w14:paraId="794B083B" w14:textId="7F4A6A43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sed</w:t>
            </w:r>
          </w:p>
        </w:tc>
        <w:tc>
          <w:tcPr>
            <w:tcW w:w="1762" w:type="dxa"/>
            <w:vAlign w:val="center"/>
          </w:tcPr>
          <w:p w14:paraId="4E87B1B3" w14:textId="64DB8B7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obfirmare</w:t>
            </w:r>
          </w:p>
        </w:tc>
        <w:tc>
          <w:tcPr>
            <w:tcW w:w="1725" w:type="dxa"/>
            <w:vAlign w:val="center"/>
          </w:tcPr>
          <w:p w14:paraId="46B8FA04" w14:textId="5583440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animum</w:t>
            </w:r>
          </w:p>
        </w:tc>
        <w:tc>
          <w:tcPr>
            <w:tcW w:w="1842" w:type="dxa"/>
            <w:vAlign w:val="center"/>
          </w:tcPr>
          <w:p w14:paraId="415C4B10" w14:textId="27D69A6A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auribusque</w:t>
            </w:r>
          </w:p>
        </w:tc>
        <w:tc>
          <w:tcPr>
            <w:tcW w:w="1784" w:type="dxa"/>
            <w:vAlign w:val="center"/>
          </w:tcPr>
          <w:p w14:paraId="0CB875F7" w14:textId="126532B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praetendere</w:t>
            </w:r>
            <w:r w:rsidR="00530616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</w:tr>
      <w:tr w:rsidR="008B4A98" w14:paraId="5332832E" w14:textId="77777777" w:rsidTr="00E94975">
        <w:tc>
          <w:tcPr>
            <w:tcW w:w="2016" w:type="dxa"/>
            <w:vAlign w:val="center"/>
          </w:tcPr>
          <w:p w14:paraId="51E24DAD" w14:textId="0D07EC51" w:rsidR="008B4A98" w:rsidRDefault="00534DF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pen</w:t>
            </w:r>
          </w:p>
        </w:tc>
        <w:tc>
          <w:tcPr>
            <w:tcW w:w="1661" w:type="dxa"/>
            <w:vAlign w:val="center"/>
          </w:tcPr>
          <w:p w14:paraId="71CAD557" w14:textId="3AEABD0B" w:rsidR="008B4A98" w:rsidRDefault="00534DF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but</w:t>
            </w:r>
          </w:p>
        </w:tc>
        <w:tc>
          <w:tcPr>
            <w:tcW w:w="1762" w:type="dxa"/>
            <w:vAlign w:val="center"/>
          </w:tcPr>
          <w:p w14:paraId="0D674F3D" w14:textId="7FDCD74F" w:rsidR="008B4A98" w:rsidRDefault="003C4F71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strengthening</w:t>
            </w:r>
          </w:p>
        </w:tc>
        <w:tc>
          <w:tcPr>
            <w:tcW w:w="1725" w:type="dxa"/>
            <w:vAlign w:val="center"/>
          </w:tcPr>
          <w:p w14:paraId="4F57888A" w14:textId="01F76439" w:rsidR="008B4A98" w:rsidRDefault="0053061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 attention</w:t>
            </w:r>
          </w:p>
        </w:tc>
        <w:tc>
          <w:tcPr>
            <w:tcW w:w="1842" w:type="dxa"/>
            <w:vAlign w:val="center"/>
          </w:tcPr>
          <w:p w14:paraId="6C1DE481" w14:textId="425001E3" w:rsidR="008B4A98" w:rsidRDefault="0053061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his ears</w:t>
            </w:r>
          </w:p>
        </w:tc>
        <w:tc>
          <w:tcPr>
            <w:tcW w:w="1784" w:type="dxa"/>
            <w:vAlign w:val="center"/>
          </w:tcPr>
          <w:p w14:paraId="51D428EA" w14:textId="786F9D5C" w:rsidR="008B4A98" w:rsidRDefault="003C4F71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extending</w:t>
            </w:r>
          </w:p>
        </w:tc>
      </w:tr>
      <w:tr w:rsidR="008B4A98" w14:paraId="59EBC56C" w14:textId="77777777" w:rsidTr="00E94975">
        <w:tc>
          <w:tcPr>
            <w:tcW w:w="2016" w:type="dxa"/>
            <w:vAlign w:val="center"/>
          </w:tcPr>
          <w:p w14:paraId="4538C6D3" w14:textId="3FA921B1" w:rsidR="008B4A98" w:rsidRDefault="00530616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t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um</w:t>
            </w:r>
          </w:p>
        </w:tc>
        <w:tc>
          <w:tcPr>
            <w:tcW w:w="1661" w:type="dxa"/>
            <w:vAlign w:val="center"/>
          </w:tcPr>
          <w:p w14:paraId="2E306046" w14:textId="5A56545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crebrescere</w:t>
            </w:r>
          </w:p>
        </w:tc>
        <w:tc>
          <w:tcPr>
            <w:tcW w:w="1762" w:type="dxa"/>
            <w:vAlign w:val="center"/>
          </w:tcPr>
          <w:p w14:paraId="10EA2C2F" w14:textId="3CEF729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fragor</w:t>
            </w:r>
          </w:p>
        </w:tc>
        <w:tc>
          <w:tcPr>
            <w:tcW w:w="1725" w:type="dxa"/>
            <w:vAlign w:val="center"/>
          </w:tcPr>
          <w:p w14:paraId="02ADB6E2" w14:textId="490AE50A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adventare</w:t>
            </w:r>
          </w:p>
        </w:tc>
        <w:tc>
          <w:tcPr>
            <w:tcW w:w="1842" w:type="dxa"/>
            <w:vAlign w:val="center"/>
          </w:tcPr>
          <w:p w14:paraId="5D4DAB3B" w14:textId="42018B99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  <w:tc>
          <w:tcPr>
            <w:tcW w:w="1784" w:type="dxa"/>
            <w:vAlign w:val="center"/>
          </w:tcPr>
          <w:p w14:paraId="07AED9F2" w14:textId="505533B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iam</w:t>
            </w:r>
          </w:p>
        </w:tc>
      </w:tr>
      <w:tr w:rsidR="008B4A98" w14:paraId="6FA8FBC2" w14:textId="77777777" w:rsidTr="00E94975">
        <w:tc>
          <w:tcPr>
            <w:tcW w:w="2016" w:type="dxa"/>
            <w:vAlign w:val="center"/>
          </w:tcPr>
          <w:p w14:paraId="45019607" w14:textId="6518E119" w:rsidR="008B4A98" w:rsidRDefault="0053061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Then</w:t>
            </w:r>
          </w:p>
        </w:tc>
        <w:tc>
          <w:tcPr>
            <w:tcW w:w="1661" w:type="dxa"/>
            <w:vAlign w:val="center"/>
          </w:tcPr>
          <w:p w14:paraId="68E5638E" w14:textId="45E8AB20" w:rsidR="008B4A98" w:rsidRDefault="00FA79D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grew</w:t>
            </w:r>
          </w:p>
        </w:tc>
        <w:tc>
          <w:tcPr>
            <w:tcW w:w="1762" w:type="dxa"/>
            <w:vAlign w:val="center"/>
          </w:tcPr>
          <w:p w14:paraId="432936B2" w14:textId="49660648" w:rsidR="008B4A98" w:rsidRDefault="00FA79D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clanking</w:t>
            </w:r>
          </w:p>
        </w:tc>
        <w:tc>
          <w:tcPr>
            <w:tcW w:w="1725" w:type="dxa"/>
            <w:vAlign w:val="center"/>
          </w:tcPr>
          <w:p w14:paraId="1F242B06" w14:textId="61021A83" w:rsidR="008B4A98" w:rsidRDefault="00FA79D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got closer</w:t>
            </w:r>
          </w:p>
        </w:tc>
        <w:tc>
          <w:tcPr>
            <w:tcW w:w="1842" w:type="dxa"/>
            <w:vAlign w:val="center"/>
          </w:tcPr>
          <w:p w14:paraId="49934F49" w14:textId="4BF87339" w:rsidR="008B4A98" w:rsidRDefault="00FA79D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784" w:type="dxa"/>
            <w:vAlign w:val="center"/>
          </w:tcPr>
          <w:p w14:paraId="33556FA6" w14:textId="4AE8723C" w:rsidR="008B4A98" w:rsidRDefault="00FA79D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now</w:t>
            </w:r>
          </w:p>
        </w:tc>
      </w:tr>
      <w:tr w:rsidR="008B4A98" w14:paraId="16756535" w14:textId="77777777" w:rsidTr="00E94975">
        <w:tc>
          <w:tcPr>
            <w:tcW w:w="2016" w:type="dxa"/>
            <w:vAlign w:val="center"/>
          </w:tcPr>
          <w:p w14:paraId="431FFF99" w14:textId="6FACCF3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ut</w:t>
            </w:r>
          </w:p>
        </w:tc>
        <w:tc>
          <w:tcPr>
            <w:tcW w:w="1661" w:type="dxa"/>
            <w:vAlign w:val="center"/>
          </w:tcPr>
          <w:p w14:paraId="3D9D6973" w14:textId="53972B0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in</w:t>
            </w:r>
          </w:p>
        </w:tc>
        <w:tc>
          <w:tcPr>
            <w:tcW w:w="1762" w:type="dxa"/>
            <w:vAlign w:val="center"/>
          </w:tcPr>
          <w:p w14:paraId="5AE32496" w14:textId="6959A91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limine</w:t>
            </w:r>
          </w:p>
        </w:tc>
        <w:tc>
          <w:tcPr>
            <w:tcW w:w="1725" w:type="dxa"/>
            <w:vAlign w:val="center"/>
          </w:tcPr>
          <w:p w14:paraId="56FF7717" w14:textId="2FB8CE7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iam</w:t>
            </w:r>
          </w:p>
        </w:tc>
        <w:tc>
          <w:tcPr>
            <w:tcW w:w="1842" w:type="dxa"/>
            <w:vAlign w:val="center"/>
          </w:tcPr>
          <w:p w14:paraId="21889D13" w14:textId="5FD68A4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ut</w:t>
            </w:r>
          </w:p>
        </w:tc>
        <w:tc>
          <w:tcPr>
            <w:tcW w:w="1784" w:type="dxa"/>
            <w:vAlign w:val="center"/>
          </w:tcPr>
          <w:p w14:paraId="10FEB513" w14:textId="44835262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intra</w:t>
            </w:r>
          </w:p>
        </w:tc>
      </w:tr>
      <w:tr w:rsidR="008B4A98" w14:paraId="5B6942FC" w14:textId="77777777" w:rsidTr="00E94975">
        <w:tc>
          <w:tcPr>
            <w:tcW w:w="2016" w:type="dxa"/>
            <w:vAlign w:val="center"/>
          </w:tcPr>
          <w:p w14:paraId="30B86AC9" w14:textId="5D8973E1" w:rsidR="008B4A98" w:rsidRDefault="00FA79D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</w:t>
            </w:r>
          </w:p>
        </w:tc>
        <w:tc>
          <w:tcPr>
            <w:tcW w:w="1661" w:type="dxa"/>
            <w:vAlign w:val="center"/>
          </w:tcPr>
          <w:p w14:paraId="2DE57444" w14:textId="208BF343" w:rsidR="008B4A98" w:rsidRDefault="00FA79D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</w:t>
            </w:r>
          </w:p>
        </w:tc>
        <w:tc>
          <w:tcPr>
            <w:tcW w:w="1762" w:type="dxa"/>
            <w:vAlign w:val="center"/>
          </w:tcPr>
          <w:p w14:paraId="56AA26F9" w14:textId="469A8D11" w:rsidR="008B4A98" w:rsidRDefault="00FA79D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threshold</w:t>
            </w:r>
          </w:p>
        </w:tc>
        <w:tc>
          <w:tcPr>
            <w:tcW w:w="1725" w:type="dxa"/>
            <w:vAlign w:val="center"/>
          </w:tcPr>
          <w:p w14:paraId="58A6093B" w14:textId="46312773" w:rsidR="008B4A98" w:rsidRDefault="00FA79D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now</w:t>
            </w:r>
          </w:p>
        </w:tc>
        <w:tc>
          <w:tcPr>
            <w:tcW w:w="1842" w:type="dxa"/>
            <w:vAlign w:val="center"/>
          </w:tcPr>
          <w:p w14:paraId="74BCF00D" w14:textId="6B8FDF33" w:rsidR="008B4A98" w:rsidRDefault="00FA79D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</w:t>
            </w:r>
          </w:p>
        </w:tc>
        <w:tc>
          <w:tcPr>
            <w:tcW w:w="1784" w:type="dxa"/>
            <w:vAlign w:val="center"/>
          </w:tcPr>
          <w:p w14:paraId="0F5217D7" w14:textId="5AD58F71" w:rsidR="008B4A98" w:rsidRDefault="00FA79D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inside</w:t>
            </w:r>
          </w:p>
        </w:tc>
      </w:tr>
      <w:tr w:rsidR="008B4A98" w14:paraId="3B6E3F60" w14:textId="77777777" w:rsidTr="00E94975">
        <w:tc>
          <w:tcPr>
            <w:tcW w:w="2016" w:type="dxa"/>
            <w:vAlign w:val="center"/>
          </w:tcPr>
          <w:p w14:paraId="78DF5693" w14:textId="7CFC40DB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limen</w:t>
            </w:r>
          </w:p>
        </w:tc>
        <w:tc>
          <w:tcPr>
            <w:tcW w:w="1661" w:type="dxa"/>
            <w:vAlign w:val="center"/>
          </w:tcPr>
          <w:p w14:paraId="2B0946CE" w14:textId="3FFACFD3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audiri</w:t>
            </w:r>
            <w:r w:rsidR="001E17AB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762" w:type="dxa"/>
            <w:vAlign w:val="center"/>
          </w:tcPr>
          <w:p w14:paraId="1DEE1AFD" w14:textId="63A4E8B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respicit</w:t>
            </w:r>
          </w:p>
        </w:tc>
        <w:tc>
          <w:tcPr>
            <w:tcW w:w="1725" w:type="dxa"/>
            <w:vAlign w:val="center"/>
          </w:tcPr>
          <w:p w14:paraId="528E20B2" w14:textId="48807299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videt</w:t>
            </w:r>
          </w:p>
        </w:tc>
        <w:tc>
          <w:tcPr>
            <w:tcW w:w="1842" w:type="dxa"/>
            <w:vAlign w:val="center"/>
          </w:tcPr>
          <w:p w14:paraId="31891CC3" w14:textId="02B9215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agnoscitque</w:t>
            </w:r>
          </w:p>
        </w:tc>
        <w:tc>
          <w:tcPr>
            <w:tcW w:w="1784" w:type="dxa"/>
            <w:vAlign w:val="center"/>
          </w:tcPr>
          <w:p w14:paraId="74214558" w14:textId="133FC9B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narratam</w:t>
            </w:r>
          </w:p>
        </w:tc>
      </w:tr>
      <w:tr w:rsidR="008B4A98" w14:paraId="53B4A404" w14:textId="77777777" w:rsidTr="00E94975">
        <w:tc>
          <w:tcPr>
            <w:tcW w:w="2016" w:type="dxa"/>
            <w:vAlign w:val="center"/>
          </w:tcPr>
          <w:p w14:paraId="0F8209D7" w14:textId="547BCAB3" w:rsidR="008B4A98" w:rsidRDefault="00FA79D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threshold</w:t>
            </w:r>
          </w:p>
        </w:tc>
        <w:tc>
          <w:tcPr>
            <w:tcW w:w="1661" w:type="dxa"/>
            <w:vAlign w:val="center"/>
          </w:tcPr>
          <w:p w14:paraId="0AC026EB" w14:textId="4C06E7E3" w:rsidR="008B4A98" w:rsidRDefault="001E17A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 was heard</w:t>
            </w:r>
          </w:p>
        </w:tc>
        <w:tc>
          <w:tcPr>
            <w:tcW w:w="1762" w:type="dxa"/>
            <w:vAlign w:val="center"/>
          </w:tcPr>
          <w:p w14:paraId="08A1C67D" w14:textId="519E7776" w:rsidR="008B4A98" w:rsidRDefault="001E17A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looks back</w:t>
            </w:r>
          </w:p>
        </w:tc>
        <w:tc>
          <w:tcPr>
            <w:tcW w:w="1725" w:type="dxa"/>
            <w:vAlign w:val="center"/>
          </w:tcPr>
          <w:p w14:paraId="414856F8" w14:textId="515BEBCB" w:rsidR="008B4A98" w:rsidRDefault="001E17A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sees</w:t>
            </w:r>
          </w:p>
        </w:tc>
        <w:tc>
          <w:tcPr>
            <w:tcW w:w="1842" w:type="dxa"/>
            <w:vAlign w:val="center"/>
          </w:tcPr>
          <w:p w14:paraId="0F3D2C5B" w14:textId="49E0862E" w:rsidR="008B4A98" w:rsidRDefault="001E17A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recognizes</w:t>
            </w:r>
          </w:p>
        </w:tc>
        <w:tc>
          <w:tcPr>
            <w:tcW w:w="1784" w:type="dxa"/>
            <w:vAlign w:val="center"/>
          </w:tcPr>
          <w:p w14:paraId="38DB64BE" w14:textId="263A3C4A" w:rsidR="008B4A98" w:rsidRDefault="00122DA5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described</w:t>
            </w:r>
          </w:p>
        </w:tc>
      </w:tr>
      <w:tr w:rsidR="008B4A98" w14:paraId="1E727B24" w14:textId="77777777" w:rsidTr="00E94975">
        <w:tc>
          <w:tcPr>
            <w:tcW w:w="2016" w:type="dxa"/>
            <w:vAlign w:val="center"/>
          </w:tcPr>
          <w:p w14:paraId="65EE0D87" w14:textId="112A282F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sibi</w:t>
            </w:r>
          </w:p>
        </w:tc>
        <w:tc>
          <w:tcPr>
            <w:tcW w:w="1661" w:type="dxa"/>
            <w:vAlign w:val="center"/>
          </w:tcPr>
          <w:p w14:paraId="7889DAC4" w14:textId="46A4805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effigiem</w:t>
            </w:r>
            <w:r w:rsidR="009376F4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762" w:type="dxa"/>
            <w:vAlign w:val="center"/>
          </w:tcPr>
          <w:p w14:paraId="5B9A9287" w14:textId="7D18E47E" w:rsidR="008B4A98" w:rsidRDefault="00122DA5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tabat</w:t>
            </w:r>
          </w:p>
        </w:tc>
        <w:tc>
          <w:tcPr>
            <w:tcW w:w="1725" w:type="dxa"/>
            <w:vAlign w:val="center"/>
          </w:tcPr>
          <w:p w14:paraId="53F43283" w14:textId="5710D189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innuebatque</w:t>
            </w:r>
          </w:p>
        </w:tc>
        <w:tc>
          <w:tcPr>
            <w:tcW w:w="1842" w:type="dxa"/>
            <w:vAlign w:val="center"/>
          </w:tcPr>
          <w:p w14:paraId="5A42B3E4" w14:textId="3B4368D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digito</w:t>
            </w:r>
          </w:p>
        </w:tc>
        <w:tc>
          <w:tcPr>
            <w:tcW w:w="1784" w:type="dxa"/>
            <w:vAlign w:val="center"/>
          </w:tcPr>
          <w:p w14:paraId="4BFC05AC" w14:textId="24199B1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similis</w:t>
            </w:r>
          </w:p>
        </w:tc>
      </w:tr>
      <w:tr w:rsidR="008B4A98" w14:paraId="07D19325" w14:textId="77777777" w:rsidTr="00E94975">
        <w:tc>
          <w:tcPr>
            <w:tcW w:w="2016" w:type="dxa"/>
            <w:vAlign w:val="center"/>
          </w:tcPr>
          <w:p w14:paraId="28EADDE2" w14:textId="350EDA97" w:rsidR="008B4A98" w:rsidRDefault="00122DA5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him</w:t>
            </w:r>
          </w:p>
        </w:tc>
        <w:tc>
          <w:tcPr>
            <w:tcW w:w="1661" w:type="dxa"/>
            <w:vAlign w:val="center"/>
          </w:tcPr>
          <w:p w14:paraId="554EFDB8" w14:textId="43DE7CD3" w:rsidR="008B4A98" w:rsidRDefault="00122DA5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effigy</w:t>
            </w:r>
          </w:p>
        </w:tc>
        <w:tc>
          <w:tcPr>
            <w:tcW w:w="1762" w:type="dxa"/>
            <w:vAlign w:val="center"/>
          </w:tcPr>
          <w:p w14:paraId="526854C8" w14:textId="21A13110" w:rsidR="008B4A98" w:rsidRDefault="009376F4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 was standing</w:t>
            </w:r>
          </w:p>
        </w:tc>
        <w:tc>
          <w:tcPr>
            <w:tcW w:w="1725" w:type="dxa"/>
            <w:vAlign w:val="center"/>
          </w:tcPr>
          <w:p w14:paraId="07896DCD" w14:textId="5B8EDD6C" w:rsidR="008B4A98" w:rsidRDefault="004A380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gesturing</w:t>
            </w:r>
          </w:p>
        </w:tc>
        <w:tc>
          <w:tcPr>
            <w:tcW w:w="1842" w:type="dxa"/>
            <w:vAlign w:val="center"/>
          </w:tcPr>
          <w:p w14:paraId="3E460F97" w14:textId="59E58D6B" w:rsidR="008B4A98" w:rsidRDefault="004A380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a finger</w:t>
            </w:r>
          </w:p>
        </w:tc>
        <w:tc>
          <w:tcPr>
            <w:tcW w:w="1784" w:type="dxa"/>
            <w:vAlign w:val="center"/>
          </w:tcPr>
          <w:p w14:paraId="20D0DD96" w14:textId="3E141883" w:rsidR="008B4A98" w:rsidRDefault="00646569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like one</w:t>
            </w:r>
          </w:p>
        </w:tc>
      </w:tr>
      <w:tr w:rsidR="008B4A98" w14:paraId="266694B0" w14:textId="77777777" w:rsidTr="00E94975">
        <w:tc>
          <w:tcPr>
            <w:tcW w:w="2016" w:type="dxa"/>
            <w:vAlign w:val="center"/>
          </w:tcPr>
          <w:p w14:paraId="41D15A60" w14:textId="39A9017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vocanti</w:t>
            </w:r>
            <w:r w:rsidR="00646569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661" w:type="dxa"/>
            <w:vAlign w:val="center"/>
          </w:tcPr>
          <w:p w14:paraId="1784FE87" w14:textId="54D06D50" w:rsidR="008B4A98" w:rsidRDefault="00646569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h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ic</w:t>
            </w:r>
          </w:p>
        </w:tc>
        <w:tc>
          <w:tcPr>
            <w:tcW w:w="1762" w:type="dxa"/>
            <w:vAlign w:val="center"/>
          </w:tcPr>
          <w:p w14:paraId="642538DD" w14:textId="684EB334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contra</w:t>
            </w:r>
          </w:p>
        </w:tc>
        <w:tc>
          <w:tcPr>
            <w:tcW w:w="1725" w:type="dxa"/>
            <w:vAlign w:val="center"/>
          </w:tcPr>
          <w:p w14:paraId="03035C7E" w14:textId="2E3DC4AF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ut</w:t>
            </w:r>
          </w:p>
        </w:tc>
        <w:tc>
          <w:tcPr>
            <w:tcW w:w="1842" w:type="dxa"/>
            <w:vAlign w:val="center"/>
          </w:tcPr>
          <w:p w14:paraId="32FFF7F6" w14:textId="12AF2B8B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paulum</w:t>
            </w:r>
          </w:p>
        </w:tc>
        <w:tc>
          <w:tcPr>
            <w:tcW w:w="1784" w:type="dxa"/>
            <w:vAlign w:val="center"/>
          </w:tcPr>
          <w:p w14:paraId="20D855F6" w14:textId="65262F49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exspectaret</w:t>
            </w:r>
          </w:p>
        </w:tc>
      </w:tr>
      <w:tr w:rsidR="008B4A98" w14:paraId="78F2455D" w14:textId="77777777" w:rsidTr="00E94975">
        <w:tc>
          <w:tcPr>
            <w:tcW w:w="2016" w:type="dxa"/>
            <w:vAlign w:val="center"/>
          </w:tcPr>
          <w:p w14:paraId="4862E101" w14:textId="5226E842" w:rsidR="008B4A98" w:rsidRDefault="00646569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summoning</w:t>
            </w:r>
          </w:p>
        </w:tc>
        <w:tc>
          <w:tcPr>
            <w:tcW w:w="1661" w:type="dxa"/>
            <w:vAlign w:val="center"/>
          </w:tcPr>
          <w:p w14:paraId="145EBEA1" w14:textId="1DBA0887" w:rsidR="008B4A98" w:rsidRDefault="00646569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This one</w:t>
            </w:r>
          </w:p>
        </w:tc>
        <w:tc>
          <w:tcPr>
            <w:tcW w:w="1762" w:type="dxa"/>
            <w:vAlign w:val="center"/>
          </w:tcPr>
          <w:p w14:paraId="11C3E31C" w14:textId="46F57C37" w:rsidR="008B4A98" w:rsidRDefault="00646569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response</w:t>
            </w:r>
          </w:p>
        </w:tc>
        <w:tc>
          <w:tcPr>
            <w:tcW w:w="1725" w:type="dxa"/>
            <w:vAlign w:val="center"/>
          </w:tcPr>
          <w:p w14:paraId="22EC5AA0" w14:textId="20B2C53F" w:rsidR="008B4A98" w:rsidRDefault="00A95A3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</w:t>
            </w:r>
          </w:p>
        </w:tc>
        <w:tc>
          <w:tcPr>
            <w:tcW w:w="1842" w:type="dxa"/>
            <w:vAlign w:val="center"/>
          </w:tcPr>
          <w:p w14:paraId="605D8177" w14:textId="2D0C081B" w:rsidR="008B4A98" w:rsidRDefault="00A95A3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little</w:t>
            </w:r>
          </w:p>
        </w:tc>
        <w:tc>
          <w:tcPr>
            <w:tcW w:w="1784" w:type="dxa"/>
            <w:vAlign w:val="center"/>
          </w:tcPr>
          <w:p w14:paraId="7E3CAE29" w14:textId="428F05CE" w:rsidR="008B4A98" w:rsidRDefault="00A95A3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should wait</w:t>
            </w:r>
          </w:p>
        </w:tc>
      </w:tr>
      <w:tr w:rsidR="008B4A98" w14:paraId="3718138B" w14:textId="77777777" w:rsidTr="00E94975">
        <w:tc>
          <w:tcPr>
            <w:tcW w:w="2016" w:type="dxa"/>
            <w:vAlign w:val="center"/>
          </w:tcPr>
          <w:p w14:paraId="510CFA62" w14:textId="04F101C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manu</w:t>
            </w:r>
          </w:p>
        </w:tc>
        <w:tc>
          <w:tcPr>
            <w:tcW w:w="1661" w:type="dxa"/>
            <w:vAlign w:val="center"/>
          </w:tcPr>
          <w:p w14:paraId="79EE754A" w14:textId="2CDDE53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significat</w:t>
            </w:r>
          </w:p>
        </w:tc>
        <w:tc>
          <w:tcPr>
            <w:tcW w:w="1762" w:type="dxa"/>
            <w:vAlign w:val="center"/>
          </w:tcPr>
          <w:p w14:paraId="4C16831B" w14:textId="57B04CF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rursusque</w:t>
            </w:r>
          </w:p>
        </w:tc>
        <w:tc>
          <w:tcPr>
            <w:tcW w:w="1725" w:type="dxa"/>
            <w:vAlign w:val="center"/>
          </w:tcPr>
          <w:p w14:paraId="16B079F4" w14:textId="2185B0F2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ceris</w:t>
            </w:r>
          </w:p>
        </w:tc>
        <w:tc>
          <w:tcPr>
            <w:tcW w:w="1842" w:type="dxa"/>
            <w:vAlign w:val="center"/>
          </w:tcPr>
          <w:p w14:paraId="0B4342A3" w14:textId="20E1E824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  <w:tc>
          <w:tcPr>
            <w:tcW w:w="1784" w:type="dxa"/>
            <w:vAlign w:val="center"/>
          </w:tcPr>
          <w:p w14:paraId="2E601526" w14:textId="159377B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stilo</w:t>
            </w:r>
          </w:p>
        </w:tc>
      </w:tr>
      <w:tr w:rsidR="008B4A98" w14:paraId="5AAF78B3" w14:textId="77777777" w:rsidTr="00E94975">
        <w:tc>
          <w:tcPr>
            <w:tcW w:w="2016" w:type="dxa"/>
            <w:vAlign w:val="center"/>
          </w:tcPr>
          <w:p w14:paraId="31B292F0" w14:textId="7B38F7F2" w:rsidR="008B4A98" w:rsidRDefault="00A95A3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his hand</w:t>
            </w:r>
          </w:p>
        </w:tc>
        <w:tc>
          <w:tcPr>
            <w:tcW w:w="1661" w:type="dxa"/>
            <w:vAlign w:val="center"/>
          </w:tcPr>
          <w:p w14:paraId="2ABBDA0E" w14:textId="3095F395" w:rsidR="008B4A98" w:rsidRDefault="00A95A3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gestures</w:t>
            </w:r>
          </w:p>
        </w:tc>
        <w:tc>
          <w:tcPr>
            <w:tcW w:w="1762" w:type="dxa"/>
            <w:vAlign w:val="center"/>
          </w:tcPr>
          <w:p w14:paraId="03A90EE6" w14:textId="45C2FD99" w:rsidR="008B4A98" w:rsidRDefault="00A95A3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again</w:t>
            </w:r>
          </w:p>
        </w:tc>
        <w:tc>
          <w:tcPr>
            <w:tcW w:w="1725" w:type="dxa"/>
            <w:vAlign w:val="center"/>
          </w:tcPr>
          <w:p w14:paraId="07AD4FCC" w14:textId="1A926749" w:rsidR="008B4A98" w:rsidRDefault="00A95A3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wax tablets</w:t>
            </w:r>
          </w:p>
        </w:tc>
        <w:tc>
          <w:tcPr>
            <w:tcW w:w="1842" w:type="dxa"/>
            <w:vAlign w:val="center"/>
          </w:tcPr>
          <w:p w14:paraId="1EDAE81A" w14:textId="786C2314" w:rsidR="008B4A98" w:rsidRDefault="00A95A3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784" w:type="dxa"/>
            <w:vAlign w:val="center"/>
          </w:tcPr>
          <w:p w14:paraId="4F07009D" w14:textId="4B1E6818" w:rsidR="008B4A98" w:rsidRDefault="00A95A3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stylus</w:t>
            </w:r>
          </w:p>
        </w:tc>
      </w:tr>
      <w:tr w:rsidR="008B4A98" w14:paraId="2D9800A9" w14:textId="77777777" w:rsidTr="00E94975">
        <w:tc>
          <w:tcPr>
            <w:tcW w:w="2016" w:type="dxa"/>
            <w:vAlign w:val="center"/>
          </w:tcPr>
          <w:p w14:paraId="0310F13A" w14:textId="688C3C8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incumbit</w:t>
            </w:r>
            <w:r w:rsidR="00A95A3C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661" w:type="dxa"/>
            <w:vAlign w:val="center"/>
          </w:tcPr>
          <w:p w14:paraId="3C02EA81" w14:textId="2201DB50" w:rsidR="008B4A98" w:rsidRDefault="00A95A3C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lla</w:t>
            </w:r>
          </w:p>
        </w:tc>
        <w:tc>
          <w:tcPr>
            <w:tcW w:w="1762" w:type="dxa"/>
            <w:vAlign w:val="center"/>
          </w:tcPr>
          <w:p w14:paraId="56EB25B0" w14:textId="1DA3DD0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scribentis</w:t>
            </w:r>
          </w:p>
        </w:tc>
        <w:tc>
          <w:tcPr>
            <w:tcW w:w="1725" w:type="dxa"/>
            <w:vAlign w:val="center"/>
          </w:tcPr>
          <w:p w14:paraId="1611C514" w14:textId="326339B9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capiti</w:t>
            </w:r>
          </w:p>
        </w:tc>
        <w:tc>
          <w:tcPr>
            <w:tcW w:w="1842" w:type="dxa"/>
            <w:vAlign w:val="center"/>
          </w:tcPr>
          <w:p w14:paraId="42C25892" w14:textId="23AA426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catenis</w:t>
            </w:r>
          </w:p>
        </w:tc>
        <w:tc>
          <w:tcPr>
            <w:tcW w:w="1784" w:type="dxa"/>
            <w:vAlign w:val="center"/>
          </w:tcPr>
          <w:p w14:paraId="34CCBDBE" w14:textId="55C32FBB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insonabat</w:t>
            </w:r>
          </w:p>
        </w:tc>
      </w:tr>
      <w:tr w:rsidR="008B4A98" w14:paraId="158C449E" w14:textId="77777777" w:rsidTr="00E94975">
        <w:tc>
          <w:tcPr>
            <w:tcW w:w="2016" w:type="dxa"/>
            <w:vAlign w:val="center"/>
          </w:tcPr>
          <w:p w14:paraId="3B5E16AE" w14:textId="619F4D3B" w:rsidR="008B4A98" w:rsidRDefault="00A95A3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hunches over</w:t>
            </w:r>
          </w:p>
        </w:tc>
        <w:tc>
          <w:tcPr>
            <w:tcW w:w="1661" w:type="dxa"/>
            <w:vAlign w:val="center"/>
          </w:tcPr>
          <w:p w14:paraId="2398EF66" w14:textId="6216F574" w:rsidR="008B4A98" w:rsidRDefault="00A95A3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 one</w:t>
            </w:r>
          </w:p>
        </w:tc>
        <w:tc>
          <w:tcPr>
            <w:tcW w:w="1762" w:type="dxa"/>
            <w:vAlign w:val="center"/>
          </w:tcPr>
          <w:p w14:paraId="3D24DBE5" w14:textId="7D56CFE4" w:rsidR="008B4A98" w:rsidRDefault="00A95A3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one writing</w:t>
            </w:r>
          </w:p>
        </w:tc>
        <w:tc>
          <w:tcPr>
            <w:tcW w:w="1725" w:type="dxa"/>
            <w:vAlign w:val="center"/>
          </w:tcPr>
          <w:p w14:paraId="4A14B0BD" w14:textId="3997F50B" w:rsidR="008B4A98" w:rsidRDefault="00A95A3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over the head</w:t>
            </w:r>
          </w:p>
        </w:tc>
        <w:tc>
          <w:tcPr>
            <w:tcW w:w="1842" w:type="dxa"/>
            <w:vAlign w:val="center"/>
          </w:tcPr>
          <w:p w14:paraId="16CD269E" w14:textId="4271BAA1" w:rsidR="008B4A98" w:rsidRDefault="00A95A3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the chains</w:t>
            </w:r>
          </w:p>
        </w:tc>
        <w:tc>
          <w:tcPr>
            <w:tcW w:w="1784" w:type="dxa"/>
            <w:vAlign w:val="center"/>
          </w:tcPr>
          <w:p w14:paraId="574F3AB6" w14:textId="0D24EBAC" w:rsidR="008B4A98" w:rsidRDefault="00A95A3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kept making sounds.</w:t>
            </w:r>
          </w:p>
        </w:tc>
      </w:tr>
      <w:tr w:rsidR="008B4A98" w14:paraId="70A7B7EA" w14:textId="77777777" w:rsidTr="00E94975">
        <w:tc>
          <w:tcPr>
            <w:tcW w:w="2016" w:type="dxa"/>
            <w:vAlign w:val="center"/>
          </w:tcPr>
          <w:p w14:paraId="00E56B2B" w14:textId="41722962" w:rsidR="008B4A98" w:rsidRDefault="001D4E5E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r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espicit</w:t>
            </w:r>
          </w:p>
        </w:tc>
        <w:tc>
          <w:tcPr>
            <w:tcW w:w="1661" w:type="dxa"/>
            <w:vAlign w:val="center"/>
          </w:tcPr>
          <w:p w14:paraId="7C4D13AE" w14:textId="0B5284A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rursus</w:t>
            </w:r>
          </w:p>
        </w:tc>
        <w:tc>
          <w:tcPr>
            <w:tcW w:w="1762" w:type="dxa"/>
            <w:vAlign w:val="center"/>
          </w:tcPr>
          <w:p w14:paraId="33F8E9DB" w14:textId="77B6DBD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idem</w:t>
            </w:r>
          </w:p>
        </w:tc>
        <w:tc>
          <w:tcPr>
            <w:tcW w:w="1725" w:type="dxa"/>
            <w:vAlign w:val="center"/>
          </w:tcPr>
          <w:p w14:paraId="6F304E4C" w14:textId="3D1BDE22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quod</w:t>
            </w:r>
          </w:p>
        </w:tc>
        <w:tc>
          <w:tcPr>
            <w:tcW w:w="1842" w:type="dxa"/>
            <w:vAlign w:val="center"/>
          </w:tcPr>
          <w:p w14:paraId="2B38AE59" w14:textId="712585E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prius</w:t>
            </w:r>
          </w:p>
        </w:tc>
        <w:tc>
          <w:tcPr>
            <w:tcW w:w="1784" w:type="dxa"/>
            <w:vAlign w:val="center"/>
          </w:tcPr>
          <w:p w14:paraId="38856606" w14:textId="478F010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innuentem</w:t>
            </w:r>
          </w:p>
        </w:tc>
      </w:tr>
      <w:tr w:rsidR="008B4A98" w14:paraId="7FBE74C6" w14:textId="77777777" w:rsidTr="00E94975">
        <w:tc>
          <w:tcPr>
            <w:tcW w:w="2016" w:type="dxa"/>
            <w:vAlign w:val="center"/>
          </w:tcPr>
          <w:p w14:paraId="6D476DA3" w14:textId="3B8A795E" w:rsidR="008B4A98" w:rsidRDefault="007477A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looks back</w:t>
            </w:r>
          </w:p>
        </w:tc>
        <w:tc>
          <w:tcPr>
            <w:tcW w:w="1661" w:type="dxa"/>
            <w:vAlign w:val="center"/>
          </w:tcPr>
          <w:p w14:paraId="6845FA20" w14:textId="05E6FFCE" w:rsidR="008B4A98" w:rsidRDefault="0060000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Again</w:t>
            </w:r>
          </w:p>
        </w:tc>
        <w:tc>
          <w:tcPr>
            <w:tcW w:w="1762" w:type="dxa"/>
            <w:vAlign w:val="center"/>
          </w:tcPr>
          <w:p w14:paraId="5F999DD3" w14:textId="52BBF659" w:rsidR="008B4A98" w:rsidRDefault="00F0179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same thing</w:t>
            </w:r>
          </w:p>
        </w:tc>
        <w:tc>
          <w:tcPr>
            <w:tcW w:w="1725" w:type="dxa"/>
            <w:vAlign w:val="center"/>
          </w:tcPr>
          <w:p w14:paraId="23489FB1" w14:textId="1CD7696A" w:rsidR="008B4A98" w:rsidRDefault="00F0179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</w:t>
            </w:r>
          </w:p>
        </w:tc>
        <w:tc>
          <w:tcPr>
            <w:tcW w:w="1842" w:type="dxa"/>
            <w:vAlign w:val="center"/>
          </w:tcPr>
          <w:p w14:paraId="3422FC54" w14:textId="46ED865B" w:rsidR="008B4A98" w:rsidRDefault="00F0179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before</w:t>
            </w:r>
          </w:p>
        </w:tc>
        <w:tc>
          <w:tcPr>
            <w:tcW w:w="1784" w:type="dxa"/>
            <w:vAlign w:val="center"/>
          </w:tcPr>
          <w:p w14:paraId="3D36F0BE" w14:textId="01698587" w:rsidR="008B4A98" w:rsidRDefault="007477A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at the one gesturing</w:t>
            </w:r>
          </w:p>
        </w:tc>
      </w:tr>
      <w:tr w:rsidR="008B4A98" w14:paraId="347DA5A3" w14:textId="77777777" w:rsidTr="00E94975">
        <w:tc>
          <w:tcPr>
            <w:tcW w:w="2016" w:type="dxa"/>
            <w:vAlign w:val="center"/>
          </w:tcPr>
          <w:p w14:paraId="642E179F" w14:textId="54274B0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nec</w:t>
            </w:r>
          </w:p>
        </w:tc>
        <w:tc>
          <w:tcPr>
            <w:tcW w:w="1661" w:type="dxa"/>
            <w:vAlign w:val="center"/>
          </w:tcPr>
          <w:p w14:paraId="574D2094" w14:textId="02760B1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moratus</w:t>
            </w:r>
          </w:p>
        </w:tc>
        <w:tc>
          <w:tcPr>
            <w:tcW w:w="1762" w:type="dxa"/>
            <w:vAlign w:val="center"/>
          </w:tcPr>
          <w:p w14:paraId="44E7A43C" w14:textId="0593FFA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tollit</w:t>
            </w:r>
          </w:p>
        </w:tc>
        <w:tc>
          <w:tcPr>
            <w:tcW w:w="1725" w:type="dxa"/>
            <w:vAlign w:val="center"/>
          </w:tcPr>
          <w:p w14:paraId="05945CCE" w14:textId="19C41134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lumen</w:t>
            </w:r>
          </w:p>
        </w:tc>
        <w:tc>
          <w:tcPr>
            <w:tcW w:w="1842" w:type="dxa"/>
            <w:vAlign w:val="center"/>
          </w:tcPr>
          <w:p w14:paraId="27B8F77F" w14:textId="11D4A65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  <w:tc>
          <w:tcPr>
            <w:tcW w:w="1784" w:type="dxa"/>
            <w:vAlign w:val="center"/>
          </w:tcPr>
          <w:p w14:paraId="7DFB8080" w14:textId="5B408DA2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sequitur</w:t>
            </w:r>
            <w:r w:rsidR="000A3DC9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</w:tr>
      <w:tr w:rsidR="008B4A98" w14:paraId="24C3326C" w14:textId="77777777" w:rsidTr="00E94975">
        <w:tc>
          <w:tcPr>
            <w:tcW w:w="2016" w:type="dxa"/>
            <w:vAlign w:val="center"/>
          </w:tcPr>
          <w:p w14:paraId="534830B6" w14:textId="2C70238B" w:rsidR="008B4A98" w:rsidRDefault="000A3DC9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not</w:t>
            </w:r>
          </w:p>
        </w:tc>
        <w:tc>
          <w:tcPr>
            <w:tcW w:w="1661" w:type="dxa"/>
            <w:vAlign w:val="center"/>
          </w:tcPr>
          <w:p w14:paraId="13818F6F" w14:textId="22A154A4" w:rsidR="008B4A98" w:rsidRDefault="000A3DC9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having delayed</w:t>
            </w:r>
          </w:p>
        </w:tc>
        <w:tc>
          <w:tcPr>
            <w:tcW w:w="1762" w:type="dxa"/>
            <w:vAlign w:val="center"/>
          </w:tcPr>
          <w:p w14:paraId="6C685C94" w14:textId="78787F39" w:rsidR="008B4A98" w:rsidRDefault="000A3DC9" w:rsidP="008B4A98">
            <w:proofErr w:type="gramStart"/>
            <w:proofErr w:type="gramEnd"/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picks up</w:t>
            </w:r>
          </w:p>
        </w:tc>
        <w:tc>
          <w:tcPr>
            <w:tcW w:w="1725" w:type="dxa"/>
            <w:vAlign w:val="center"/>
          </w:tcPr>
          <w:p w14:paraId="7AB49000" w14:textId="27B4AD26" w:rsidR="008B4A98" w:rsidRDefault="000A3DC9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light</w:t>
            </w:r>
          </w:p>
        </w:tc>
        <w:tc>
          <w:tcPr>
            <w:tcW w:w="1842" w:type="dxa"/>
            <w:vAlign w:val="center"/>
          </w:tcPr>
          <w:p w14:paraId="7C0541F6" w14:textId="609D371B" w:rsidR="008B4A98" w:rsidRDefault="000A3DC9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784" w:type="dxa"/>
            <w:vAlign w:val="center"/>
          </w:tcPr>
          <w:p w14:paraId="70C08535" w14:textId="74F44D25" w:rsidR="008B4A98" w:rsidRDefault="000A3DC9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follows.</w:t>
            </w:r>
          </w:p>
        </w:tc>
      </w:tr>
      <w:tr w:rsidR="008B4A98" w14:paraId="095A76AA" w14:textId="77777777" w:rsidTr="00E94975">
        <w:tc>
          <w:tcPr>
            <w:tcW w:w="2016" w:type="dxa"/>
            <w:vAlign w:val="center"/>
          </w:tcPr>
          <w:p w14:paraId="7FFEDC31" w14:textId="7E8A062C" w:rsidR="008B4A98" w:rsidRDefault="000A3DC9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bat</w:t>
            </w:r>
          </w:p>
        </w:tc>
        <w:tc>
          <w:tcPr>
            <w:tcW w:w="1661" w:type="dxa"/>
            <w:vAlign w:val="center"/>
          </w:tcPr>
          <w:p w14:paraId="6F5237DD" w14:textId="3D66A87A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illa</w:t>
            </w:r>
          </w:p>
        </w:tc>
        <w:tc>
          <w:tcPr>
            <w:tcW w:w="1762" w:type="dxa"/>
            <w:vAlign w:val="center"/>
          </w:tcPr>
          <w:p w14:paraId="40360110" w14:textId="265A1A3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lento</w:t>
            </w:r>
          </w:p>
        </w:tc>
        <w:tc>
          <w:tcPr>
            <w:tcW w:w="1725" w:type="dxa"/>
            <w:vAlign w:val="center"/>
          </w:tcPr>
          <w:p w14:paraId="72D38C50" w14:textId="69AD641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gradu</w:t>
            </w:r>
          </w:p>
        </w:tc>
        <w:tc>
          <w:tcPr>
            <w:tcW w:w="1842" w:type="dxa"/>
            <w:vAlign w:val="center"/>
          </w:tcPr>
          <w:p w14:paraId="38BAE089" w14:textId="3BE5763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quasi</w:t>
            </w:r>
          </w:p>
        </w:tc>
        <w:tc>
          <w:tcPr>
            <w:tcW w:w="1784" w:type="dxa"/>
            <w:vAlign w:val="center"/>
          </w:tcPr>
          <w:p w14:paraId="7444AAD4" w14:textId="6CF5B842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gravis</w:t>
            </w:r>
          </w:p>
        </w:tc>
      </w:tr>
      <w:tr w:rsidR="008B4A98" w14:paraId="558F44FE" w14:textId="77777777" w:rsidTr="00E94975">
        <w:tc>
          <w:tcPr>
            <w:tcW w:w="2016" w:type="dxa"/>
            <w:vAlign w:val="center"/>
          </w:tcPr>
          <w:p w14:paraId="6E86FD98" w14:textId="56A93A6A" w:rsidR="008B4A98" w:rsidRDefault="0096400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going</w:t>
            </w:r>
          </w:p>
        </w:tc>
        <w:tc>
          <w:tcPr>
            <w:tcW w:w="1661" w:type="dxa"/>
            <w:vAlign w:val="center"/>
          </w:tcPr>
          <w:p w14:paraId="4BBBA601" w14:textId="1CE50987" w:rsidR="008B4A98" w:rsidRDefault="0096400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</w:t>
            </w:r>
          </w:p>
        </w:tc>
        <w:tc>
          <w:tcPr>
            <w:tcW w:w="1762" w:type="dxa"/>
            <w:vAlign w:val="center"/>
          </w:tcPr>
          <w:p w14:paraId="78DC62E1" w14:textId="38B19A28" w:rsidR="008B4A98" w:rsidRDefault="005B6DA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a slow</w:t>
            </w:r>
          </w:p>
        </w:tc>
        <w:tc>
          <w:tcPr>
            <w:tcW w:w="1725" w:type="dxa"/>
            <w:vAlign w:val="center"/>
          </w:tcPr>
          <w:p w14:paraId="39CA4EDF" w14:textId="7A0559A5" w:rsidR="008B4A98" w:rsidRDefault="005B6DA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step</w:t>
            </w:r>
          </w:p>
        </w:tc>
        <w:tc>
          <w:tcPr>
            <w:tcW w:w="1842" w:type="dxa"/>
            <w:vAlign w:val="center"/>
          </w:tcPr>
          <w:p w14:paraId="21408187" w14:textId="0BC19B4C" w:rsidR="008B4A98" w:rsidRDefault="005B6DA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if</w:t>
            </w:r>
          </w:p>
        </w:tc>
        <w:tc>
          <w:tcPr>
            <w:tcW w:w="1784" w:type="dxa"/>
            <w:vAlign w:val="center"/>
          </w:tcPr>
          <w:p w14:paraId="42B5DA94" w14:textId="780F4851" w:rsidR="008B4A98" w:rsidRDefault="005B6DA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heavy</w:t>
            </w:r>
          </w:p>
        </w:tc>
      </w:tr>
      <w:tr w:rsidR="008B4A98" w14:paraId="1E785950" w14:textId="77777777" w:rsidTr="00E94975">
        <w:tc>
          <w:tcPr>
            <w:tcW w:w="2016" w:type="dxa"/>
            <w:vAlign w:val="center"/>
          </w:tcPr>
          <w:p w14:paraId="212A7B29" w14:textId="3B62CC8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vinculis</w:t>
            </w:r>
            <w:r w:rsidR="005B6DA2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661" w:type="dxa"/>
            <w:vAlign w:val="center"/>
          </w:tcPr>
          <w:p w14:paraId="75C385A5" w14:textId="51B85230" w:rsidR="008B4A98" w:rsidRDefault="005B6DA2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ostquam</w:t>
            </w:r>
          </w:p>
        </w:tc>
        <w:tc>
          <w:tcPr>
            <w:tcW w:w="1762" w:type="dxa"/>
            <w:vAlign w:val="center"/>
          </w:tcPr>
          <w:p w14:paraId="68EAFC28" w14:textId="39ABF6C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deflexit</w:t>
            </w:r>
          </w:p>
        </w:tc>
        <w:tc>
          <w:tcPr>
            <w:tcW w:w="1725" w:type="dxa"/>
            <w:vAlign w:val="center"/>
          </w:tcPr>
          <w:p w14:paraId="19D8760E" w14:textId="1526099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in</w:t>
            </w:r>
          </w:p>
        </w:tc>
        <w:tc>
          <w:tcPr>
            <w:tcW w:w="1842" w:type="dxa"/>
            <w:vAlign w:val="center"/>
          </w:tcPr>
          <w:p w14:paraId="2035C3AA" w14:textId="6F4A46D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aream</w:t>
            </w:r>
          </w:p>
        </w:tc>
        <w:tc>
          <w:tcPr>
            <w:tcW w:w="1784" w:type="dxa"/>
            <w:vAlign w:val="center"/>
          </w:tcPr>
          <w:p w14:paraId="49A01CA9" w14:textId="0F8C51F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domus</w:t>
            </w:r>
          </w:p>
        </w:tc>
      </w:tr>
      <w:tr w:rsidR="008B4A98" w14:paraId="0268B041" w14:textId="77777777" w:rsidTr="00E94975">
        <w:tc>
          <w:tcPr>
            <w:tcW w:w="2016" w:type="dxa"/>
            <w:vAlign w:val="center"/>
          </w:tcPr>
          <w:p w14:paraId="0A070458" w14:textId="37BBC453" w:rsidR="008B4A98" w:rsidRDefault="005B6DA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chains</w:t>
            </w:r>
          </w:p>
        </w:tc>
        <w:tc>
          <w:tcPr>
            <w:tcW w:w="1661" w:type="dxa"/>
            <w:vAlign w:val="center"/>
          </w:tcPr>
          <w:p w14:paraId="4A3E52E0" w14:textId="772B8E86" w:rsidR="008B4A98" w:rsidRDefault="00094345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After</w:t>
            </w:r>
          </w:p>
        </w:tc>
        <w:tc>
          <w:tcPr>
            <w:tcW w:w="1762" w:type="dxa"/>
            <w:vAlign w:val="center"/>
          </w:tcPr>
          <w:p w14:paraId="53FE29F9" w14:textId="7B686ED6" w:rsidR="008B4A98" w:rsidRDefault="00094345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turned aside</w:t>
            </w:r>
          </w:p>
        </w:tc>
        <w:tc>
          <w:tcPr>
            <w:tcW w:w="1725" w:type="dxa"/>
            <w:vAlign w:val="center"/>
          </w:tcPr>
          <w:p w14:paraId="589D240D" w14:textId="36B33690" w:rsidR="008B4A98" w:rsidRDefault="00094345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into</w:t>
            </w:r>
          </w:p>
        </w:tc>
        <w:tc>
          <w:tcPr>
            <w:tcW w:w="1842" w:type="dxa"/>
            <w:vAlign w:val="center"/>
          </w:tcPr>
          <w:p w14:paraId="1F7CE476" w14:textId="59E1D558" w:rsidR="008B4A98" w:rsidRDefault="00094345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courtyard</w:t>
            </w:r>
          </w:p>
        </w:tc>
        <w:tc>
          <w:tcPr>
            <w:tcW w:w="1784" w:type="dxa"/>
            <w:vAlign w:val="center"/>
          </w:tcPr>
          <w:p w14:paraId="15553F43" w14:textId="6E617636" w:rsidR="008B4A98" w:rsidRDefault="00094345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house</w:t>
            </w:r>
          </w:p>
        </w:tc>
      </w:tr>
      <w:tr w:rsidR="008B4A98" w14:paraId="0FD17DEB" w14:textId="77777777" w:rsidTr="00E94975">
        <w:tc>
          <w:tcPr>
            <w:tcW w:w="2016" w:type="dxa"/>
            <w:vAlign w:val="center"/>
          </w:tcPr>
          <w:p w14:paraId="78CFD9EE" w14:textId="15304812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repente</w:t>
            </w:r>
          </w:p>
        </w:tc>
        <w:tc>
          <w:tcPr>
            <w:tcW w:w="1661" w:type="dxa"/>
            <w:vAlign w:val="center"/>
          </w:tcPr>
          <w:p w14:paraId="58E87386" w14:textId="784992E2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dilapsa</w:t>
            </w:r>
          </w:p>
        </w:tc>
        <w:tc>
          <w:tcPr>
            <w:tcW w:w="1762" w:type="dxa"/>
            <w:vAlign w:val="center"/>
          </w:tcPr>
          <w:p w14:paraId="68A4C374" w14:textId="3994D8B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deserit</w:t>
            </w:r>
          </w:p>
        </w:tc>
        <w:tc>
          <w:tcPr>
            <w:tcW w:w="1725" w:type="dxa"/>
            <w:vAlign w:val="center"/>
          </w:tcPr>
          <w:p w14:paraId="13EB28F0" w14:textId="1E4AE4F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comitem</w:t>
            </w:r>
          </w:p>
        </w:tc>
        <w:tc>
          <w:tcPr>
            <w:tcW w:w="1842" w:type="dxa"/>
            <w:vAlign w:val="center"/>
          </w:tcPr>
          <w:p w14:paraId="3F8E32F7" w14:textId="61E20132" w:rsidR="008B4A98" w:rsidRDefault="004A2EEF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esertus</w:t>
            </w:r>
          </w:p>
        </w:tc>
        <w:tc>
          <w:tcPr>
            <w:tcW w:w="1784" w:type="dxa"/>
            <w:vAlign w:val="center"/>
          </w:tcPr>
          <w:p w14:paraId="4D45F4E9" w14:textId="2C21F4D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herbas</w:t>
            </w:r>
          </w:p>
        </w:tc>
      </w:tr>
      <w:tr w:rsidR="008B4A98" w14:paraId="44CC5B28" w14:textId="77777777" w:rsidTr="00E94975">
        <w:tc>
          <w:tcPr>
            <w:tcW w:w="2016" w:type="dxa"/>
            <w:vAlign w:val="center"/>
          </w:tcPr>
          <w:p w14:paraId="72D849BB" w14:textId="621F6A62" w:rsidR="008B4A98" w:rsidRDefault="004A2EE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suddenly</w:t>
            </w:r>
          </w:p>
        </w:tc>
        <w:tc>
          <w:tcPr>
            <w:tcW w:w="1661" w:type="dxa"/>
            <w:vAlign w:val="center"/>
          </w:tcPr>
          <w:p w14:paraId="6E916EF6" w14:textId="4FBED0E8" w:rsidR="008B4A98" w:rsidRDefault="004A2EE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having glided away</w:t>
            </w:r>
          </w:p>
        </w:tc>
        <w:tc>
          <w:tcPr>
            <w:tcW w:w="1762" w:type="dxa"/>
            <w:vAlign w:val="center"/>
          </w:tcPr>
          <w:p w14:paraId="5C5AC016" w14:textId="3033194F" w:rsidR="008B4A98" w:rsidRDefault="004A2EE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deserted</w:t>
            </w:r>
          </w:p>
        </w:tc>
        <w:tc>
          <w:tcPr>
            <w:tcW w:w="1725" w:type="dxa"/>
            <w:vAlign w:val="center"/>
          </w:tcPr>
          <w:p w14:paraId="2087FB6A" w14:textId="30F8B008" w:rsidR="008B4A98" w:rsidRDefault="004A2EE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 comrade.</w:t>
            </w:r>
          </w:p>
        </w:tc>
        <w:tc>
          <w:tcPr>
            <w:tcW w:w="1842" w:type="dxa"/>
            <w:vAlign w:val="center"/>
          </w:tcPr>
          <w:p w14:paraId="1BC4C8CF" w14:textId="6B70519A" w:rsidR="008B4A98" w:rsidRDefault="005D3AD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Having been deserted</w:t>
            </w:r>
          </w:p>
        </w:tc>
        <w:tc>
          <w:tcPr>
            <w:tcW w:w="1784" w:type="dxa"/>
            <w:vAlign w:val="center"/>
          </w:tcPr>
          <w:p w14:paraId="6758629F" w14:textId="4775A712" w:rsidR="008B4A98" w:rsidRDefault="005D3AD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herbs</w:t>
            </w:r>
          </w:p>
        </w:tc>
      </w:tr>
      <w:tr w:rsidR="008B4A98" w14:paraId="09F46866" w14:textId="77777777" w:rsidTr="00E94975">
        <w:tc>
          <w:tcPr>
            <w:tcW w:w="2016" w:type="dxa"/>
            <w:vAlign w:val="center"/>
          </w:tcPr>
          <w:p w14:paraId="5E746F66" w14:textId="2DBAABD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  <w:tc>
          <w:tcPr>
            <w:tcW w:w="1661" w:type="dxa"/>
            <w:vAlign w:val="center"/>
          </w:tcPr>
          <w:p w14:paraId="33E28328" w14:textId="6D5EC80B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folia</w:t>
            </w:r>
          </w:p>
        </w:tc>
        <w:tc>
          <w:tcPr>
            <w:tcW w:w="1762" w:type="dxa"/>
            <w:vAlign w:val="center"/>
          </w:tcPr>
          <w:p w14:paraId="13CE6CFA" w14:textId="682D3AA4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concerpta</w:t>
            </w:r>
          </w:p>
        </w:tc>
        <w:tc>
          <w:tcPr>
            <w:tcW w:w="1725" w:type="dxa"/>
            <w:vAlign w:val="center"/>
          </w:tcPr>
          <w:p w14:paraId="71376552" w14:textId="2A2F8DF4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signum</w:t>
            </w:r>
          </w:p>
        </w:tc>
        <w:tc>
          <w:tcPr>
            <w:tcW w:w="1842" w:type="dxa"/>
            <w:vAlign w:val="center"/>
          </w:tcPr>
          <w:p w14:paraId="7536E4F6" w14:textId="7D65A473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loco</w:t>
            </w:r>
          </w:p>
        </w:tc>
        <w:tc>
          <w:tcPr>
            <w:tcW w:w="1784" w:type="dxa"/>
            <w:vAlign w:val="center"/>
          </w:tcPr>
          <w:p w14:paraId="55FA9A0A" w14:textId="243B1380" w:rsidR="008B4A98" w:rsidRDefault="005D3ADF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point</w:t>
            </w:r>
          </w:p>
        </w:tc>
      </w:tr>
      <w:tr w:rsidR="008B4A98" w14:paraId="52A39894" w14:textId="77777777" w:rsidTr="00E94975">
        <w:tc>
          <w:tcPr>
            <w:tcW w:w="2016" w:type="dxa"/>
            <w:vAlign w:val="center"/>
          </w:tcPr>
          <w:p w14:paraId="0055C0B7" w14:textId="32EF25AD" w:rsidR="008B4A98" w:rsidRDefault="005D3AD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661" w:type="dxa"/>
            <w:vAlign w:val="center"/>
          </w:tcPr>
          <w:p w14:paraId="74CECDAC" w14:textId="0C195CBB" w:rsidR="008B4A98" w:rsidRDefault="005D3AD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leaves</w:t>
            </w:r>
          </w:p>
        </w:tc>
        <w:tc>
          <w:tcPr>
            <w:tcW w:w="1762" w:type="dxa"/>
            <w:vAlign w:val="center"/>
          </w:tcPr>
          <w:p w14:paraId="3CB52B3C" w14:textId="2EFD7112" w:rsidR="008B4A98" w:rsidRDefault="00D40B6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plucked</w:t>
            </w:r>
          </w:p>
        </w:tc>
        <w:tc>
          <w:tcPr>
            <w:tcW w:w="1725" w:type="dxa"/>
            <w:vAlign w:val="center"/>
          </w:tcPr>
          <w:p w14:paraId="0D48664E" w14:textId="6B6F5A2E" w:rsidR="008B4A98" w:rsidRDefault="00D40B6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a sign</w:t>
            </w:r>
          </w:p>
        </w:tc>
        <w:tc>
          <w:tcPr>
            <w:tcW w:w="1842" w:type="dxa"/>
            <w:vAlign w:val="center"/>
          </w:tcPr>
          <w:p w14:paraId="2D897915" w14:textId="5519BEBE" w:rsidR="008B4A98" w:rsidRDefault="00D40B6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the place</w:t>
            </w:r>
          </w:p>
        </w:tc>
        <w:tc>
          <w:tcPr>
            <w:tcW w:w="1784" w:type="dxa"/>
            <w:vAlign w:val="center"/>
          </w:tcPr>
          <w:p w14:paraId="0DF6DDB1" w14:textId="626D5D6A" w:rsidR="008B4A98" w:rsidRDefault="005D3AD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places</w:t>
            </w:r>
          </w:p>
        </w:tc>
      </w:tr>
      <w:tr w:rsidR="008B4A98" w14:paraId="1C9C09DF" w14:textId="77777777" w:rsidTr="00E94975">
        <w:tc>
          <w:tcPr>
            <w:tcW w:w="2016" w:type="dxa"/>
            <w:vAlign w:val="center"/>
          </w:tcPr>
          <w:p w14:paraId="1F0022BF" w14:textId="31EF8FE7" w:rsidR="008B4A98" w:rsidRDefault="00D40B6B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ostero</w:t>
            </w:r>
          </w:p>
        </w:tc>
        <w:tc>
          <w:tcPr>
            <w:tcW w:w="1661" w:type="dxa"/>
            <w:vAlign w:val="center"/>
          </w:tcPr>
          <w:p w14:paraId="6341C630" w14:textId="5E257782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die</w:t>
            </w:r>
          </w:p>
        </w:tc>
        <w:tc>
          <w:tcPr>
            <w:tcW w:w="1762" w:type="dxa"/>
            <w:vAlign w:val="center"/>
          </w:tcPr>
          <w:p w14:paraId="6D5D003E" w14:textId="5E669CC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adit</w:t>
            </w:r>
          </w:p>
        </w:tc>
        <w:tc>
          <w:tcPr>
            <w:tcW w:w="1725" w:type="dxa"/>
            <w:vAlign w:val="center"/>
          </w:tcPr>
          <w:p w14:paraId="23DF3E71" w14:textId="219A57D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magistratus</w:t>
            </w:r>
          </w:p>
        </w:tc>
        <w:tc>
          <w:tcPr>
            <w:tcW w:w="1842" w:type="dxa"/>
            <w:vAlign w:val="center"/>
          </w:tcPr>
          <w:p w14:paraId="466B2887" w14:textId="392988A3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monet</w:t>
            </w:r>
          </w:p>
        </w:tc>
        <w:tc>
          <w:tcPr>
            <w:tcW w:w="1784" w:type="dxa"/>
            <w:vAlign w:val="center"/>
          </w:tcPr>
          <w:p w14:paraId="17FE94B8" w14:textId="096B966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ut</w:t>
            </w:r>
          </w:p>
        </w:tc>
      </w:tr>
      <w:tr w:rsidR="008B4A98" w14:paraId="628E4698" w14:textId="77777777" w:rsidTr="00E94975">
        <w:tc>
          <w:tcPr>
            <w:tcW w:w="2016" w:type="dxa"/>
            <w:vAlign w:val="center"/>
          </w:tcPr>
          <w:p w14:paraId="29337E3D" w14:textId="15A27F08" w:rsidR="008B4A98" w:rsidRDefault="00D40B6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the next</w:t>
            </w:r>
          </w:p>
        </w:tc>
        <w:tc>
          <w:tcPr>
            <w:tcW w:w="1661" w:type="dxa"/>
            <w:vAlign w:val="center"/>
          </w:tcPr>
          <w:p w14:paraId="377EB5EA" w14:textId="431DA070" w:rsidR="008B4A98" w:rsidRDefault="00D40B6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day</w:t>
            </w:r>
          </w:p>
        </w:tc>
        <w:tc>
          <w:tcPr>
            <w:tcW w:w="1762" w:type="dxa"/>
            <w:vAlign w:val="center"/>
          </w:tcPr>
          <w:p w14:paraId="13159DFD" w14:textId="7D73C2E8" w:rsidR="008B4A98" w:rsidRDefault="00776534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approaches</w:t>
            </w:r>
          </w:p>
        </w:tc>
        <w:tc>
          <w:tcPr>
            <w:tcW w:w="1725" w:type="dxa"/>
            <w:vAlign w:val="center"/>
          </w:tcPr>
          <w:p w14:paraId="3F5AAD6E" w14:textId="26294EBC" w:rsidR="008B4A98" w:rsidRDefault="00776534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magistrates</w:t>
            </w:r>
          </w:p>
        </w:tc>
        <w:tc>
          <w:tcPr>
            <w:tcW w:w="1842" w:type="dxa"/>
            <w:vAlign w:val="center"/>
          </w:tcPr>
          <w:p w14:paraId="14BC297C" w14:textId="396254FA" w:rsidR="008B4A98" w:rsidRDefault="00776534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warns (them)</w:t>
            </w:r>
          </w:p>
        </w:tc>
        <w:tc>
          <w:tcPr>
            <w:tcW w:w="1784" w:type="dxa"/>
            <w:vAlign w:val="center"/>
          </w:tcPr>
          <w:p w14:paraId="11902954" w14:textId="50B6CCD7" w:rsidR="008B4A98" w:rsidRDefault="007C256D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</w:t>
            </w:r>
          </w:p>
        </w:tc>
      </w:tr>
      <w:tr w:rsidR="008B4A98" w14:paraId="66E5A18A" w14:textId="77777777" w:rsidTr="00E94975">
        <w:tc>
          <w:tcPr>
            <w:tcW w:w="2016" w:type="dxa"/>
            <w:vAlign w:val="center"/>
          </w:tcPr>
          <w:p w14:paraId="73B9647B" w14:textId="7F75C84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illum</w:t>
            </w:r>
          </w:p>
        </w:tc>
        <w:tc>
          <w:tcPr>
            <w:tcW w:w="1661" w:type="dxa"/>
            <w:vAlign w:val="center"/>
          </w:tcPr>
          <w:p w14:paraId="2A50B075" w14:textId="64923ED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locum</w:t>
            </w:r>
          </w:p>
        </w:tc>
        <w:tc>
          <w:tcPr>
            <w:tcW w:w="1762" w:type="dxa"/>
            <w:vAlign w:val="center"/>
          </w:tcPr>
          <w:p w14:paraId="748E3006" w14:textId="5981842A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effodi</w:t>
            </w:r>
          </w:p>
        </w:tc>
        <w:tc>
          <w:tcPr>
            <w:tcW w:w="1725" w:type="dxa"/>
            <w:vAlign w:val="center"/>
          </w:tcPr>
          <w:p w14:paraId="0DD546E0" w14:textId="3211EE3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iubeant</w:t>
            </w:r>
            <w:r w:rsidR="0004342B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842" w:type="dxa"/>
            <w:vAlign w:val="center"/>
          </w:tcPr>
          <w:p w14:paraId="4A0CBA0B" w14:textId="0616BD25" w:rsidR="008B4A98" w:rsidRDefault="0004342B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nveniuntur</w:t>
            </w:r>
          </w:p>
        </w:tc>
        <w:tc>
          <w:tcPr>
            <w:tcW w:w="1784" w:type="dxa"/>
            <w:vAlign w:val="center"/>
          </w:tcPr>
          <w:p w14:paraId="654A1A73" w14:textId="022D8DC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ossa</w:t>
            </w:r>
          </w:p>
        </w:tc>
      </w:tr>
      <w:tr w:rsidR="008B4A98" w14:paraId="2FCDC6C3" w14:textId="77777777" w:rsidTr="00E94975">
        <w:tc>
          <w:tcPr>
            <w:tcW w:w="2016" w:type="dxa"/>
            <w:vAlign w:val="center"/>
          </w:tcPr>
          <w:p w14:paraId="12731D54" w14:textId="0811717B" w:rsidR="008B4A98" w:rsidRDefault="0004342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</w:t>
            </w:r>
          </w:p>
        </w:tc>
        <w:tc>
          <w:tcPr>
            <w:tcW w:w="1661" w:type="dxa"/>
            <w:vAlign w:val="center"/>
          </w:tcPr>
          <w:p w14:paraId="6538CC19" w14:textId="3BC787FE" w:rsidR="008B4A98" w:rsidRDefault="0004342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place</w:t>
            </w:r>
          </w:p>
        </w:tc>
        <w:tc>
          <w:tcPr>
            <w:tcW w:w="1762" w:type="dxa"/>
            <w:vAlign w:val="center"/>
          </w:tcPr>
          <w:p w14:paraId="4EFAB7D8" w14:textId="4C714FDF" w:rsidR="008B4A98" w:rsidRDefault="0004342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be dug up</w:t>
            </w:r>
          </w:p>
        </w:tc>
        <w:tc>
          <w:tcPr>
            <w:tcW w:w="1725" w:type="dxa"/>
            <w:vAlign w:val="center"/>
          </w:tcPr>
          <w:p w14:paraId="036BAE5E" w14:textId="734F817E" w:rsidR="008B4A98" w:rsidRDefault="007C256D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order</w:t>
            </w:r>
          </w:p>
        </w:tc>
        <w:tc>
          <w:tcPr>
            <w:tcW w:w="1842" w:type="dxa"/>
            <w:vAlign w:val="center"/>
          </w:tcPr>
          <w:p w14:paraId="550CF7E8" w14:textId="2FB2A838" w:rsidR="008B4A98" w:rsidRDefault="00F212C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were found</w:t>
            </w:r>
          </w:p>
        </w:tc>
        <w:tc>
          <w:tcPr>
            <w:tcW w:w="1784" w:type="dxa"/>
            <w:vAlign w:val="center"/>
          </w:tcPr>
          <w:p w14:paraId="6D8F5C1D" w14:textId="14221E82" w:rsidR="008B4A98" w:rsidRDefault="00BC646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bones</w:t>
            </w:r>
          </w:p>
        </w:tc>
      </w:tr>
      <w:tr w:rsidR="008B4A98" w14:paraId="656F6033" w14:textId="77777777" w:rsidTr="00E94975">
        <w:tc>
          <w:tcPr>
            <w:tcW w:w="2016" w:type="dxa"/>
            <w:vAlign w:val="center"/>
          </w:tcPr>
          <w:p w14:paraId="76F433D3" w14:textId="28A59FDB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inserta</w:t>
            </w:r>
          </w:p>
        </w:tc>
        <w:tc>
          <w:tcPr>
            <w:tcW w:w="1661" w:type="dxa"/>
            <w:vAlign w:val="center"/>
          </w:tcPr>
          <w:p w14:paraId="11752DCD" w14:textId="74F258B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catenis</w:t>
            </w:r>
          </w:p>
        </w:tc>
        <w:tc>
          <w:tcPr>
            <w:tcW w:w="1762" w:type="dxa"/>
            <w:vAlign w:val="center"/>
          </w:tcPr>
          <w:p w14:paraId="576AC699" w14:textId="10436D1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  <w:tc>
          <w:tcPr>
            <w:tcW w:w="1725" w:type="dxa"/>
            <w:vAlign w:val="center"/>
          </w:tcPr>
          <w:p w14:paraId="3651AD1B" w14:textId="05BD76D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implicita</w:t>
            </w:r>
          </w:p>
        </w:tc>
        <w:tc>
          <w:tcPr>
            <w:tcW w:w="1842" w:type="dxa"/>
            <w:vAlign w:val="center"/>
          </w:tcPr>
          <w:p w14:paraId="766AB042" w14:textId="5085856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quae</w:t>
            </w:r>
          </w:p>
        </w:tc>
        <w:tc>
          <w:tcPr>
            <w:tcW w:w="1784" w:type="dxa"/>
            <w:vAlign w:val="center"/>
          </w:tcPr>
          <w:p w14:paraId="75F8D0CE" w14:textId="2D5C869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corpus</w:t>
            </w:r>
          </w:p>
        </w:tc>
      </w:tr>
      <w:tr w:rsidR="008B4A98" w14:paraId="1E99B0D0" w14:textId="77777777" w:rsidTr="00E94975">
        <w:tc>
          <w:tcPr>
            <w:tcW w:w="2016" w:type="dxa"/>
            <w:vAlign w:val="center"/>
          </w:tcPr>
          <w:p w14:paraId="7CCA7DFC" w14:textId="69715741" w:rsidR="008B4A98" w:rsidRDefault="00D86CF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mixed</w:t>
            </w:r>
          </w:p>
        </w:tc>
        <w:tc>
          <w:tcPr>
            <w:tcW w:w="1661" w:type="dxa"/>
            <w:vAlign w:val="center"/>
          </w:tcPr>
          <w:p w14:paraId="7F50173E" w14:textId="14EB2E18" w:rsidR="008B4A98" w:rsidRDefault="00D86CF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the chains</w:t>
            </w:r>
          </w:p>
        </w:tc>
        <w:tc>
          <w:tcPr>
            <w:tcW w:w="1762" w:type="dxa"/>
            <w:vAlign w:val="center"/>
          </w:tcPr>
          <w:p w14:paraId="3E98988A" w14:textId="3A9085CC" w:rsidR="008B4A98" w:rsidRDefault="00D86CF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725" w:type="dxa"/>
            <w:vAlign w:val="center"/>
          </w:tcPr>
          <w:p w14:paraId="7F20B913" w14:textId="24904EA6" w:rsidR="008B4A98" w:rsidRDefault="00D86CF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entwined</w:t>
            </w:r>
          </w:p>
        </w:tc>
        <w:tc>
          <w:tcPr>
            <w:tcW w:w="1842" w:type="dxa"/>
            <w:vAlign w:val="center"/>
          </w:tcPr>
          <w:p w14:paraId="25691107" w14:textId="1FC93C28" w:rsidR="008B4A98" w:rsidRDefault="001035F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which</w:t>
            </w:r>
          </w:p>
        </w:tc>
        <w:tc>
          <w:tcPr>
            <w:tcW w:w="1784" w:type="dxa"/>
            <w:vAlign w:val="center"/>
          </w:tcPr>
          <w:p w14:paraId="4ABF0E70" w14:textId="7E324B85" w:rsidR="008B4A98" w:rsidRDefault="001035F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body</w:t>
            </w:r>
          </w:p>
        </w:tc>
      </w:tr>
      <w:tr w:rsidR="008B4A98" w14:paraId="6412C95D" w14:textId="77777777" w:rsidTr="00E94975">
        <w:tc>
          <w:tcPr>
            <w:tcW w:w="2016" w:type="dxa"/>
            <w:vAlign w:val="center"/>
          </w:tcPr>
          <w:p w14:paraId="12F8443A" w14:textId="51A3CFC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aevo</w:t>
            </w:r>
          </w:p>
        </w:tc>
        <w:tc>
          <w:tcPr>
            <w:tcW w:w="1661" w:type="dxa"/>
            <w:vAlign w:val="center"/>
          </w:tcPr>
          <w:p w14:paraId="595E3192" w14:textId="1465FFD9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terraque</w:t>
            </w:r>
          </w:p>
        </w:tc>
        <w:tc>
          <w:tcPr>
            <w:tcW w:w="1762" w:type="dxa"/>
            <w:vAlign w:val="center"/>
          </w:tcPr>
          <w:p w14:paraId="0DA09957" w14:textId="2814EE6B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putrefactum</w:t>
            </w:r>
          </w:p>
        </w:tc>
        <w:tc>
          <w:tcPr>
            <w:tcW w:w="1725" w:type="dxa"/>
            <w:vAlign w:val="center"/>
          </w:tcPr>
          <w:p w14:paraId="65275646" w14:textId="460B366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nuda</w:t>
            </w:r>
          </w:p>
        </w:tc>
        <w:tc>
          <w:tcPr>
            <w:tcW w:w="1842" w:type="dxa"/>
            <w:vAlign w:val="center"/>
          </w:tcPr>
          <w:p w14:paraId="3125BA0F" w14:textId="37328B0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  <w:tc>
          <w:tcPr>
            <w:tcW w:w="1784" w:type="dxa"/>
            <w:vAlign w:val="center"/>
          </w:tcPr>
          <w:p w14:paraId="0F5FAA3E" w14:textId="290C1FDA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exesa</w:t>
            </w:r>
          </w:p>
        </w:tc>
      </w:tr>
      <w:tr w:rsidR="008B4A98" w14:paraId="7F615CCA" w14:textId="77777777" w:rsidTr="00E94975">
        <w:tc>
          <w:tcPr>
            <w:tcW w:w="2016" w:type="dxa"/>
            <w:vAlign w:val="center"/>
          </w:tcPr>
          <w:p w14:paraId="3FC3E182" w14:textId="00C2DECA" w:rsidR="008B4A98" w:rsidRDefault="001035FC" w:rsidP="008B4A98">
            <w:proofErr w:type="gramStart"/>
            <w:proofErr w:type="gramEnd"/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time</w:t>
            </w:r>
          </w:p>
        </w:tc>
        <w:tc>
          <w:tcPr>
            <w:tcW w:w="1661" w:type="dxa"/>
            <w:vAlign w:val="center"/>
          </w:tcPr>
          <w:p w14:paraId="58AF0135" w14:textId="7467C6FB" w:rsidR="008B4A98" w:rsidRDefault="001035F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the earth</w:t>
            </w:r>
          </w:p>
        </w:tc>
        <w:tc>
          <w:tcPr>
            <w:tcW w:w="1762" w:type="dxa"/>
            <w:vAlign w:val="center"/>
          </w:tcPr>
          <w:p w14:paraId="4CCE24F2" w14:textId="42AC2A60" w:rsidR="008B4A98" w:rsidRDefault="001035F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rotten</w:t>
            </w:r>
          </w:p>
        </w:tc>
        <w:tc>
          <w:tcPr>
            <w:tcW w:w="1725" w:type="dxa"/>
            <w:vAlign w:val="center"/>
          </w:tcPr>
          <w:p w14:paraId="1B6C37D3" w14:textId="67F9B202" w:rsidR="008B4A98" w:rsidRDefault="00426DF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naked</w:t>
            </w:r>
          </w:p>
        </w:tc>
        <w:tc>
          <w:tcPr>
            <w:tcW w:w="1842" w:type="dxa"/>
            <w:vAlign w:val="center"/>
          </w:tcPr>
          <w:p w14:paraId="21A66050" w14:textId="16856745" w:rsidR="008B4A98" w:rsidRDefault="00426DF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784" w:type="dxa"/>
            <w:vAlign w:val="center"/>
          </w:tcPr>
          <w:p w14:paraId="06C99B8E" w14:textId="052B35A7" w:rsidR="008B4A98" w:rsidRDefault="00DF519D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consumed</w:t>
            </w:r>
          </w:p>
        </w:tc>
      </w:tr>
      <w:tr w:rsidR="008B4A98" w14:paraId="567E1DA1" w14:textId="77777777" w:rsidTr="00E94975">
        <w:tc>
          <w:tcPr>
            <w:tcW w:w="2016" w:type="dxa"/>
            <w:vAlign w:val="center"/>
          </w:tcPr>
          <w:p w14:paraId="1B0041F2" w14:textId="512EAA49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reliquerat</w:t>
            </w:r>
          </w:p>
        </w:tc>
        <w:tc>
          <w:tcPr>
            <w:tcW w:w="1661" w:type="dxa"/>
            <w:vAlign w:val="center"/>
          </w:tcPr>
          <w:p w14:paraId="73EEAD57" w14:textId="31EF5B5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vinculis</w:t>
            </w:r>
            <w:r w:rsidR="00DF519D">
              <w:rPr>
                <w:rFonts w:ascii="Palatino" w:hAnsi="Palatino" w:cs="Palatino" w:eastAsia="Palatino"/>
                <w:color w:val="000000"/>
                <w:sz w:val="23"/>
              </w:rPr>
              <w:t>;</w:t>
            </w:r>
          </w:p>
        </w:tc>
        <w:tc>
          <w:tcPr>
            <w:tcW w:w="1762" w:type="dxa"/>
            <w:vAlign w:val="center"/>
          </w:tcPr>
          <w:p w14:paraId="267CC6F0" w14:textId="671A3B00" w:rsidR="008B4A98" w:rsidRDefault="00DF519D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ollecta</w:t>
            </w:r>
          </w:p>
        </w:tc>
        <w:tc>
          <w:tcPr>
            <w:tcW w:w="1725" w:type="dxa"/>
            <w:vAlign w:val="center"/>
          </w:tcPr>
          <w:p w14:paraId="1BE8A10F" w14:textId="2670CB4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publice</w:t>
            </w:r>
          </w:p>
        </w:tc>
        <w:tc>
          <w:tcPr>
            <w:tcW w:w="1842" w:type="dxa"/>
            <w:vAlign w:val="center"/>
          </w:tcPr>
          <w:p w14:paraId="467774F2" w14:textId="2BB623F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sepeliuntur</w:t>
            </w:r>
            <w:r w:rsidR="003E16FA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784" w:type="dxa"/>
            <w:vAlign w:val="center"/>
          </w:tcPr>
          <w:p w14:paraId="6FCE401A" w14:textId="1285A275" w:rsidR="008B4A98" w:rsidRDefault="003E16FA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omus</w:t>
            </w:r>
          </w:p>
        </w:tc>
      </w:tr>
      <w:tr w:rsidR="008B4A98" w14:paraId="6CCCAF8C" w14:textId="77777777" w:rsidTr="00E94975">
        <w:tc>
          <w:tcPr>
            <w:tcW w:w="2016" w:type="dxa"/>
            <w:vAlign w:val="center"/>
          </w:tcPr>
          <w:p w14:paraId="3F4390D1" w14:textId="0D54ED77" w:rsidR="008B4A98" w:rsidRDefault="00426DF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had left</w:t>
            </w:r>
          </w:p>
        </w:tc>
        <w:tc>
          <w:tcPr>
            <w:tcW w:w="1661" w:type="dxa"/>
            <w:vAlign w:val="center"/>
          </w:tcPr>
          <w:p w14:paraId="1E1767E9" w14:textId="15B4D744" w:rsidR="008B4A98" w:rsidRDefault="00DF519D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the chains</w:t>
            </w:r>
          </w:p>
        </w:tc>
        <w:tc>
          <w:tcPr>
            <w:tcW w:w="1762" w:type="dxa"/>
            <w:vAlign w:val="center"/>
          </w:tcPr>
          <w:p w14:paraId="02FA2226" w14:textId="7F021482" w:rsidR="008B4A98" w:rsidRDefault="00DF519D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(they) having been collected</w:t>
            </w:r>
          </w:p>
        </w:tc>
        <w:tc>
          <w:tcPr>
            <w:tcW w:w="1725" w:type="dxa"/>
            <w:vAlign w:val="center"/>
          </w:tcPr>
          <w:p w14:paraId="50FCD0BD" w14:textId="023BFA1F" w:rsidR="008B4A98" w:rsidRDefault="003E16F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publicly</w:t>
            </w:r>
          </w:p>
        </w:tc>
        <w:tc>
          <w:tcPr>
            <w:tcW w:w="1842" w:type="dxa"/>
            <w:vAlign w:val="center"/>
          </w:tcPr>
          <w:p w14:paraId="0DE0C0B3" w14:textId="04EF63A7" w:rsidR="008B4A98" w:rsidRDefault="003E16F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were buried</w:t>
            </w:r>
          </w:p>
        </w:tc>
        <w:tc>
          <w:tcPr>
            <w:tcW w:w="1784" w:type="dxa"/>
            <w:vAlign w:val="center"/>
          </w:tcPr>
          <w:p w14:paraId="024D5BF0" w14:textId="461DAB59" w:rsidR="008B4A98" w:rsidRDefault="003E16F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house</w:t>
            </w:r>
          </w:p>
        </w:tc>
      </w:tr>
      <w:tr w:rsidR="008B4A98" w14:paraId="471BD042" w14:textId="77777777" w:rsidTr="00E94975">
        <w:tc>
          <w:tcPr>
            <w:tcW w:w="2016" w:type="dxa"/>
            <w:vAlign w:val="center"/>
          </w:tcPr>
          <w:p w14:paraId="7A72390C" w14:textId="556AE3C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lastRenderedPageBreak/>
              <w:t>postea</w:t>
            </w:r>
          </w:p>
        </w:tc>
        <w:tc>
          <w:tcPr>
            <w:tcW w:w="1661" w:type="dxa"/>
            <w:vAlign w:val="center"/>
          </w:tcPr>
          <w:p w14:paraId="0B0377E6" w14:textId="00B232A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rite</w:t>
            </w:r>
          </w:p>
        </w:tc>
        <w:tc>
          <w:tcPr>
            <w:tcW w:w="1762" w:type="dxa"/>
            <w:vAlign w:val="center"/>
          </w:tcPr>
          <w:p w14:paraId="1F1B73AB" w14:textId="4F4ECC59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conditis</w:t>
            </w:r>
          </w:p>
        </w:tc>
        <w:tc>
          <w:tcPr>
            <w:tcW w:w="1725" w:type="dxa"/>
            <w:vAlign w:val="center"/>
          </w:tcPr>
          <w:p w14:paraId="7B313B0A" w14:textId="1D02405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manibus</w:t>
            </w:r>
          </w:p>
        </w:tc>
        <w:tc>
          <w:tcPr>
            <w:tcW w:w="1842" w:type="dxa"/>
            <w:vAlign w:val="center"/>
          </w:tcPr>
          <w:p w14:paraId="2AB2D942" w14:textId="141AFDE3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caruit</w:t>
            </w:r>
            <w:r w:rsidR="003E16FA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784" w:type="dxa"/>
            <w:vAlign w:val="center"/>
          </w:tcPr>
          <w:p w14:paraId="2A457EBD" w14:textId="655DF76D" w:rsidR="008B4A98" w:rsidRDefault="003E16FA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t</w:t>
            </w:r>
          </w:p>
        </w:tc>
      </w:tr>
      <w:tr w:rsidR="008B4A98" w14:paraId="19586822" w14:textId="77777777" w:rsidTr="00E94975">
        <w:tc>
          <w:tcPr>
            <w:tcW w:w="2016" w:type="dxa"/>
            <w:vAlign w:val="center"/>
          </w:tcPr>
          <w:p w14:paraId="4EB64087" w14:textId="739CB33B" w:rsidR="008B4A98" w:rsidRDefault="003E16F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Afterwards</w:t>
            </w:r>
          </w:p>
        </w:tc>
        <w:tc>
          <w:tcPr>
            <w:tcW w:w="1661" w:type="dxa"/>
            <w:vAlign w:val="center"/>
          </w:tcPr>
          <w:p w14:paraId="40D6528F" w14:textId="3E07AAA8" w:rsidR="008B4A98" w:rsidRDefault="003E16F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properly</w:t>
            </w:r>
          </w:p>
        </w:tc>
        <w:tc>
          <w:tcPr>
            <w:tcW w:w="1762" w:type="dxa"/>
            <w:vAlign w:val="center"/>
          </w:tcPr>
          <w:p w14:paraId="792A17C8" w14:textId="0D51BF0D" w:rsidR="008B4A98" w:rsidRDefault="003E16F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 had been buried</w:t>
            </w:r>
          </w:p>
        </w:tc>
        <w:tc>
          <w:tcPr>
            <w:tcW w:w="1725" w:type="dxa"/>
            <w:vAlign w:val="center"/>
          </w:tcPr>
          <w:p w14:paraId="5EDF39B5" w14:textId="5E648E11" w:rsidR="008B4A98" w:rsidRDefault="003E16F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spirits</w:t>
            </w:r>
          </w:p>
        </w:tc>
        <w:tc>
          <w:tcPr>
            <w:tcW w:w="1842" w:type="dxa"/>
            <w:vAlign w:val="center"/>
          </w:tcPr>
          <w:p w14:paraId="34B5BDBB" w14:textId="1136C5E3" w:rsidR="008B4A98" w:rsidRDefault="003E16F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lacked</w:t>
            </w:r>
          </w:p>
        </w:tc>
        <w:tc>
          <w:tcPr>
            <w:tcW w:w="1784" w:type="dxa"/>
            <w:vAlign w:val="center"/>
          </w:tcPr>
          <w:p w14:paraId="3B3C74C4" w14:textId="547D7659" w:rsidR="008B4A98" w:rsidRDefault="003E16F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</w:tr>
      <w:tr w:rsidR="008B4A98" w14:paraId="3B74AB8E" w14:textId="77777777" w:rsidTr="00E94975">
        <w:tc>
          <w:tcPr>
            <w:tcW w:w="2016" w:type="dxa"/>
            <w:vAlign w:val="center"/>
          </w:tcPr>
          <w:p w14:paraId="790CAD53" w14:textId="69FAE1B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haec</w:t>
            </w:r>
          </w:p>
        </w:tc>
        <w:tc>
          <w:tcPr>
            <w:tcW w:w="1661" w:type="dxa"/>
            <w:vAlign w:val="center"/>
          </w:tcPr>
          <w:p w14:paraId="7662418F" w14:textId="58B1356A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quidem</w:t>
            </w:r>
          </w:p>
        </w:tc>
        <w:tc>
          <w:tcPr>
            <w:tcW w:w="1762" w:type="dxa"/>
            <w:vAlign w:val="center"/>
          </w:tcPr>
          <w:p w14:paraId="327A0742" w14:textId="215B15DA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adfirmantibus</w:t>
            </w:r>
          </w:p>
        </w:tc>
        <w:tc>
          <w:tcPr>
            <w:tcW w:w="1725" w:type="dxa"/>
            <w:vAlign w:val="center"/>
          </w:tcPr>
          <w:p w14:paraId="0E752FA5" w14:textId="3E6206B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credo</w:t>
            </w:r>
          </w:p>
        </w:tc>
        <w:tc>
          <w:tcPr>
            <w:tcW w:w="1842" w:type="dxa"/>
            <w:vAlign w:val="center"/>
          </w:tcPr>
          <w:p w14:paraId="40B1770D" w14:textId="51A86F0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illud</w:t>
            </w:r>
          </w:p>
        </w:tc>
        <w:tc>
          <w:tcPr>
            <w:tcW w:w="1784" w:type="dxa"/>
            <w:vAlign w:val="center"/>
          </w:tcPr>
          <w:p w14:paraId="73310AB5" w14:textId="45B728A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adfirmare</w:t>
            </w:r>
          </w:p>
        </w:tc>
      </w:tr>
      <w:tr w:rsidR="008B4A98" w14:paraId="4E8FB97F" w14:textId="77777777" w:rsidTr="00E94975">
        <w:tc>
          <w:tcPr>
            <w:tcW w:w="2016" w:type="dxa"/>
            <w:vAlign w:val="center"/>
          </w:tcPr>
          <w:p w14:paraId="05E62C59" w14:textId="1C9902CF" w:rsidR="008B4A98" w:rsidRDefault="003E16F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these things</w:t>
            </w:r>
          </w:p>
        </w:tc>
        <w:tc>
          <w:tcPr>
            <w:tcW w:w="1661" w:type="dxa"/>
            <w:vAlign w:val="center"/>
          </w:tcPr>
          <w:p w14:paraId="6A4009ED" w14:textId="25E66820" w:rsidR="008B4A98" w:rsidRDefault="003E16F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indeed</w:t>
            </w:r>
          </w:p>
        </w:tc>
        <w:tc>
          <w:tcPr>
            <w:tcW w:w="1762" w:type="dxa"/>
            <w:vAlign w:val="center"/>
          </w:tcPr>
          <w:p w14:paraId="35C9C0C2" w14:textId="40C0B8AC" w:rsidR="008B4A98" w:rsidRDefault="003E16F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them affirming</w:t>
            </w:r>
          </w:p>
        </w:tc>
        <w:tc>
          <w:tcPr>
            <w:tcW w:w="1725" w:type="dxa"/>
            <w:vAlign w:val="center"/>
          </w:tcPr>
          <w:p w14:paraId="17F4AF64" w14:textId="4FED4AB9" w:rsidR="008B4A98" w:rsidRDefault="003E16F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believe</w:t>
            </w:r>
          </w:p>
        </w:tc>
        <w:tc>
          <w:tcPr>
            <w:tcW w:w="1842" w:type="dxa"/>
            <w:vAlign w:val="center"/>
          </w:tcPr>
          <w:p w14:paraId="20F94BCC" w14:textId="6E7EB4A8" w:rsidR="008B4A98" w:rsidRDefault="003E16F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 one</w:t>
            </w:r>
          </w:p>
        </w:tc>
        <w:tc>
          <w:tcPr>
            <w:tcW w:w="1784" w:type="dxa"/>
            <w:vAlign w:val="center"/>
          </w:tcPr>
          <w:p w14:paraId="16DD9AFE" w14:textId="14A23B18" w:rsidR="008B4A98" w:rsidRDefault="003E16F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affirm</w:t>
            </w:r>
          </w:p>
        </w:tc>
      </w:tr>
      <w:tr w:rsidR="008B4A98" w14:paraId="4AA2404E" w14:textId="77777777" w:rsidTr="00E94975">
        <w:tc>
          <w:tcPr>
            <w:tcW w:w="2016" w:type="dxa"/>
            <w:vAlign w:val="center"/>
          </w:tcPr>
          <w:p w14:paraId="06984519" w14:textId="1E9F0D0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aliis</w:t>
            </w:r>
          </w:p>
        </w:tc>
        <w:tc>
          <w:tcPr>
            <w:tcW w:w="1661" w:type="dxa"/>
            <w:vAlign w:val="center"/>
          </w:tcPr>
          <w:p w14:paraId="1A9F7387" w14:textId="34E458F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possum</w:t>
            </w:r>
            <w:r w:rsidR="003E16FA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762" w:type="dxa"/>
            <w:vAlign w:val="center"/>
          </w:tcPr>
          <w:p w14:paraId="721FB24B" w14:textId="1354BD06" w:rsidR="008B4A98" w:rsidRDefault="003E16FA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st</w:t>
            </w:r>
          </w:p>
        </w:tc>
        <w:tc>
          <w:tcPr>
            <w:tcW w:w="1725" w:type="dxa"/>
            <w:vAlign w:val="center"/>
          </w:tcPr>
          <w:p w14:paraId="4507E68D" w14:textId="791B4E8F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libertus</w:t>
            </w:r>
          </w:p>
        </w:tc>
        <w:tc>
          <w:tcPr>
            <w:tcW w:w="1842" w:type="dxa"/>
            <w:vAlign w:val="center"/>
          </w:tcPr>
          <w:p w14:paraId="5B247A13" w14:textId="27A1B94A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mihi</w:t>
            </w:r>
          </w:p>
        </w:tc>
        <w:tc>
          <w:tcPr>
            <w:tcW w:w="1784" w:type="dxa"/>
            <w:vAlign w:val="center"/>
          </w:tcPr>
          <w:p w14:paraId="216C165A" w14:textId="024E1099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Marcus</w:t>
            </w:r>
          </w:p>
        </w:tc>
      </w:tr>
      <w:tr w:rsidR="008B4A98" w14:paraId="1C4F0269" w14:textId="77777777" w:rsidTr="00E94975">
        <w:tc>
          <w:tcPr>
            <w:tcW w:w="2016" w:type="dxa"/>
            <w:vAlign w:val="center"/>
          </w:tcPr>
          <w:p w14:paraId="4D89C05C" w14:textId="0CE42FB7" w:rsidR="008B4A98" w:rsidRDefault="003E16F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others</w:t>
            </w:r>
          </w:p>
        </w:tc>
        <w:tc>
          <w:tcPr>
            <w:tcW w:w="1661" w:type="dxa"/>
            <w:vAlign w:val="center"/>
          </w:tcPr>
          <w:p w14:paraId="38A562F6" w14:textId="303327F4" w:rsidR="008B4A98" w:rsidRDefault="003E16F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am able</w:t>
            </w:r>
          </w:p>
        </w:tc>
        <w:tc>
          <w:tcPr>
            <w:tcW w:w="1762" w:type="dxa"/>
            <w:vAlign w:val="center"/>
          </w:tcPr>
          <w:p w14:paraId="3BD25388" w14:textId="0A3AA662" w:rsidR="008B4A98" w:rsidRDefault="003E16F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There is</w:t>
            </w:r>
          </w:p>
        </w:tc>
        <w:tc>
          <w:tcPr>
            <w:tcW w:w="1725" w:type="dxa"/>
            <w:vAlign w:val="center"/>
          </w:tcPr>
          <w:p w14:paraId="0EDB4BEC" w14:textId="2586DA85" w:rsidR="008B4A98" w:rsidRDefault="003E16F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freedman</w:t>
            </w:r>
          </w:p>
        </w:tc>
        <w:tc>
          <w:tcPr>
            <w:tcW w:w="1842" w:type="dxa"/>
            <w:vAlign w:val="center"/>
          </w:tcPr>
          <w:p w14:paraId="0DFC431A" w14:textId="087485DB" w:rsidR="008B4A98" w:rsidRDefault="003E16F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me</w:t>
            </w:r>
          </w:p>
        </w:tc>
        <w:tc>
          <w:tcPr>
            <w:tcW w:w="1784" w:type="dxa"/>
            <w:vAlign w:val="center"/>
          </w:tcPr>
          <w:p w14:paraId="21A6EFEC" w14:textId="7926AAF1" w:rsidR="008B4A98" w:rsidRDefault="008D7F4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Marcus</w:t>
            </w:r>
          </w:p>
        </w:tc>
      </w:tr>
      <w:tr w:rsidR="008B4A98" w14:paraId="39B47B9D" w14:textId="77777777" w:rsidTr="00E94975">
        <w:tc>
          <w:tcPr>
            <w:tcW w:w="2016" w:type="dxa"/>
            <w:vAlign w:val="center"/>
          </w:tcPr>
          <w:p w14:paraId="07399AEA" w14:textId="07DF605A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non</w:t>
            </w:r>
          </w:p>
        </w:tc>
        <w:tc>
          <w:tcPr>
            <w:tcW w:w="1661" w:type="dxa"/>
            <w:vAlign w:val="center"/>
          </w:tcPr>
          <w:p w14:paraId="47F8B6A2" w14:textId="5860373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illiteratus</w:t>
            </w:r>
            <w:r w:rsidR="008D7F4B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762" w:type="dxa"/>
            <w:vAlign w:val="center"/>
          </w:tcPr>
          <w:p w14:paraId="2B834476" w14:textId="06B0E79F" w:rsidR="008B4A98" w:rsidRDefault="008D7F4B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um</w:t>
            </w:r>
          </w:p>
        </w:tc>
        <w:tc>
          <w:tcPr>
            <w:tcW w:w="1725" w:type="dxa"/>
            <w:vAlign w:val="center"/>
          </w:tcPr>
          <w:p w14:paraId="65E63403" w14:textId="1533680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hoc</w:t>
            </w:r>
          </w:p>
        </w:tc>
        <w:tc>
          <w:tcPr>
            <w:tcW w:w="1842" w:type="dxa"/>
            <w:vAlign w:val="center"/>
          </w:tcPr>
          <w:p w14:paraId="4B664C6D" w14:textId="702994D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minor</w:t>
            </w:r>
          </w:p>
        </w:tc>
        <w:tc>
          <w:tcPr>
            <w:tcW w:w="1784" w:type="dxa"/>
            <w:vAlign w:val="center"/>
          </w:tcPr>
          <w:p w14:paraId="2E8EDCAC" w14:textId="063FCD3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frater</w:t>
            </w:r>
          </w:p>
        </w:tc>
      </w:tr>
      <w:tr w:rsidR="008B4A98" w14:paraId="5EE5AB5C" w14:textId="77777777" w:rsidTr="00E94975">
        <w:tc>
          <w:tcPr>
            <w:tcW w:w="2016" w:type="dxa"/>
            <w:vAlign w:val="center"/>
          </w:tcPr>
          <w:p w14:paraId="5BF71AAA" w14:textId="7F95689D" w:rsidR="008B4A98" w:rsidRDefault="008D7F4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not</w:t>
            </w:r>
          </w:p>
        </w:tc>
        <w:tc>
          <w:tcPr>
            <w:tcW w:w="1661" w:type="dxa"/>
            <w:vAlign w:val="center"/>
          </w:tcPr>
          <w:p w14:paraId="31C6C36D" w14:textId="71B8C4BB" w:rsidR="008B4A98" w:rsidRDefault="008D7F4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uneducated</w:t>
            </w:r>
          </w:p>
        </w:tc>
        <w:tc>
          <w:tcPr>
            <w:tcW w:w="1762" w:type="dxa"/>
            <w:vAlign w:val="center"/>
          </w:tcPr>
          <w:p w14:paraId="3143F401" w14:textId="2C65CFA5" w:rsidR="008B4A98" w:rsidRDefault="0018477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</w:t>
            </w:r>
          </w:p>
        </w:tc>
        <w:tc>
          <w:tcPr>
            <w:tcW w:w="1725" w:type="dxa"/>
            <w:vAlign w:val="center"/>
          </w:tcPr>
          <w:p w14:paraId="16F4A82D" w14:textId="3ADC7677" w:rsidR="008B4A98" w:rsidRDefault="0018477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him</w:t>
            </w:r>
          </w:p>
        </w:tc>
        <w:tc>
          <w:tcPr>
            <w:tcW w:w="1842" w:type="dxa"/>
            <w:vAlign w:val="center"/>
          </w:tcPr>
          <w:p w14:paraId="42E489B5" w14:textId="38039086" w:rsidR="008B4A98" w:rsidRDefault="007C5E5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younger</w:t>
            </w:r>
          </w:p>
        </w:tc>
        <w:tc>
          <w:tcPr>
            <w:tcW w:w="1784" w:type="dxa"/>
            <w:vAlign w:val="center"/>
          </w:tcPr>
          <w:p w14:paraId="5483C9E8" w14:textId="5D831052" w:rsidR="008B4A98" w:rsidRDefault="007B1D8D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brother</w:t>
            </w:r>
          </w:p>
        </w:tc>
      </w:tr>
      <w:tr w:rsidR="008B4A98" w14:paraId="3E56327E" w14:textId="77777777" w:rsidTr="00E94975">
        <w:tc>
          <w:tcPr>
            <w:tcW w:w="2016" w:type="dxa"/>
            <w:vAlign w:val="center"/>
          </w:tcPr>
          <w:p w14:paraId="4CCA40AE" w14:textId="58B0959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eodem</w:t>
            </w:r>
          </w:p>
        </w:tc>
        <w:tc>
          <w:tcPr>
            <w:tcW w:w="1661" w:type="dxa"/>
            <w:vAlign w:val="center"/>
          </w:tcPr>
          <w:p w14:paraId="06203F1D" w14:textId="096891B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lecto</w:t>
            </w:r>
          </w:p>
        </w:tc>
        <w:tc>
          <w:tcPr>
            <w:tcW w:w="1762" w:type="dxa"/>
            <w:vAlign w:val="center"/>
          </w:tcPr>
          <w:p w14:paraId="1E21DE3B" w14:textId="7638A612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quiescebat</w:t>
            </w:r>
            <w:r w:rsidR="00184772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725" w:type="dxa"/>
            <w:vAlign w:val="center"/>
          </w:tcPr>
          <w:p w14:paraId="145734BC" w14:textId="0809ACD9" w:rsidR="008B4A98" w:rsidRDefault="00184772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s</w:t>
            </w:r>
          </w:p>
        </w:tc>
        <w:tc>
          <w:tcPr>
            <w:tcW w:w="1842" w:type="dxa"/>
            <w:vAlign w:val="center"/>
          </w:tcPr>
          <w:p w14:paraId="708EC5B8" w14:textId="6E34DFC2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visus</w:t>
            </w:r>
          </w:p>
        </w:tc>
        <w:tc>
          <w:tcPr>
            <w:tcW w:w="1784" w:type="dxa"/>
            <w:vAlign w:val="center"/>
          </w:tcPr>
          <w:p w14:paraId="3044113E" w14:textId="7D78F96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est</w:t>
            </w:r>
          </w:p>
        </w:tc>
      </w:tr>
      <w:tr w:rsidR="008B4A98" w14:paraId="606640B7" w14:textId="77777777" w:rsidTr="00E94975">
        <w:tc>
          <w:tcPr>
            <w:tcW w:w="2016" w:type="dxa"/>
            <w:vAlign w:val="center"/>
          </w:tcPr>
          <w:p w14:paraId="0BDBE3BE" w14:textId="30C5EBC9" w:rsidR="008B4A98" w:rsidRDefault="00DB61A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the same</w:t>
            </w:r>
          </w:p>
        </w:tc>
        <w:tc>
          <w:tcPr>
            <w:tcW w:w="1661" w:type="dxa"/>
            <w:vAlign w:val="center"/>
          </w:tcPr>
          <w:p w14:paraId="0DBCACF2" w14:textId="7FB703C5" w:rsidR="008B4A98" w:rsidRDefault="00DB61AC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bed</w:t>
            </w:r>
          </w:p>
        </w:tc>
        <w:tc>
          <w:tcPr>
            <w:tcW w:w="1762" w:type="dxa"/>
            <w:vAlign w:val="center"/>
          </w:tcPr>
          <w:p w14:paraId="1A4366E1" w14:textId="5FB26058" w:rsidR="008B4A98" w:rsidRDefault="0018477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sleeping</w:t>
            </w:r>
          </w:p>
        </w:tc>
        <w:tc>
          <w:tcPr>
            <w:tcW w:w="1725" w:type="dxa"/>
            <w:vAlign w:val="center"/>
          </w:tcPr>
          <w:p w14:paraId="26CE8A99" w14:textId="509FF2B1" w:rsidR="008B4A98" w:rsidRDefault="0018477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</w:t>
            </w:r>
          </w:p>
        </w:tc>
        <w:tc>
          <w:tcPr>
            <w:tcW w:w="1842" w:type="dxa"/>
            <w:vAlign w:val="center"/>
          </w:tcPr>
          <w:p w14:paraId="5CA7E6A6" w14:textId="033602D5" w:rsidR="008B4A98" w:rsidRDefault="0018477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seemed</w:t>
            </w:r>
          </w:p>
        </w:tc>
        <w:tc>
          <w:tcPr>
            <w:tcW w:w="1784" w:type="dxa"/>
            <w:vAlign w:val="center"/>
          </w:tcPr>
          <w:p w14:paraId="30484AB1" w14:textId="77777777" w:rsidR="008B4A98" w:rsidRDefault="008B4A9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2= </w:t>
            </w:r>
          </w:p>
        </w:tc>
      </w:tr>
      <w:tr w:rsidR="008B4A98" w14:paraId="23B6F6D4" w14:textId="77777777" w:rsidTr="00E94975">
        <w:tc>
          <w:tcPr>
            <w:tcW w:w="2016" w:type="dxa"/>
            <w:vAlign w:val="center"/>
          </w:tcPr>
          <w:p w14:paraId="61C7AEE8" w14:textId="2505D6A4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sibi</w:t>
            </w:r>
          </w:p>
        </w:tc>
        <w:tc>
          <w:tcPr>
            <w:tcW w:w="1661" w:type="dxa"/>
            <w:vAlign w:val="center"/>
          </w:tcPr>
          <w:p w14:paraId="448DD339" w14:textId="6C0817C9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cernere</w:t>
            </w:r>
          </w:p>
        </w:tc>
        <w:tc>
          <w:tcPr>
            <w:tcW w:w="1762" w:type="dxa"/>
            <w:vAlign w:val="center"/>
          </w:tcPr>
          <w:p w14:paraId="0FECFC7D" w14:textId="0D855B6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quendam</w:t>
            </w:r>
          </w:p>
        </w:tc>
        <w:tc>
          <w:tcPr>
            <w:tcW w:w="1725" w:type="dxa"/>
            <w:vAlign w:val="center"/>
          </w:tcPr>
          <w:p w14:paraId="119F0587" w14:textId="5011438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in</w:t>
            </w:r>
          </w:p>
        </w:tc>
        <w:tc>
          <w:tcPr>
            <w:tcW w:w="1842" w:type="dxa"/>
            <w:vAlign w:val="center"/>
          </w:tcPr>
          <w:p w14:paraId="1CA3D5C6" w14:textId="4158979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toro</w:t>
            </w:r>
          </w:p>
        </w:tc>
        <w:tc>
          <w:tcPr>
            <w:tcW w:w="1784" w:type="dxa"/>
            <w:vAlign w:val="center"/>
          </w:tcPr>
          <w:p w14:paraId="544CDC94" w14:textId="7EBB635F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residentem</w:t>
            </w:r>
          </w:p>
        </w:tc>
      </w:tr>
      <w:tr w:rsidR="008B4A98" w14:paraId="794109D0" w14:textId="77777777" w:rsidTr="00E94975">
        <w:tc>
          <w:tcPr>
            <w:tcW w:w="2016" w:type="dxa"/>
            <w:vAlign w:val="center"/>
          </w:tcPr>
          <w:p w14:paraId="3D27ED6B" w14:textId="177274D9" w:rsidR="008B4A98" w:rsidRDefault="0018477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him</w:t>
            </w:r>
          </w:p>
        </w:tc>
        <w:tc>
          <w:tcPr>
            <w:tcW w:w="1661" w:type="dxa"/>
            <w:vAlign w:val="center"/>
          </w:tcPr>
          <w:p w14:paraId="3FCC09DF" w14:textId="42249E56" w:rsidR="008B4A98" w:rsidRDefault="0018477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discern</w:t>
            </w:r>
          </w:p>
        </w:tc>
        <w:tc>
          <w:tcPr>
            <w:tcW w:w="1762" w:type="dxa"/>
            <w:vAlign w:val="center"/>
          </w:tcPr>
          <w:p w14:paraId="11A38E59" w14:textId="773C8CCE" w:rsidR="008B4A98" w:rsidRDefault="0018477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certain man</w:t>
            </w:r>
          </w:p>
        </w:tc>
        <w:tc>
          <w:tcPr>
            <w:tcW w:w="1725" w:type="dxa"/>
            <w:vAlign w:val="center"/>
          </w:tcPr>
          <w:p w14:paraId="4A98BA1B" w14:textId="77984139" w:rsidR="008B4A98" w:rsidRDefault="0018477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</w:t>
            </w:r>
          </w:p>
        </w:tc>
        <w:tc>
          <w:tcPr>
            <w:tcW w:w="1842" w:type="dxa"/>
            <w:vAlign w:val="center"/>
          </w:tcPr>
          <w:p w14:paraId="60288C7A" w14:textId="498F1C10" w:rsidR="008B4A98" w:rsidRDefault="0018477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bed</w:t>
            </w:r>
          </w:p>
        </w:tc>
        <w:tc>
          <w:tcPr>
            <w:tcW w:w="1784" w:type="dxa"/>
            <w:vAlign w:val="center"/>
          </w:tcPr>
          <w:p w14:paraId="0EA20907" w14:textId="00CCF1D1" w:rsidR="008B4A98" w:rsidRDefault="0018477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sitting</w:t>
            </w:r>
          </w:p>
        </w:tc>
      </w:tr>
      <w:tr w:rsidR="008B4A98" w14:paraId="2DA6638A" w14:textId="77777777" w:rsidTr="00E94975">
        <w:tc>
          <w:tcPr>
            <w:tcW w:w="2016" w:type="dxa"/>
            <w:vAlign w:val="center"/>
          </w:tcPr>
          <w:p w14:paraId="7D2197A0" w14:textId="75E04193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admoventemque</w:t>
            </w:r>
          </w:p>
        </w:tc>
        <w:tc>
          <w:tcPr>
            <w:tcW w:w="1661" w:type="dxa"/>
            <w:vAlign w:val="center"/>
          </w:tcPr>
          <w:p w14:paraId="0CC2DE9F" w14:textId="37408D3A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capiti</w:t>
            </w:r>
          </w:p>
        </w:tc>
        <w:tc>
          <w:tcPr>
            <w:tcW w:w="1762" w:type="dxa"/>
            <w:vAlign w:val="center"/>
          </w:tcPr>
          <w:p w14:paraId="2AE3393A" w14:textId="4276C86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suo</w:t>
            </w:r>
          </w:p>
        </w:tc>
        <w:tc>
          <w:tcPr>
            <w:tcW w:w="1725" w:type="dxa"/>
            <w:vAlign w:val="center"/>
          </w:tcPr>
          <w:p w14:paraId="6A173A23" w14:textId="61F30B8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cultros</w:t>
            </w:r>
          </w:p>
        </w:tc>
        <w:tc>
          <w:tcPr>
            <w:tcW w:w="1842" w:type="dxa"/>
            <w:vAlign w:val="center"/>
          </w:tcPr>
          <w:p w14:paraId="181E4947" w14:textId="440F354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atque</w:t>
            </w:r>
          </w:p>
        </w:tc>
        <w:tc>
          <w:tcPr>
            <w:tcW w:w="1784" w:type="dxa"/>
            <w:vAlign w:val="center"/>
          </w:tcPr>
          <w:p w14:paraId="5CEDE63C" w14:textId="167AE352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etiam</w:t>
            </w:r>
          </w:p>
        </w:tc>
      </w:tr>
      <w:tr w:rsidR="008B4A98" w14:paraId="28BCE6EF" w14:textId="77777777" w:rsidTr="00E94975">
        <w:tc>
          <w:tcPr>
            <w:tcW w:w="2016" w:type="dxa"/>
            <w:vAlign w:val="center"/>
          </w:tcPr>
          <w:p w14:paraId="63457382" w14:textId="425DCB01" w:rsidR="008B4A98" w:rsidRDefault="0018477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moving</w:t>
            </w:r>
          </w:p>
        </w:tc>
        <w:tc>
          <w:tcPr>
            <w:tcW w:w="1661" w:type="dxa"/>
            <w:vAlign w:val="center"/>
          </w:tcPr>
          <w:p w14:paraId="7A6D1BEA" w14:textId="5EBE88AD" w:rsidR="008B4A98" w:rsidRDefault="0018477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head</w:t>
            </w:r>
          </w:p>
        </w:tc>
        <w:tc>
          <w:tcPr>
            <w:tcW w:w="1762" w:type="dxa"/>
            <w:vAlign w:val="center"/>
          </w:tcPr>
          <w:p w14:paraId="46D4CA1B" w14:textId="6411B6F5" w:rsidR="008B4A98" w:rsidRDefault="0018477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his</w:t>
            </w:r>
          </w:p>
        </w:tc>
        <w:tc>
          <w:tcPr>
            <w:tcW w:w="1725" w:type="dxa"/>
            <w:vAlign w:val="center"/>
          </w:tcPr>
          <w:p w14:paraId="6C5A4F70" w14:textId="0221E324" w:rsidR="008B4A98" w:rsidRDefault="0018477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scissors</w:t>
            </w:r>
          </w:p>
        </w:tc>
        <w:tc>
          <w:tcPr>
            <w:tcW w:w="1842" w:type="dxa"/>
            <w:vAlign w:val="center"/>
          </w:tcPr>
          <w:p w14:paraId="5FA66F86" w14:textId="709B4CD5" w:rsidR="008B4A98" w:rsidRDefault="0018477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784" w:type="dxa"/>
            <w:vAlign w:val="center"/>
          </w:tcPr>
          <w:p w14:paraId="0F1160D8" w14:textId="3BCCE355" w:rsidR="008B4A98" w:rsidRDefault="0018477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also</w:t>
            </w:r>
          </w:p>
        </w:tc>
      </w:tr>
      <w:tr w:rsidR="008B4A98" w14:paraId="367A4306" w14:textId="77777777" w:rsidTr="00E94975">
        <w:tc>
          <w:tcPr>
            <w:tcW w:w="2016" w:type="dxa"/>
            <w:vAlign w:val="center"/>
          </w:tcPr>
          <w:p w14:paraId="6886657C" w14:textId="036F791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ex</w:t>
            </w:r>
          </w:p>
        </w:tc>
        <w:tc>
          <w:tcPr>
            <w:tcW w:w="1661" w:type="dxa"/>
            <w:vAlign w:val="center"/>
          </w:tcPr>
          <w:p w14:paraId="06F03C2D" w14:textId="66841E19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ipso</w:t>
            </w:r>
          </w:p>
        </w:tc>
        <w:tc>
          <w:tcPr>
            <w:tcW w:w="1762" w:type="dxa"/>
            <w:vAlign w:val="center"/>
          </w:tcPr>
          <w:p w14:paraId="4941385A" w14:textId="75838344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vertice</w:t>
            </w:r>
          </w:p>
        </w:tc>
        <w:tc>
          <w:tcPr>
            <w:tcW w:w="1725" w:type="dxa"/>
            <w:vAlign w:val="center"/>
          </w:tcPr>
          <w:p w14:paraId="661BC2C3" w14:textId="514FADE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amputantem</w:t>
            </w:r>
          </w:p>
        </w:tc>
        <w:tc>
          <w:tcPr>
            <w:tcW w:w="1842" w:type="dxa"/>
            <w:vAlign w:val="center"/>
          </w:tcPr>
          <w:p w14:paraId="520BAC86" w14:textId="3EE86F2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capillos</w:t>
            </w:r>
            <w:r w:rsidR="00E6016D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784" w:type="dxa"/>
            <w:vAlign w:val="center"/>
          </w:tcPr>
          <w:p w14:paraId="24E669EC" w14:textId="1E421DEF" w:rsidR="008B4A98" w:rsidRDefault="00E6016D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u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bi</w:t>
            </w:r>
          </w:p>
        </w:tc>
      </w:tr>
      <w:tr w:rsidR="008B4A98" w14:paraId="70761BF6" w14:textId="77777777" w:rsidTr="00E94975">
        <w:tc>
          <w:tcPr>
            <w:tcW w:w="2016" w:type="dxa"/>
            <w:vAlign w:val="center"/>
          </w:tcPr>
          <w:p w14:paraId="0B6A112E" w14:textId="23A5DDE7" w:rsidR="008B4A98" w:rsidRDefault="0018477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  <w:tc>
          <w:tcPr>
            <w:tcW w:w="1661" w:type="dxa"/>
            <w:vAlign w:val="center"/>
          </w:tcPr>
          <w:p w14:paraId="7F21B692" w14:textId="64A33616" w:rsidR="008B4A98" w:rsidRDefault="0018477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(his) very</w:t>
            </w:r>
          </w:p>
        </w:tc>
        <w:tc>
          <w:tcPr>
            <w:tcW w:w="1762" w:type="dxa"/>
            <w:vAlign w:val="center"/>
          </w:tcPr>
          <w:p w14:paraId="4B660D54" w14:textId="564C9F5A" w:rsidR="008B4A98" w:rsidRDefault="0018477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head</w:t>
            </w:r>
          </w:p>
        </w:tc>
        <w:tc>
          <w:tcPr>
            <w:tcW w:w="1725" w:type="dxa"/>
            <w:vAlign w:val="center"/>
          </w:tcPr>
          <w:p w14:paraId="251A26F5" w14:textId="03795172" w:rsidR="008B4A98" w:rsidRDefault="0018477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cutting</w:t>
            </w:r>
          </w:p>
        </w:tc>
        <w:tc>
          <w:tcPr>
            <w:tcW w:w="1842" w:type="dxa"/>
            <w:vAlign w:val="center"/>
          </w:tcPr>
          <w:p w14:paraId="77555DDE" w14:textId="2C32C1EA" w:rsidR="008B4A98" w:rsidRDefault="0018477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hairs</w:t>
            </w:r>
          </w:p>
        </w:tc>
        <w:tc>
          <w:tcPr>
            <w:tcW w:w="1784" w:type="dxa"/>
            <w:vAlign w:val="center"/>
          </w:tcPr>
          <w:p w14:paraId="20FEF7D3" w14:textId="180CD231" w:rsidR="008B4A98" w:rsidRDefault="00E6016D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When</w:t>
            </w:r>
          </w:p>
        </w:tc>
      </w:tr>
      <w:tr w:rsidR="008B4A98" w14:paraId="17CED899" w14:textId="77777777" w:rsidTr="00E94975">
        <w:tc>
          <w:tcPr>
            <w:tcW w:w="2016" w:type="dxa"/>
            <w:vAlign w:val="center"/>
          </w:tcPr>
          <w:p w14:paraId="7315DD0D" w14:textId="6CB0ACC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illuxit</w:t>
            </w:r>
          </w:p>
        </w:tc>
        <w:tc>
          <w:tcPr>
            <w:tcW w:w="1661" w:type="dxa"/>
            <w:vAlign w:val="center"/>
          </w:tcPr>
          <w:p w14:paraId="28CE3C14" w14:textId="50E0EE1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ipse</w:t>
            </w:r>
          </w:p>
        </w:tc>
        <w:tc>
          <w:tcPr>
            <w:tcW w:w="1762" w:type="dxa"/>
            <w:vAlign w:val="center"/>
          </w:tcPr>
          <w:p w14:paraId="0AE38497" w14:textId="6019B64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circa</w:t>
            </w:r>
          </w:p>
        </w:tc>
        <w:tc>
          <w:tcPr>
            <w:tcW w:w="1725" w:type="dxa"/>
            <w:vAlign w:val="center"/>
          </w:tcPr>
          <w:p w14:paraId="5562469B" w14:textId="5571984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verticem</w:t>
            </w:r>
          </w:p>
        </w:tc>
        <w:tc>
          <w:tcPr>
            <w:tcW w:w="1842" w:type="dxa"/>
            <w:vAlign w:val="center"/>
          </w:tcPr>
          <w:p w14:paraId="363B9987" w14:textId="01ECC72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tonsus</w:t>
            </w:r>
          </w:p>
        </w:tc>
        <w:tc>
          <w:tcPr>
            <w:tcW w:w="1784" w:type="dxa"/>
            <w:vAlign w:val="center"/>
          </w:tcPr>
          <w:p w14:paraId="277D9521" w14:textId="739FC17B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capilli</w:t>
            </w:r>
          </w:p>
        </w:tc>
      </w:tr>
      <w:tr w:rsidR="008B4A98" w14:paraId="63177CED" w14:textId="77777777" w:rsidTr="00E94975">
        <w:tc>
          <w:tcPr>
            <w:tcW w:w="2016" w:type="dxa"/>
            <w:vAlign w:val="center"/>
          </w:tcPr>
          <w:p w14:paraId="7558359A" w14:textId="5EB9A330" w:rsidR="008B4A98" w:rsidRDefault="00E6016D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 became light</w:t>
            </w:r>
          </w:p>
        </w:tc>
        <w:tc>
          <w:tcPr>
            <w:tcW w:w="1661" w:type="dxa"/>
            <w:vAlign w:val="center"/>
          </w:tcPr>
          <w:p w14:paraId="540D54D9" w14:textId="38B03729" w:rsidR="008B4A98" w:rsidRDefault="00E6016D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himself</w:t>
            </w:r>
          </w:p>
        </w:tc>
        <w:tc>
          <w:tcPr>
            <w:tcW w:w="1762" w:type="dxa"/>
            <w:vAlign w:val="center"/>
          </w:tcPr>
          <w:p w14:paraId="1E7CE512" w14:textId="3A0615EA" w:rsidR="008B4A98" w:rsidRDefault="00F410A4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around</w:t>
            </w:r>
          </w:p>
        </w:tc>
        <w:tc>
          <w:tcPr>
            <w:tcW w:w="1725" w:type="dxa"/>
            <w:vAlign w:val="center"/>
          </w:tcPr>
          <w:p w14:paraId="386CAE05" w14:textId="2E42ABF8" w:rsidR="008B4A98" w:rsidRDefault="00F410A4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 head</w:t>
            </w:r>
          </w:p>
        </w:tc>
        <w:tc>
          <w:tcPr>
            <w:tcW w:w="1842" w:type="dxa"/>
            <w:vAlign w:val="center"/>
          </w:tcPr>
          <w:p w14:paraId="3C5CBE6C" w14:textId="5AFEEB74" w:rsidR="008B4A98" w:rsidRDefault="00F410A4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shorn</w:t>
            </w:r>
          </w:p>
        </w:tc>
        <w:tc>
          <w:tcPr>
            <w:tcW w:w="1784" w:type="dxa"/>
            <w:vAlign w:val="center"/>
          </w:tcPr>
          <w:p w14:paraId="4D020F73" w14:textId="30FD7D30" w:rsidR="008B4A98" w:rsidRDefault="0042072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(and) his hair</w:t>
            </w:r>
          </w:p>
        </w:tc>
      </w:tr>
      <w:tr w:rsidR="008B4A98" w14:paraId="710F9FC4" w14:textId="77777777" w:rsidTr="00E94975">
        <w:tc>
          <w:tcPr>
            <w:tcW w:w="2016" w:type="dxa"/>
            <w:vAlign w:val="center"/>
          </w:tcPr>
          <w:p w14:paraId="636EF754" w14:textId="52CE87F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iacentes</w:t>
            </w:r>
          </w:p>
        </w:tc>
        <w:tc>
          <w:tcPr>
            <w:tcW w:w="1661" w:type="dxa"/>
            <w:vAlign w:val="center"/>
          </w:tcPr>
          <w:p w14:paraId="33133FA9" w14:textId="4ACFB80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reperiuntur</w:t>
            </w:r>
            <w:r w:rsidR="00F410A4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762" w:type="dxa"/>
            <w:vAlign w:val="center"/>
          </w:tcPr>
          <w:p w14:paraId="047E10B0" w14:textId="075108EA" w:rsidR="008B4A98" w:rsidRDefault="00F410A4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xiguum</w:t>
            </w:r>
          </w:p>
        </w:tc>
        <w:tc>
          <w:tcPr>
            <w:tcW w:w="1725" w:type="dxa"/>
            <w:vAlign w:val="center"/>
          </w:tcPr>
          <w:p w14:paraId="7352DEB1" w14:textId="548900E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temporis</w:t>
            </w:r>
          </w:p>
        </w:tc>
        <w:tc>
          <w:tcPr>
            <w:tcW w:w="1842" w:type="dxa"/>
            <w:vAlign w:val="center"/>
          </w:tcPr>
          <w:p w14:paraId="4D361354" w14:textId="26F5471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medium</w:t>
            </w:r>
          </w:p>
        </w:tc>
        <w:tc>
          <w:tcPr>
            <w:tcW w:w="1784" w:type="dxa"/>
            <w:vAlign w:val="center"/>
          </w:tcPr>
          <w:p w14:paraId="2E904E11" w14:textId="2AB4D94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</w:tr>
      <w:tr w:rsidR="008B4A98" w14:paraId="663147FF" w14:textId="77777777" w:rsidTr="00E94975">
        <w:tc>
          <w:tcPr>
            <w:tcW w:w="2016" w:type="dxa"/>
            <w:vAlign w:val="center"/>
          </w:tcPr>
          <w:p w14:paraId="7F7107E1" w14:textId="57C2FD0C" w:rsidR="008B4A98" w:rsidRDefault="0042072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lying (on the ground_</w:t>
            </w:r>
          </w:p>
        </w:tc>
        <w:tc>
          <w:tcPr>
            <w:tcW w:w="1661" w:type="dxa"/>
            <w:vAlign w:val="center"/>
          </w:tcPr>
          <w:p w14:paraId="2E482F50" w14:textId="39BCE2C8" w:rsidR="008B4A98" w:rsidRDefault="0042072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found</w:t>
            </w:r>
          </w:p>
        </w:tc>
        <w:tc>
          <w:tcPr>
            <w:tcW w:w="1762" w:type="dxa"/>
            <w:vAlign w:val="center"/>
          </w:tcPr>
          <w:p w14:paraId="224BCB2F" w14:textId="67352B2D" w:rsidR="008B4A98" w:rsidRDefault="002C7FB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small amount</w:t>
            </w:r>
          </w:p>
        </w:tc>
        <w:tc>
          <w:tcPr>
            <w:tcW w:w="1725" w:type="dxa"/>
            <w:vAlign w:val="center"/>
          </w:tcPr>
          <w:p w14:paraId="50BE899D" w14:textId="080FF0ED" w:rsidR="008B4A98" w:rsidRDefault="002C7FB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time</w:t>
            </w:r>
          </w:p>
        </w:tc>
        <w:tc>
          <w:tcPr>
            <w:tcW w:w="1842" w:type="dxa"/>
            <w:vAlign w:val="center"/>
          </w:tcPr>
          <w:p w14:paraId="38B22713" w14:textId="350CCFA0" w:rsidR="008B4A98" w:rsidRDefault="002C7FB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(was) in between</w:t>
            </w:r>
          </w:p>
        </w:tc>
        <w:tc>
          <w:tcPr>
            <w:tcW w:w="1784" w:type="dxa"/>
            <w:vAlign w:val="center"/>
          </w:tcPr>
          <w:p w14:paraId="2591D1FB" w14:textId="3DFF49C8" w:rsidR="008B4A98" w:rsidRDefault="002C7FB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</w:tr>
      <w:tr w:rsidR="008B4A98" w14:paraId="0775C980" w14:textId="77777777" w:rsidTr="00E94975">
        <w:tc>
          <w:tcPr>
            <w:tcW w:w="2016" w:type="dxa"/>
            <w:vAlign w:val="center"/>
          </w:tcPr>
          <w:p w14:paraId="47E0E3AE" w14:textId="770155A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rursus</w:t>
            </w:r>
          </w:p>
        </w:tc>
        <w:tc>
          <w:tcPr>
            <w:tcW w:w="1661" w:type="dxa"/>
            <w:vAlign w:val="center"/>
          </w:tcPr>
          <w:p w14:paraId="198B6BB2" w14:textId="09400373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simile</w:t>
            </w:r>
          </w:p>
        </w:tc>
        <w:tc>
          <w:tcPr>
            <w:tcW w:w="1762" w:type="dxa"/>
            <w:vAlign w:val="center"/>
          </w:tcPr>
          <w:p w14:paraId="14AF4B35" w14:textId="77D0F82A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aliud</w:t>
            </w:r>
          </w:p>
        </w:tc>
        <w:tc>
          <w:tcPr>
            <w:tcW w:w="1725" w:type="dxa"/>
            <w:vAlign w:val="center"/>
          </w:tcPr>
          <w:p w14:paraId="23E4E4EE" w14:textId="26CD559A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priori</w:t>
            </w:r>
          </w:p>
        </w:tc>
        <w:tc>
          <w:tcPr>
            <w:tcW w:w="1842" w:type="dxa"/>
            <w:vAlign w:val="center"/>
          </w:tcPr>
          <w:p w14:paraId="1F2F4C8A" w14:textId="2E59AF7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fidem</w:t>
            </w:r>
          </w:p>
        </w:tc>
        <w:tc>
          <w:tcPr>
            <w:tcW w:w="1784" w:type="dxa"/>
            <w:vAlign w:val="center"/>
          </w:tcPr>
          <w:p w14:paraId="749807F2" w14:textId="66E2F70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fecit</w:t>
            </w:r>
            <w:r w:rsidR="00983451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</w:tr>
      <w:tr w:rsidR="008B4A98" w14:paraId="343913EA" w14:textId="77777777" w:rsidTr="00E94975">
        <w:tc>
          <w:tcPr>
            <w:tcW w:w="2016" w:type="dxa"/>
            <w:vAlign w:val="center"/>
          </w:tcPr>
          <w:p w14:paraId="4CBFED45" w14:textId="2161EB14" w:rsidR="008B4A98" w:rsidRDefault="002C7FB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again</w:t>
            </w:r>
          </w:p>
        </w:tc>
        <w:tc>
          <w:tcPr>
            <w:tcW w:w="1661" w:type="dxa"/>
            <w:vAlign w:val="center"/>
          </w:tcPr>
          <w:p w14:paraId="79FE4BA0" w14:textId="06673581" w:rsidR="008B4A98" w:rsidRDefault="00B956CD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similar</w:t>
            </w:r>
          </w:p>
        </w:tc>
        <w:tc>
          <w:tcPr>
            <w:tcW w:w="1762" w:type="dxa"/>
            <w:vAlign w:val="center"/>
          </w:tcPr>
          <w:p w14:paraId="2BA837FB" w14:textId="1DF4F0D3" w:rsidR="008B4A98" w:rsidRDefault="00B956CD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another (thing)</w:t>
            </w:r>
          </w:p>
        </w:tc>
        <w:tc>
          <w:tcPr>
            <w:tcW w:w="1725" w:type="dxa"/>
            <w:vAlign w:val="center"/>
          </w:tcPr>
          <w:p w14:paraId="6F785F96" w14:textId="5AD6EC72" w:rsidR="008B4A98" w:rsidRDefault="00B956CD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the prior (one)</w:t>
            </w:r>
          </w:p>
        </w:tc>
        <w:tc>
          <w:tcPr>
            <w:tcW w:w="1842" w:type="dxa"/>
            <w:vAlign w:val="center"/>
          </w:tcPr>
          <w:p w14:paraId="77F801AA" w14:textId="030F90C0" w:rsidR="008B4A98" w:rsidRDefault="00B956CD" w:rsidP="008B4A98">
            <w:proofErr w:type="gramStart"/>
            <w:proofErr w:type="gramEnd"/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my belief</w:t>
            </w:r>
          </w:p>
        </w:tc>
        <w:tc>
          <w:tcPr>
            <w:tcW w:w="1784" w:type="dxa"/>
            <w:vAlign w:val="center"/>
          </w:tcPr>
          <w:p w14:paraId="0064C07C" w14:textId="57B21BD7" w:rsidR="008B4A98" w:rsidRDefault="00B956CD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built.</w:t>
            </w:r>
          </w:p>
        </w:tc>
      </w:tr>
      <w:tr w:rsidR="008B4A98" w14:paraId="3586A7DA" w14:textId="77777777" w:rsidTr="00E94975">
        <w:tc>
          <w:tcPr>
            <w:tcW w:w="2016" w:type="dxa"/>
            <w:vAlign w:val="center"/>
          </w:tcPr>
          <w:p w14:paraId="5C68BF9F" w14:textId="3FBBDAA1" w:rsidR="008B4A98" w:rsidRDefault="00983451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uer</w:t>
            </w:r>
          </w:p>
        </w:tc>
        <w:tc>
          <w:tcPr>
            <w:tcW w:w="1661" w:type="dxa"/>
            <w:vAlign w:val="center"/>
          </w:tcPr>
          <w:p w14:paraId="398C279B" w14:textId="608B58C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in</w:t>
            </w:r>
          </w:p>
        </w:tc>
        <w:tc>
          <w:tcPr>
            <w:tcW w:w="1762" w:type="dxa"/>
            <w:vAlign w:val="center"/>
          </w:tcPr>
          <w:p w14:paraId="50D82DEA" w14:textId="5CD9578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paedagogio</w:t>
            </w:r>
          </w:p>
        </w:tc>
        <w:tc>
          <w:tcPr>
            <w:tcW w:w="1725" w:type="dxa"/>
            <w:vAlign w:val="center"/>
          </w:tcPr>
          <w:p w14:paraId="1066443A" w14:textId="1900C232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mixtus</w:t>
            </w:r>
          </w:p>
        </w:tc>
        <w:tc>
          <w:tcPr>
            <w:tcW w:w="1842" w:type="dxa"/>
            <w:vAlign w:val="center"/>
          </w:tcPr>
          <w:p w14:paraId="3E540CDC" w14:textId="4D26C95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pluribus</w:t>
            </w:r>
          </w:p>
        </w:tc>
        <w:tc>
          <w:tcPr>
            <w:tcW w:w="1784" w:type="dxa"/>
            <w:vAlign w:val="center"/>
          </w:tcPr>
          <w:p w14:paraId="397E18B5" w14:textId="3C3936F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dormiebat</w:t>
            </w:r>
            <w:r w:rsidR="005D3D20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</w:tr>
      <w:tr w:rsidR="008B4A98" w14:paraId="431B40C3" w14:textId="77777777" w:rsidTr="00E94975">
        <w:tc>
          <w:tcPr>
            <w:tcW w:w="2016" w:type="dxa"/>
            <w:vAlign w:val="center"/>
          </w:tcPr>
          <w:p w14:paraId="09E236B5" w14:textId="34D1DA60" w:rsidR="008B4A98" w:rsidRDefault="00C20F4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boy</w:t>
            </w:r>
          </w:p>
        </w:tc>
        <w:tc>
          <w:tcPr>
            <w:tcW w:w="1661" w:type="dxa"/>
            <w:vAlign w:val="center"/>
          </w:tcPr>
          <w:p w14:paraId="46596F6E" w14:textId="6EF79526" w:rsidR="008B4A98" w:rsidRDefault="00C20F4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</w:t>
            </w:r>
          </w:p>
        </w:tc>
        <w:tc>
          <w:tcPr>
            <w:tcW w:w="1762" w:type="dxa"/>
            <w:vAlign w:val="center"/>
          </w:tcPr>
          <w:p w14:paraId="7014B935" w14:textId="3EFDF205" w:rsidR="008B4A98" w:rsidRDefault="00C20F4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dormitory</w:t>
            </w:r>
          </w:p>
        </w:tc>
        <w:tc>
          <w:tcPr>
            <w:tcW w:w="1725" w:type="dxa"/>
            <w:vAlign w:val="center"/>
          </w:tcPr>
          <w:p w14:paraId="661215D2" w14:textId="58393604" w:rsidR="008B4A98" w:rsidRDefault="00C20F4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mixed</w:t>
            </w:r>
          </w:p>
        </w:tc>
        <w:tc>
          <w:tcPr>
            <w:tcW w:w="1842" w:type="dxa"/>
            <w:vAlign w:val="center"/>
          </w:tcPr>
          <w:p w14:paraId="5EDC04F6" w14:textId="130B86A6" w:rsidR="008B4A98" w:rsidRDefault="005D3D20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many</w:t>
            </w:r>
          </w:p>
        </w:tc>
        <w:tc>
          <w:tcPr>
            <w:tcW w:w="1784" w:type="dxa"/>
            <w:vAlign w:val="center"/>
          </w:tcPr>
          <w:p w14:paraId="39B72BE2" w14:textId="68BBE11F" w:rsidR="008B4A98" w:rsidRDefault="00C20F4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sleeping</w:t>
            </w:r>
          </w:p>
        </w:tc>
      </w:tr>
      <w:tr w:rsidR="008B4A98" w14:paraId="7C657F19" w14:textId="77777777" w:rsidTr="00E94975">
        <w:tc>
          <w:tcPr>
            <w:tcW w:w="2016" w:type="dxa"/>
            <w:vAlign w:val="center"/>
          </w:tcPr>
          <w:p w14:paraId="70F715D5" w14:textId="4E31315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venerunt</w:t>
            </w:r>
          </w:p>
        </w:tc>
        <w:tc>
          <w:tcPr>
            <w:tcW w:w="1661" w:type="dxa"/>
            <w:vAlign w:val="center"/>
          </w:tcPr>
          <w:p w14:paraId="520D73A1" w14:textId="503EC619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per</w:t>
            </w:r>
          </w:p>
        </w:tc>
        <w:tc>
          <w:tcPr>
            <w:tcW w:w="1762" w:type="dxa"/>
            <w:vAlign w:val="center"/>
          </w:tcPr>
          <w:p w14:paraId="6919CCDD" w14:textId="134291B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fenestras</w:t>
            </w:r>
          </w:p>
        </w:tc>
        <w:tc>
          <w:tcPr>
            <w:tcW w:w="1725" w:type="dxa"/>
            <w:vAlign w:val="center"/>
          </w:tcPr>
          <w:p w14:paraId="1DD53146" w14:textId="7BDCCAC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ita</w:t>
            </w:r>
          </w:p>
        </w:tc>
        <w:tc>
          <w:tcPr>
            <w:tcW w:w="1842" w:type="dxa"/>
            <w:vAlign w:val="center"/>
          </w:tcPr>
          <w:p w14:paraId="16D00EFE" w14:textId="605C486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narrat</w:t>
            </w:r>
          </w:p>
        </w:tc>
        <w:tc>
          <w:tcPr>
            <w:tcW w:w="1784" w:type="dxa"/>
            <w:vAlign w:val="center"/>
          </w:tcPr>
          <w:p w14:paraId="46DBE177" w14:textId="4F535B7B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in</w:t>
            </w:r>
          </w:p>
        </w:tc>
      </w:tr>
      <w:tr w:rsidR="008B4A98" w14:paraId="3F292B5A" w14:textId="77777777" w:rsidTr="00E94975">
        <w:tc>
          <w:tcPr>
            <w:tcW w:w="2016" w:type="dxa"/>
            <w:vAlign w:val="center"/>
          </w:tcPr>
          <w:p w14:paraId="5CC9DF5C" w14:textId="70B81846" w:rsidR="008B4A98" w:rsidRDefault="005D3D20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came</w:t>
            </w:r>
          </w:p>
        </w:tc>
        <w:tc>
          <w:tcPr>
            <w:tcW w:w="1661" w:type="dxa"/>
            <w:vAlign w:val="center"/>
          </w:tcPr>
          <w:p w14:paraId="478AC13C" w14:textId="72272997" w:rsidR="008B4A98" w:rsidRDefault="005D3D20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through</w:t>
            </w:r>
          </w:p>
        </w:tc>
        <w:tc>
          <w:tcPr>
            <w:tcW w:w="1762" w:type="dxa"/>
            <w:vAlign w:val="center"/>
          </w:tcPr>
          <w:p w14:paraId="3123FB75" w14:textId="4638E64E" w:rsidR="008B4A98" w:rsidRDefault="005D3D20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windows</w:t>
            </w:r>
          </w:p>
        </w:tc>
        <w:tc>
          <w:tcPr>
            <w:tcW w:w="1725" w:type="dxa"/>
            <w:vAlign w:val="center"/>
          </w:tcPr>
          <w:p w14:paraId="4C72771E" w14:textId="2B2446A3" w:rsidR="008B4A98" w:rsidRDefault="005D3D20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</w:t>
            </w:r>
          </w:p>
        </w:tc>
        <w:tc>
          <w:tcPr>
            <w:tcW w:w="1842" w:type="dxa"/>
            <w:vAlign w:val="center"/>
          </w:tcPr>
          <w:p w14:paraId="5E509BE7" w14:textId="785FC615" w:rsidR="008B4A98" w:rsidRDefault="005D3D20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says</w:t>
            </w:r>
          </w:p>
        </w:tc>
        <w:tc>
          <w:tcPr>
            <w:tcW w:w="1784" w:type="dxa"/>
            <w:vAlign w:val="center"/>
          </w:tcPr>
          <w:p w14:paraId="5579DD3C" w14:textId="5841C229" w:rsidR="008B4A98" w:rsidRDefault="005D3D20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</w:t>
            </w:r>
          </w:p>
        </w:tc>
      </w:tr>
      <w:tr w:rsidR="008B4A98" w14:paraId="63F84FA8" w14:textId="77777777" w:rsidTr="00E94975">
        <w:tc>
          <w:tcPr>
            <w:tcW w:w="2016" w:type="dxa"/>
            <w:vAlign w:val="center"/>
          </w:tcPr>
          <w:p w14:paraId="12A20766" w14:textId="4BE96E6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lastRenderedPageBreak/>
              <w:t>tunicis</w:t>
            </w:r>
          </w:p>
        </w:tc>
        <w:tc>
          <w:tcPr>
            <w:tcW w:w="1661" w:type="dxa"/>
            <w:vAlign w:val="center"/>
          </w:tcPr>
          <w:p w14:paraId="6D028727" w14:textId="553C39E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albis</w:t>
            </w:r>
          </w:p>
        </w:tc>
        <w:tc>
          <w:tcPr>
            <w:tcW w:w="1762" w:type="dxa"/>
            <w:vAlign w:val="center"/>
          </w:tcPr>
          <w:p w14:paraId="1507DEBA" w14:textId="02865BB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duo</w:t>
            </w:r>
          </w:p>
        </w:tc>
        <w:tc>
          <w:tcPr>
            <w:tcW w:w="1725" w:type="dxa"/>
            <w:vAlign w:val="center"/>
          </w:tcPr>
          <w:p w14:paraId="69F84D46" w14:textId="777A2F0F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cubantemque</w:t>
            </w:r>
          </w:p>
        </w:tc>
        <w:tc>
          <w:tcPr>
            <w:tcW w:w="1842" w:type="dxa"/>
            <w:vAlign w:val="center"/>
          </w:tcPr>
          <w:p w14:paraId="75B9701C" w14:textId="256C44A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detonderunt</w:t>
            </w:r>
          </w:p>
        </w:tc>
        <w:tc>
          <w:tcPr>
            <w:tcW w:w="1784" w:type="dxa"/>
            <w:vAlign w:val="center"/>
          </w:tcPr>
          <w:p w14:paraId="660EE1C6" w14:textId="45923174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</w:tr>
      <w:tr w:rsidR="008B4A98" w14:paraId="07F0A158" w14:textId="77777777" w:rsidTr="00E94975">
        <w:tc>
          <w:tcPr>
            <w:tcW w:w="2016" w:type="dxa"/>
            <w:vAlign w:val="center"/>
          </w:tcPr>
          <w:p w14:paraId="4814BAFE" w14:textId="34687665" w:rsidR="008B4A98" w:rsidRDefault="005D3D20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tunics</w:t>
            </w:r>
          </w:p>
        </w:tc>
        <w:tc>
          <w:tcPr>
            <w:tcW w:w="1661" w:type="dxa"/>
            <w:vAlign w:val="center"/>
          </w:tcPr>
          <w:p w14:paraId="5E568FBE" w14:textId="36A02183" w:rsidR="008B4A98" w:rsidRDefault="005D3D20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white</w:t>
            </w:r>
          </w:p>
        </w:tc>
        <w:tc>
          <w:tcPr>
            <w:tcW w:w="1762" w:type="dxa"/>
            <w:vAlign w:val="center"/>
          </w:tcPr>
          <w:p w14:paraId="39D55453" w14:textId="67652ED0" w:rsidR="008B4A98" w:rsidRDefault="005D3D20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Two</w:t>
            </w:r>
          </w:p>
        </w:tc>
        <w:tc>
          <w:tcPr>
            <w:tcW w:w="1725" w:type="dxa"/>
            <w:vAlign w:val="center"/>
          </w:tcPr>
          <w:p w14:paraId="4810C7FF" w14:textId="13A90DB3" w:rsidR="008B4A98" w:rsidRDefault="00973F4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lying down</w:t>
            </w:r>
          </w:p>
        </w:tc>
        <w:tc>
          <w:tcPr>
            <w:tcW w:w="1842" w:type="dxa"/>
            <w:vAlign w:val="center"/>
          </w:tcPr>
          <w:p w14:paraId="46D5654B" w14:textId="45C478EC" w:rsidR="008B4A98" w:rsidRDefault="00973F4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sheared (him)</w:t>
            </w:r>
          </w:p>
        </w:tc>
        <w:tc>
          <w:tcPr>
            <w:tcW w:w="1784" w:type="dxa"/>
            <w:vAlign w:val="center"/>
          </w:tcPr>
          <w:p w14:paraId="039BB80E" w14:textId="2A29A536" w:rsidR="008B4A98" w:rsidRDefault="00973F4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</w:tr>
      <w:tr w:rsidR="008B4A98" w14:paraId="46E5A56D" w14:textId="77777777" w:rsidTr="00E94975">
        <w:tc>
          <w:tcPr>
            <w:tcW w:w="2016" w:type="dxa"/>
            <w:vAlign w:val="center"/>
          </w:tcPr>
          <w:p w14:paraId="05B129AF" w14:textId="147FFBDF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qua</w:t>
            </w:r>
          </w:p>
        </w:tc>
        <w:tc>
          <w:tcPr>
            <w:tcW w:w="1661" w:type="dxa"/>
            <w:vAlign w:val="center"/>
          </w:tcPr>
          <w:p w14:paraId="7898D68B" w14:textId="0CEE4D7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venerant</w:t>
            </w:r>
          </w:p>
        </w:tc>
        <w:tc>
          <w:tcPr>
            <w:tcW w:w="1762" w:type="dxa"/>
            <w:vAlign w:val="center"/>
          </w:tcPr>
          <w:p w14:paraId="1A6B86A3" w14:textId="6D5AD153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recesserunt</w:t>
            </w:r>
            <w:r w:rsidR="00BD234F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725" w:type="dxa"/>
            <w:vAlign w:val="center"/>
          </w:tcPr>
          <w:p w14:paraId="2A18E386" w14:textId="0EEFBC20" w:rsidR="008B4A98" w:rsidRDefault="00BD234F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h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unc</w:t>
            </w:r>
          </w:p>
        </w:tc>
        <w:tc>
          <w:tcPr>
            <w:tcW w:w="1842" w:type="dxa"/>
            <w:vAlign w:val="center"/>
          </w:tcPr>
          <w:p w14:paraId="17DD4A06" w14:textId="7D65670A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quoque</w:t>
            </w:r>
          </w:p>
        </w:tc>
        <w:tc>
          <w:tcPr>
            <w:tcW w:w="1784" w:type="dxa"/>
            <w:vAlign w:val="center"/>
          </w:tcPr>
          <w:p w14:paraId="1F6D8074" w14:textId="362EDCC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tonsum</w:t>
            </w:r>
          </w:p>
        </w:tc>
      </w:tr>
      <w:tr w:rsidR="008B4A98" w14:paraId="7EDCBC23" w14:textId="77777777" w:rsidTr="00E94975">
        <w:tc>
          <w:tcPr>
            <w:tcW w:w="2016" w:type="dxa"/>
            <w:vAlign w:val="center"/>
          </w:tcPr>
          <w:p w14:paraId="730824C8" w14:textId="400A1875" w:rsidR="008B4A98" w:rsidRDefault="00973F4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 where</w:t>
            </w:r>
          </w:p>
        </w:tc>
        <w:tc>
          <w:tcPr>
            <w:tcW w:w="1661" w:type="dxa"/>
            <w:vAlign w:val="center"/>
          </w:tcPr>
          <w:p w14:paraId="1A77F2DC" w14:textId="73ADB323" w:rsidR="008B4A98" w:rsidRDefault="00973F4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they had come</w:t>
            </w:r>
          </w:p>
        </w:tc>
        <w:tc>
          <w:tcPr>
            <w:tcW w:w="1762" w:type="dxa"/>
            <w:vAlign w:val="center"/>
          </w:tcPr>
          <w:p w14:paraId="06ACB279" w14:textId="507D2E02" w:rsidR="008B4A98" w:rsidRDefault="00BD234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they left</w:t>
            </w:r>
          </w:p>
        </w:tc>
        <w:tc>
          <w:tcPr>
            <w:tcW w:w="1725" w:type="dxa"/>
            <w:vAlign w:val="center"/>
          </w:tcPr>
          <w:p w14:paraId="2A47898D" w14:textId="73C77828" w:rsidR="008B4A98" w:rsidRDefault="00BD234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this (boy)</w:t>
            </w:r>
          </w:p>
        </w:tc>
        <w:tc>
          <w:tcPr>
            <w:tcW w:w="1842" w:type="dxa"/>
            <w:vAlign w:val="center"/>
          </w:tcPr>
          <w:p w14:paraId="1574A58A" w14:textId="67F6DEB6" w:rsidR="008B4A98" w:rsidRDefault="00BD234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also</w:t>
            </w:r>
          </w:p>
        </w:tc>
        <w:tc>
          <w:tcPr>
            <w:tcW w:w="1784" w:type="dxa"/>
            <w:vAlign w:val="center"/>
          </w:tcPr>
          <w:p w14:paraId="36FF6544" w14:textId="637D8CA8" w:rsidR="008B4A98" w:rsidRDefault="00BD234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shorn</w:t>
            </w:r>
          </w:p>
        </w:tc>
      </w:tr>
      <w:tr w:rsidR="008B4A98" w14:paraId="0A5B42E7" w14:textId="77777777" w:rsidTr="00E94975">
        <w:tc>
          <w:tcPr>
            <w:tcW w:w="2016" w:type="dxa"/>
            <w:vAlign w:val="center"/>
          </w:tcPr>
          <w:p w14:paraId="00EE0199" w14:textId="3ED77DC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sparsosque</w:t>
            </w:r>
          </w:p>
        </w:tc>
        <w:tc>
          <w:tcPr>
            <w:tcW w:w="1661" w:type="dxa"/>
            <w:vAlign w:val="center"/>
          </w:tcPr>
          <w:p w14:paraId="45BFFDFC" w14:textId="6C020952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circa</w:t>
            </w:r>
          </w:p>
        </w:tc>
        <w:tc>
          <w:tcPr>
            <w:tcW w:w="1762" w:type="dxa"/>
            <w:vAlign w:val="center"/>
          </w:tcPr>
          <w:p w14:paraId="717F7740" w14:textId="252C858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capillos</w:t>
            </w:r>
          </w:p>
        </w:tc>
        <w:tc>
          <w:tcPr>
            <w:tcW w:w="1725" w:type="dxa"/>
            <w:vAlign w:val="center"/>
          </w:tcPr>
          <w:p w14:paraId="420EBB3A" w14:textId="380C485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dies</w:t>
            </w:r>
          </w:p>
        </w:tc>
        <w:tc>
          <w:tcPr>
            <w:tcW w:w="1842" w:type="dxa"/>
            <w:vAlign w:val="center"/>
          </w:tcPr>
          <w:p w14:paraId="4A3165FA" w14:textId="4750CD0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ostendit</w:t>
            </w:r>
            <w:r w:rsidR="00F15356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784" w:type="dxa"/>
            <w:vAlign w:val="center"/>
          </w:tcPr>
          <w:p w14:paraId="642213B7" w14:textId="14D189E9" w:rsidR="008B4A98" w:rsidRDefault="00F15356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n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ihil</w:t>
            </w:r>
          </w:p>
        </w:tc>
      </w:tr>
      <w:tr w:rsidR="008B4A98" w14:paraId="1309BD10" w14:textId="77777777" w:rsidTr="00E94975">
        <w:tc>
          <w:tcPr>
            <w:tcW w:w="2016" w:type="dxa"/>
            <w:vAlign w:val="center"/>
          </w:tcPr>
          <w:p w14:paraId="6A224F36" w14:textId="051E4967" w:rsidR="008B4A98" w:rsidRDefault="0072279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scattered</w:t>
            </w:r>
          </w:p>
        </w:tc>
        <w:tc>
          <w:tcPr>
            <w:tcW w:w="1661" w:type="dxa"/>
            <w:vAlign w:val="center"/>
          </w:tcPr>
          <w:p w14:paraId="4145CCC5" w14:textId="587D4705" w:rsidR="008B4A98" w:rsidRDefault="0072279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around</w:t>
            </w:r>
          </w:p>
        </w:tc>
        <w:tc>
          <w:tcPr>
            <w:tcW w:w="1762" w:type="dxa"/>
            <w:vAlign w:val="center"/>
          </w:tcPr>
          <w:p w14:paraId="2DCD689A" w14:textId="5A52C1DD" w:rsidR="008B4A98" w:rsidRDefault="0072279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the hairs</w:t>
            </w:r>
          </w:p>
        </w:tc>
        <w:tc>
          <w:tcPr>
            <w:tcW w:w="1725" w:type="dxa"/>
            <w:vAlign w:val="center"/>
          </w:tcPr>
          <w:p w14:paraId="3C3296EA" w14:textId="173141B8" w:rsidR="008B4A98" w:rsidRDefault="00BD234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day</w:t>
            </w:r>
          </w:p>
        </w:tc>
        <w:tc>
          <w:tcPr>
            <w:tcW w:w="1842" w:type="dxa"/>
            <w:vAlign w:val="center"/>
          </w:tcPr>
          <w:p w14:paraId="7BD466F8" w14:textId="5FFC5BC8" w:rsidR="008B4A98" w:rsidRDefault="00BD234F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revealed</w:t>
            </w:r>
          </w:p>
        </w:tc>
        <w:tc>
          <w:tcPr>
            <w:tcW w:w="1784" w:type="dxa"/>
            <w:vAlign w:val="center"/>
          </w:tcPr>
          <w:p w14:paraId="1E7F41BD" w14:textId="6246FE4A" w:rsidR="008B4A98" w:rsidRDefault="00B421C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Nothing</w:t>
            </w:r>
          </w:p>
        </w:tc>
      </w:tr>
      <w:tr w:rsidR="008B4A98" w14:paraId="16191228" w14:textId="77777777" w:rsidTr="00E94975">
        <w:tc>
          <w:tcPr>
            <w:tcW w:w="2016" w:type="dxa"/>
            <w:vAlign w:val="center"/>
          </w:tcPr>
          <w:p w14:paraId="32DFBE64" w14:textId="561F8DC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notabile</w:t>
            </w:r>
          </w:p>
        </w:tc>
        <w:tc>
          <w:tcPr>
            <w:tcW w:w="1661" w:type="dxa"/>
            <w:vAlign w:val="center"/>
          </w:tcPr>
          <w:p w14:paraId="4C97E169" w14:textId="138EC75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secutum</w:t>
            </w:r>
          </w:p>
        </w:tc>
        <w:tc>
          <w:tcPr>
            <w:tcW w:w="1762" w:type="dxa"/>
            <w:vAlign w:val="center"/>
          </w:tcPr>
          <w:p w14:paraId="79AF663D" w14:textId="67810E7E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nisi</w:t>
            </w:r>
          </w:p>
        </w:tc>
        <w:tc>
          <w:tcPr>
            <w:tcW w:w="1725" w:type="dxa"/>
            <w:vAlign w:val="center"/>
          </w:tcPr>
          <w:p w14:paraId="58F21DFB" w14:textId="5D15EE1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forte</w:t>
            </w:r>
          </w:p>
        </w:tc>
        <w:tc>
          <w:tcPr>
            <w:tcW w:w="1842" w:type="dxa"/>
            <w:vAlign w:val="center"/>
          </w:tcPr>
          <w:p w14:paraId="5B750EB5" w14:textId="2D5B949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quod</w:t>
            </w:r>
          </w:p>
        </w:tc>
        <w:tc>
          <w:tcPr>
            <w:tcW w:w="1784" w:type="dxa"/>
            <w:vAlign w:val="center"/>
          </w:tcPr>
          <w:p w14:paraId="34C21E81" w14:textId="2D5F3899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non</w:t>
            </w:r>
          </w:p>
        </w:tc>
      </w:tr>
      <w:tr w:rsidR="008B4A98" w14:paraId="0B93DEAE" w14:textId="77777777" w:rsidTr="00E94975">
        <w:tc>
          <w:tcPr>
            <w:tcW w:w="2016" w:type="dxa"/>
            <w:vAlign w:val="center"/>
          </w:tcPr>
          <w:p w14:paraId="5ADA5375" w14:textId="0009655C" w:rsidR="008B4A98" w:rsidRDefault="00B421C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notable</w:t>
            </w:r>
          </w:p>
        </w:tc>
        <w:tc>
          <w:tcPr>
            <w:tcW w:w="1661" w:type="dxa"/>
            <w:vAlign w:val="center"/>
          </w:tcPr>
          <w:p w14:paraId="04C0A1EC" w14:textId="2C5FF4FC" w:rsidR="008B4A98" w:rsidRDefault="00B421C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followed</w:t>
            </w:r>
          </w:p>
        </w:tc>
        <w:tc>
          <w:tcPr>
            <w:tcW w:w="1762" w:type="dxa"/>
            <w:vAlign w:val="center"/>
          </w:tcPr>
          <w:p w14:paraId="6D109C38" w14:textId="2CC3F422" w:rsidR="008B4A98" w:rsidRDefault="00B421C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except</w:t>
            </w:r>
          </w:p>
        </w:tc>
        <w:tc>
          <w:tcPr>
            <w:tcW w:w="1725" w:type="dxa"/>
            <w:vAlign w:val="center"/>
          </w:tcPr>
          <w:p w14:paraId="3146071B" w14:textId="092A52BE" w:rsidR="008B4A98" w:rsidRDefault="00B421C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chance</w:t>
            </w:r>
          </w:p>
        </w:tc>
        <w:tc>
          <w:tcPr>
            <w:tcW w:w="1842" w:type="dxa"/>
            <w:vAlign w:val="center"/>
          </w:tcPr>
          <w:p w14:paraId="668B6CE6" w14:textId="3A7772E6" w:rsidR="008B4A98" w:rsidRDefault="00B421C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</w:t>
            </w:r>
          </w:p>
        </w:tc>
        <w:tc>
          <w:tcPr>
            <w:tcW w:w="1784" w:type="dxa"/>
            <w:vAlign w:val="center"/>
          </w:tcPr>
          <w:p w14:paraId="0DDDA872" w14:textId="77276E86" w:rsidR="008B4A98" w:rsidRDefault="006968E5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not</w:t>
            </w:r>
          </w:p>
        </w:tc>
      </w:tr>
      <w:tr w:rsidR="008B4A98" w14:paraId="19F301A7" w14:textId="77777777" w:rsidTr="00E94975">
        <w:tc>
          <w:tcPr>
            <w:tcW w:w="2016" w:type="dxa"/>
            <w:vAlign w:val="center"/>
          </w:tcPr>
          <w:p w14:paraId="2C4AAE9E" w14:textId="2FF1848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fui</w:t>
            </w:r>
          </w:p>
        </w:tc>
        <w:tc>
          <w:tcPr>
            <w:tcW w:w="1661" w:type="dxa"/>
            <w:vAlign w:val="center"/>
          </w:tcPr>
          <w:p w14:paraId="4819AB7B" w14:textId="5F76D7FB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reus</w:t>
            </w:r>
          </w:p>
        </w:tc>
        <w:tc>
          <w:tcPr>
            <w:tcW w:w="1762" w:type="dxa"/>
            <w:vAlign w:val="center"/>
          </w:tcPr>
          <w:p w14:paraId="1BD45D7C" w14:textId="6D48B25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futurus</w:t>
            </w:r>
          </w:p>
        </w:tc>
        <w:tc>
          <w:tcPr>
            <w:tcW w:w="1725" w:type="dxa"/>
            <w:vAlign w:val="center"/>
          </w:tcPr>
          <w:p w14:paraId="3D1322AF" w14:textId="18EDAA1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si</w:t>
            </w:r>
          </w:p>
        </w:tc>
        <w:tc>
          <w:tcPr>
            <w:tcW w:w="1842" w:type="dxa"/>
            <w:vAlign w:val="center"/>
          </w:tcPr>
          <w:p w14:paraId="222655BD" w14:textId="70A3E88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Domitianus</w:t>
            </w:r>
          </w:p>
        </w:tc>
        <w:tc>
          <w:tcPr>
            <w:tcW w:w="1784" w:type="dxa"/>
            <w:vAlign w:val="center"/>
          </w:tcPr>
          <w:p w14:paraId="33B3F60C" w14:textId="5B1CACFB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sub</w:t>
            </w:r>
          </w:p>
        </w:tc>
      </w:tr>
      <w:tr w:rsidR="008B4A98" w14:paraId="45964B34" w14:textId="77777777" w:rsidTr="00E94975">
        <w:tc>
          <w:tcPr>
            <w:tcW w:w="2016" w:type="dxa"/>
            <w:vAlign w:val="center"/>
          </w:tcPr>
          <w:p w14:paraId="1A932E99" w14:textId="6F573F89" w:rsidR="008B4A98" w:rsidRDefault="006968E5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was</w:t>
            </w:r>
          </w:p>
        </w:tc>
        <w:tc>
          <w:tcPr>
            <w:tcW w:w="1661" w:type="dxa"/>
            <w:vAlign w:val="center"/>
          </w:tcPr>
          <w:p w14:paraId="1B6F6FA3" w14:textId="2D8ADC69" w:rsidR="008B4A98" w:rsidRDefault="006968E5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accused</w:t>
            </w:r>
          </w:p>
        </w:tc>
        <w:tc>
          <w:tcPr>
            <w:tcW w:w="1762" w:type="dxa"/>
            <w:vAlign w:val="center"/>
          </w:tcPr>
          <w:p w14:paraId="1D1A81B4" w14:textId="7DDE0EF8" w:rsidR="008B4A98" w:rsidRDefault="006968E5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(when) about to be</w:t>
            </w:r>
          </w:p>
        </w:tc>
        <w:tc>
          <w:tcPr>
            <w:tcW w:w="1725" w:type="dxa"/>
            <w:vAlign w:val="center"/>
          </w:tcPr>
          <w:p w14:paraId="1CEEA6CB" w14:textId="35979659" w:rsidR="008B4A98" w:rsidRDefault="00FB4A5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if</w:t>
            </w:r>
          </w:p>
        </w:tc>
        <w:tc>
          <w:tcPr>
            <w:tcW w:w="1842" w:type="dxa"/>
            <w:vAlign w:val="center"/>
          </w:tcPr>
          <w:p w14:paraId="0A816967" w14:textId="3782C9FF" w:rsidR="008B4A98" w:rsidRDefault="00FB4A5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Domitian</w:t>
            </w:r>
          </w:p>
        </w:tc>
        <w:tc>
          <w:tcPr>
            <w:tcW w:w="1784" w:type="dxa"/>
            <w:vAlign w:val="center"/>
          </w:tcPr>
          <w:p w14:paraId="21B55BFA" w14:textId="0274A50D" w:rsidR="008B4A98" w:rsidRDefault="00FB4A5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under</w:t>
            </w:r>
          </w:p>
        </w:tc>
      </w:tr>
      <w:tr w:rsidR="008B4A98" w14:paraId="78D68D56" w14:textId="77777777" w:rsidTr="00E94975">
        <w:tc>
          <w:tcPr>
            <w:tcW w:w="2016" w:type="dxa"/>
            <w:vAlign w:val="center"/>
          </w:tcPr>
          <w:p w14:paraId="51BE22FC" w14:textId="7624F18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quo</w:t>
            </w:r>
          </w:p>
        </w:tc>
        <w:tc>
          <w:tcPr>
            <w:tcW w:w="1661" w:type="dxa"/>
            <w:vAlign w:val="center"/>
          </w:tcPr>
          <w:p w14:paraId="06510793" w14:textId="0252817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haec</w:t>
            </w:r>
          </w:p>
        </w:tc>
        <w:tc>
          <w:tcPr>
            <w:tcW w:w="1762" w:type="dxa"/>
            <w:vAlign w:val="center"/>
          </w:tcPr>
          <w:p w14:paraId="6D9C46B3" w14:textId="323C84C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acciderunt</w:t>
            </w:r>
          </w:p>
        </w:tc>
        <w:tc>
          <w:tcPr>
            <w:tcW w:w="1725" w:type="dxa"/>
            <w:vAlign w:val="center"/>
          </w:tcPr>
          <w:p w14:paraId="1F5138FD" w14:textId="56BE66AA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diutius</w:t>
            </w:r>
          </w:p>
        </w:tc>
        <w:tc>
          <w:tcPr>
            <w:tcW w:w="1842" w:type="dxa"/>
            <w:vAlign w:val="center"/>
          </w:tcPr>
          <w:p w14:paraId="0A041469" w14:textId="45F928AF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vixisset</w:t>
            </w:r>
            <w:r w:rsidR="00E933A2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784" w:type="dxa"/>
            <w:vAlign w:val="center"/>
          </w:tcPr>
          <w:p w14:paraId="598FB318" w14:textId="7F0FB146" w:rsidR="008B4A98" w:rsidRDefault="00E933A2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n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am</w:t>
            </w:r>
          </w:p>
        </w:tc>
      </w:tr>
      <w:tr w:rsidR="008B4A98" w14:paraId="09B59AD7" w14:textId="77777777" w:rsidTr="00E94975">
        <w:tc>
          <w:tcPr>
            <w:tcW w:w="2016" w:type="dxa"/>
            <w:vAlign w:val="center"/>
          </w:tcPr>
          <w:p w14:paraId="59F9127A" w14:textId="431FE6AD" w:rsidR="008B4A98" w:rsidRDefault="00E933A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whom</w:t>
            </w:r>
          </w:p>
        </w:tc>
        <w:tc>
          <w:tcPr>
            <w:tcW w:w="1661" w:type="dxa"/>
            <w:vAlign w:val="center"/>
          </w:tcPr>
          <w:p w14:paraId="4346C449" w14:textId="1CE986CC" w:rsidR="008B4A98" w:rsidRDefault="00E933A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these things</w:t>
            </w:r>
          </w:p>
        </w:tc>
        <w:tc>
          <w:tcPr>
            <w:tcW w:w="1762" w:type="dxa"/>
            <w:vAlign w:val="center"/>
          </w:tcPr>
          <w:p w14:paraId="0CE508ED" w14:textId="23B3E76D" w:rsidR="008B4A98" w:rsidRDefault="00E933A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had happened</w:t>
            </w:r>
          </w:p>
        </w:tc>
        <w:tc>
          <w:tcPr>
            <w:tcW w:w="1725" w:type="dxa"/>
            <w:vAlign w:val="center"/>
          </w:tcPr>
          <w:p w14:paraId="49942EDC" w14:textId="680FECB7" w:rsidR="008B4A98" w:rsidRDefault="00E933A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longer</w:t>
            </w:r>
          </w:p>
        </w:tc>
        <w:tc>
          <w:tcPr>
            <w:tcW w:w="1842" w:type="dxa"/>
            <w:vAlign w:val="center"/>
          </w:tcPr>
          <w:p w14:paraId="54D681B1" w14:textId="6CD479D6" w:rsidR="008B4A98" w:rsidRDefault="00E933A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had lived</w:t>
            </w:r>
          </w:p>
        </w:tc>
        <w:tc>
          <w:tcPr>
            <w:tcW w:w="1784" w:type="dxa"/>
            <w:vAlign w:val="center"/>
          </w:tcPr>
          <w:p w14:paraId="443A3FFD" w14:textId="67524756" w:rsidR="008B4A98" w:rsidRDefault="00E933A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</w:t>
            </w:r>
          </w:p>
        </w:tc>
      </w:tr>
      <w:tr w:rsidR="008B4A98" w14:paraId="70C4BFC8" w14:textId="77777777" w:rsidTr="00E94975">
        <w:tc>
          <w:tcPr>
            <w:tcW w:w="2016" w:type="dxa"/>
            <w:vAlign w:val="center"/>
          </w:tcPr>
          <w:p w14:paraId="6507E951" w14:textId="65D39D2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in</w:t>
            </w:r>
          </w:p>
        </w:tc>
        <w:tc>
          <w:tcPr>
            <w:tcW w:w="1661" w:type="dxa"/>
            <w:vAlign w:val="center"/>
          </w:tcPr>
          <w:p w14:paraId="7B8EC0D5" w14:textId="0241A2B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scrinio</w:t>
            </w:r>
          </w:p>
        </w:tc>
        <w:tc>
          <w:tcPr>
            <w:tcW w:w="1762" w:type="dxa"/>
            <w:vAlign w:val="center"/>
          </w:tcPr>
          <w:p w14:paraId="2E88A79D" w14:textId="2B0AFD8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eius</w:t>
            </w:r>
          </w:p>
        </w:tc>
        <w:tc>
          <w:tcPr>
            <w:tcW w:w="1725" w:type="dxa"/>
            <w:vAlign w:val="center"/>
          </w:tcPr>
          <w:p w14:paraId="4B92EBA8" w14:textId="5FACD16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datus</w:t>
            </w:r>
          </w:p>
        </w:tc>
        <w:tc>
          <w:tcPr>
            <w:tcW w:w="1842" w:type="dxa"/>
            <w:vAlign w:val="center"/>
          </w:tcPr>
          <w:p w14:paraId="5E6759A8" w14:textId="03E93C9A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</w:t>
            </w:r>
          </w:p>
        </w:tc>
        <w:tc>
          <w:tcPr>
            <w:tcW w:w="1784" w:type="dxa"/>
            <w:vAlign w:val="center"/>
          </w:tcPr>
          <w:p w14:paraId="3DE762C4" w14:textId="25C6829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Caro</w:t>
            </w:r>
          </w:p>
        </w:tc>
      </w:tr>
      <w:tr w:rsidR="008B4A98" w14:paraId="7BA5F5DD" w14:textId="77777777" w:rsidTr="00E94975">
        <w:tc>
          <w:tcPr>
            <w:tcW w:w="2016" w:type="dxa"/>
            <w:vAlign w:val="center"/>
          </w:tcPr>
          <w:p w14:paraId="46FE5FE8" w14:textId="34F304FD" w:rsidR="008B4A98" w:rsidRDefault="00D13F8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</w:t>
            </w:r>
          </w:p>
        </w:tc>
        <w:tc>
          <w:tcPr>
            <w:tcW w:w="1661" w:type="dxa"/>
            <w:vAlign w:val="center"/>
          </w:tcPr>
          <w:p w14:paraId="27B211B0" w14:textId="0E542A8B" w:rsidR="008B4A98" w:rsidRDefault="00D13F8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scroll-box</w:t>
            </w:r>
          </w:p>
        </w:tc>
        <w:tc>
          <w:tcPr>
            <w:tcW w:w="1762" w:type="dxa"/>
            <w:vAlign w:val="center"/>
          </w:tcPr>
          <w:p w14:paraId="755D4E92" w14:textId="0DBC87A0" w:rsidR="008B4A98" w:rsidRDefault="00D13F8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</w:t>
            </w:r>
          </w:p>
        </w:tc>
        <w:tc>
          <w:tcPr>
            <w:tcW w:w="1725" w:type="dxa"/>
            <w:vAlign w:val="center"/>
          </w:tcPr>
          <w:p w14:paraId="179C3BBD" w14:textId="6DC4E1F1" w:rsidR="008B4A98" w:rsidRDefault="00D13F88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given</w:t>
            </w:r>
          </w:p>
        </w:tc>
        <w:tc>
          <w:tcPr>
            <w:tcW w:w="1842" w:type="dxa"/>
            <w:vAlign w:val="center"/>
          </w:tcPr>
          <w:p w14:paraId="5FAC8F82" w14:textId="09789CA8" w:rsidR="008B4A98" w:rsidRDefault="00081BC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</w:t>
            </w:r>
          </w:p>
        </w:tc>
        <w:tc>
          <w:tcPr>
            <w:tcW w:w="1784" w:type="dxa"/>
            <w:vAlign w:val="center"/>
          </w:tcPr>
          <w:p w14:paraId="7A0A63DC" w14:textId="653783EA" w:rsidR="008B4A98" w:rsidRDefault="00081BC2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Carus</w:t>
            </w:r>
          </w:p>
        </w:tc>
      </w:tr>
      <w:tr w:rsidR="008B4A98" w14:paraId="4419718D" w14:textId="77777777" w:rsidTr="00E94975">
        <w:tc>
          <w:tcPr>
            <w:tcW w:w="2016" w:type="dxa"/>
            <w:vAlign w:val="center"/>
          </w:tcPr>
          <w:p w14:paraId="0C165E6F" w14:textId="4B8BA50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de</w:t>
            </w:r>
          </w:p>
        </w:tc>
        <w:tc>
          <w:tcPr>
            <w:tcW w:w="1661" w:type="dxa"/>
            <w:vAlign w:val="center"/>
          </w:tcPr>
          <w:p w14:paraId="51318CCF" w14:textId="4745F74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me</w:t>
            </w:r>
          </w:p>
        </w:tc>
        <w:tc>
          <w:tcPr>
            <w:tcW w:w="1762" w:type="dxa"/>
            <w:vAlign w:val="center"/>
          </w:tcPr>
          <w:p w14:paraId="74F3BBC9" w14:textId="622BFF1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libellus</w:t>
            </w:r>
          </w:p>
        </w:tc>
        <w:tc>
          <w:tcPr>
            <w:tcW w:w="1725" w:type="dxa"/>
            <w:vAlign w:val="center"/>
          </w:tcPr>
          <w:p w14:paraId="4577FF03" w14:textId="4CE5D3D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inventus</w:t>
            </w:r>
          </w:p>
        </w:tc>
        <w:tc>
          <w:tcPr>
            <w:tcW w:w="1842" w:type="dxa"/>
            <w:vAlign w:val="center"/>
          </w:tcPr>
          <w:p w14:paraId="277EECA2" w14:textId="27FCF20B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est</w:t>
            </w:r>
          </w:p>
        </w:tc>
        <w:tc>
          <w:tcPr>
            <w:tcW w:w="1784" w:type="dxa"/>
            <w:vAlign w:val="center"/>
          </w:tcPr>
          <w:p w14:paraId="4B48D4D3" w14:textId="2DDE4B0B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ex</w:t>
            </w:r>
          </w:p>
        </w:tc>
      </w:tr>
      <w:tr w:rsidR="008B4A98" w14:paraId="6B81A70B" w14:textId="77777777" w:rsidTr="00E94975">
        <w:tc>
          <w:tcPr>
            <w:tcW w:w="2016" w:type="dxa"/>
            <w:vAlign w:val="center"/>
          </w:tcPr>
          <w:p w14:paraId="1F261254" w14:textId="035017CA" w:rsidR="008B4A98" w:rsidRDefault="00760400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about</w:t>
            </w:r>
          </w:p>
        </w:tc>
        <w:tc>
          <w:tcPr>
            <w:tcW w:w="1661" w:type="dxa"/>
            <w:vAlign w:val="center"/>
          </w:tcPr>
          <w:p w14:paraId="1299EDC5" w14:textId="4087D8CD" w:rsidR="008B4A98" w:rsidRDefault="00760400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me</w:t>
            </w:r>
          </w:p>
        </w:tc>
        <w:tc>
          <w:tcPr>
            <w:tcW w:w="1762" w:type="dxa"/>
            <w:vAlign w:val="center"/>
          </w:tcPr>
          <w:p w14:paraId="36435C75" w14:textId="030D4864" w:rsidR="008B4A98" w:rsidRDefault="00760400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little book</w:t>
            </w:r>
          </w:p>
        </w:tc>
        <w:tc>
          <w:tcPr>
            <w:tcW w:w="1725" w:type="dxa"/>
            <w:vAlign w:val="center"/>
          </w:tcPr>
          <w:p w14:paraId="513ECFB1" w14:textId="5A8E4915" w:rsidR="008B4A98" w:rsidRDefault="00760400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11+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found</w:t>
            </w:r>
          </w:p>
        </w:tc>
        <w:tc>
          <w:tcPr>
            <w:tcW w:w="1842" w:type="dxa"/>
            <w:vAlign w:val="center"/>
          </w:tcPr>
          <w:p w14:paraId="71B2954F" w14:textId="1F49D0F4" w:rsidR="008B4A98" w:rsidRDefault="00760400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11+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</w:t>
            </w:r>
          </w:p>
        </w:tc>
        <w:tc>
          <w:tcPr>
            <w:tcW w:w="1784" w:type="dxa"/>
            <w:vAlign w:val="center"/>
          </w:tcPr>
          <w:p w14:paraId="6B16F9FF" w14:textId="5C18B2F8" w:rsidR="008B4A98" w:rsidRDefault="00260031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</w:tr>
      <w:tr w:rsidR="008B4A98" w14:paraId="675B94C4" w14:textId="77777777" w:rsidTr="00E94975">
        <w:tc>
          <w:tcPr>
            <w:tcW w:w="2016" w:type="dxa"/>
            <w:vAlign w:val="center"/>
          </w:tcPr>
          <w:p w14:paraId="69421886" w14:textId="43F19D9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quo</w:t>
            </w:r>
          </w:p>
        </w:tc>
        <w:tc>
          <w:tcPr>
            <w:tcW w:w="1661" w:type="dxa"/>
            <w:vAlign w:val="center"/>
          </w:tcPr>
          <w:p w14:paraId="27B3C2D8" w14:textId="2736A2D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conicetari</w:t>
            </w:r>
          </w:p>
        </w:tc>
        <w:tc>
          <w:tcPr>
            <w:tcW w:w="1762" w:type="dxa"/>
            <w:vAlign w:val="center"/>
          </w:tcPr>
          <w:p w14:paraId="36469D1B" w14:textId="7611B97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potest</w:t>
            </w:r>
          </w:p>
        </w:tc>
        <w:tc>
          <w:tcPr>
            <w:tcW w:w="1725" w:type="dxa"/>
            <w:vAlign w:val="center"/>
          </w:tcPr>
          <w:p w14:paraId="4E05D6F8" w14:textId="21040BC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quia</w:t>
            </w:r>
          </w:p>
        </w:tc>
        <w:tc>
          <w:tcPr>
            <w:tcW w:w="1842" w:type="dxa"/>
            <w:vAlign w:val="center"/>
          </w:tcPr>
          <w:p w14:paraId="5114D0D8" w14:textId="3343AD93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reis</w:t>
            </w:r>
          </w:p>
        </w:tc>
        <w:tc>
          <w:tcPr>
            <w:tcW w:w="1784" w:type="dxa"/>
            <w:vAlign w:val="center"/>
          </w:tcPr>
          <w:p w14:paraId="269CC5C3" w14:textId="4666BEA9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moris</w:t>
            </w:r>
          </w:p>
        </w:tc>
      </w:tr>
      <w:tr w:rsidR="008B4A98" w14:paraId="695A9B13" w14:textId="77777777" w:rsidTr="00E94975">
        <w:tc>
          <w:tcPr>
            <w:tcW w:w="2016" w:type="dxa"/>
            <w:vAlign w:val="center"/>
          </w:tcPr>
          <w:p w14:paraId="3F67159E" w14:textId="185D0572" w:rsidR="008B4A98" w:rsidRDefault="00260031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which</w:t>
            </w:r>
          </w:p>
        </w:tc>
        <w:tc>
          <w:tcPr>
            <w:tcW w:w="1661" w:type="dxa"/>
            <w:vAlign w:val="center"/>
          </w:tcPr>
          <w:p w14:paraId="70B5363F" w14:textId="101DDB6B" w:rsidR="008B4A98" w:rsidRDefault="00260031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 conjectured</w:t>
            </w:r>
          </w:p>
        </w:tc>
        <w:tc>
          <w:tcPr>
            <w:tcW w:w="1762" w:type="dxa"/>
            <w:vAlign w:val="center"/>
          </w:tcPr>
          <w:p w14:paraId="72EF05A5" w14:textId="1090B5B6" w:rsidR="008B4A98" w:rsidRDefault="00260031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 can</w:t>
            </w:r>
          </w:p>
        </w:tc>
        <w:tc>
          <w:tcPr>
            <w:tcW w:w="1725" w:type="dxa"/>
            <w:vAlign w:val="center"/>
          </w:tcPr>
          <w:p w14:paraId="56B88765" w14:textId="1A19E566" w:rsidR="008B4A98" w:rsidRDefault="00260031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because</w:t>
            </w:r>
          </w:p>
        </w:tc>
        <w:tc>
          <w:tcPr>
            <w:tcW w:w="1842" w:type="dxa"/>
            <w:vAlign w:val="center"/>
          </w:tcPr>
          <w:p w14:paraId="002F22A9" w14:textId="502091BE" w:rsidR="008B4A98" w:rsidRDefault="007D1237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the accused</w:t>
            </w:r>
          </w:p>
        </w:tc>
        <w:tc>
          <w:tcPr>
            <w:tcW w:w="1784" w:type="dxa"/>
            <w:vAlign w:val="center"/>
          </w:tcPr>
          <w:p w14:paraId="2B514F44" w14:textId="32DF6932" w:rsidR="008B4A98" w:rsidRDefault="007D1237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custom</w:t>
            </w:r>
          </w:p>
        </w:tc>
      </w:tr>
      <w:tr w:rsidR="008B4A98" w14:paraId="25055C36" w14:textId="77777777" w:rsidTr="00E94975">
        <w:tc>
          <w:tcPr>
            <w:tcW w:w="2016" w:type="dxa"/>
            <w:vAlign w:val="center"/>
          </w:tcPr>
          <w:p w14:paraId="7F310713" w14:textId="6EAD469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est</w:t>
            </w:r>
          </w:p>
        </w:tc>
        <w:tc>
          <w:tcPr>
            <w:tcW w:w="1661" w:type="dxa"/>
            <w:vAlign w:val="center"/>
          </w:tcPr>
          <w:p w14:paraId="16E9581E" w14:textId="0878F51B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submittere</w:t>
            </w:r>
          </w:p>
        </w:tc>
        <w:tc>
          <w:tcPr>
            <w:tcW w:w="1762" w:type="dxa"/>
            <w:vAlign w:val="center"/>
          </w:tcPr>
          <w:p w14:paraId="10E64640" w14:textId="235FCAC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capillum</w:t>
            </w:r>
          </w:p>
        </w:tc>
        <w:tc>
          <w:tcPr>
            <w:tcW w:w="1725" w:type="dxa"/>
            <w:vAlign w:val="center"/>
          </w:tcPr>
          <w:p w14:paraId="6D21C66F" w14:textId="2CF2F01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recisos</w:t>
            </w:r>
          </w:p>
        </w:tc>
        <w:tc>
          <w:tcPr>
            <w:tcW w:w="1842" w:type="dxa"/>
            <w:vAlign w:val="center"/>
          </w:tcPr>
          <w:p w14:paraId="43C69193" w14:textId="7EF153E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meorum</w:t>
            </w:r>
          </w:p>
        </w:tc>
        <w:tc>
          <w:tcPr>
            <w:tcW w:w="1784" w:type="dxa"/>
            <w:vAlign w:val="center"/>
          </w:tcPr>
          <w:p w14:paraId="33CB9AFB" w14:textId="0B2BE16B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capillos</w:t>
            </w:r>
          </w:p>
        </w:tc>
      </w:tr>
      <w:tr w:rsidR="008B4A98" w14:paraId="6452230C" w14:textId="77777777" w:rsidTr="00E94975">
        <w:tc>
          <w:tcPr>
            <w:tcW w:w="2016" w:type="dxa"/>
            <w:vAlign w:val="center"/>
          </w:tcPr>
          <w:p w14:paraId="59AF52F7" w14:textId="107EB9B7" w:rsidR="008B4A98" w:rsidRDefault="007D1237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 is</w:t>
            </w:r>
          </w:p>
        </w:tc>
        <w:tc>
          <w:tcPr>
            <w:tcW w:w="1661" w:type="dxa"/>
            <w:vAlign w:val="center"/>
          </w:tcPr>
          <w:p w14:paraId="360EB548" w14:textId="459D642D" w:rsidR="008B4A98" w:rsidRDefault="007D1237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let down</w:t>
            </w:r>
          </w:p>
        </w:tc>
        <w:tc>
          <w:tcPr>
            <w:tcW w:w="1762" w:type="dxa"/>
            <w:vAlign w:val="center"/>
          </w:tcPr>
          <w:p w14:paraId="6D4D660B" w14:textId="0A6CB2DF" w:rsidR="008B4A98" w:rsidRDefault="007D1237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their hair</w:t>
            </w:r>
          </w:p>
        </w:tc>
        <w:tc>
          <w:tcPr>
            <w:tcW w:w="1725" w:type="dxa"/>
            <w:vAlign w:val="center"/>
          </w:tcPr>
          <w:p w14:paraId="4D509A7F" w14:textId="390E13EF" w:rsidR="008B4A98" w:rsidRDefault="0076557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(that) the cut</w:t>
            </w:r>
          </w:p>
        </w:tc>
        <w:tc>
          <w:tcPr>
            <w:tcW w:w="1842" w:type="dxa"/>
            <w:vAlign w:val="center"/>
          </w:tcPr>
          <w:p w14:paraId="2843E68F" w14:textId="54F85D67" w:rsidR="008B4A98" w:rsidRDefault="0076557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my people</w:t>
            </w:r>
          </w:p>
        </w:tc>
        <w:tc>
          <w:tcPr>
            <w:tcW w:w="1784" w:type="dxa"/>
            <w:vAlign w:val="center"/>
          </w:tcPr>
          <w:p w14:paraId="4FF0CF6B" w14:textId="13666B72" w:rsidR="008B4A98" w:rsidRDefault="0076557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hair</w:t>
            </w:r>
          </w:p>
        </w:tc>
      </w:tr>
      <w:tr w:rsidR="008B4A98" w14:paraId="2712320C" w14:textId="77777777" w:rsidTr="00E94975">
        <w:tc>
          <w:tcPr>
            <w:tcW w:w="2016" w:type="dxa"/>
            <w:vAlign w:val="center"/>
          </w:tcPr>
          <w:p w14:paraId="4ED9C3E6" w14:textId="2D7370F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depulsi</w:t>
            </w:r>
          </w:p>
        </w:tc>
        <w:tc>
          <w:tcPr>
            <w:tcW w:w="1661" w:type="dxa"/>
            <w:vAlign w:val="center"/>
          </w:tcPr>
          <w:p w14:paraId="133D2B2B" w14:textId="40C12B7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quod</w:t>
            </w:r>
          </w:p>
        </w:tc>
        <w:tc>
          <w:tcPr>
            <w:tcW w:w="1762" w:type="dxa"/>
            <w:vAlign w:val="center"/>
          </w:tcPr>
          <w:p w14:paraId="2CADD794" w14:textId="4DAE34FF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imminebat</w:t>
            </w:r>
          </w:p>
        </w:tc>
        <w:tc>
          <w:tcPr>
            <w:tcW w:w="1725" w:type="dxa"/>
            <w:vAlign w:val="center"/>
          </w:tcPr>
          <w:p w14:paraId="24342322" w14:textId="2F340BA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periculi</w:t>
            </w:r>
          </w:p>
        </w:tc>
        <w:tc>
          <w:tcPr>
            <w:tcW w:w="1842" w:type="dxa"/>
            <w:vAlign w:val="center"/>
          </w:tcPr>
          <w:p w14:paraId="7F348512" w14:textId="7AAEF60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signum</w:t>
            </w:r>
          </w:p>
        </w:tc>
        <w:tc>
          <w:tcPr>
            <w:tcW w:w="1784" w:type="dxa"/>
            <w:vAlign w:val="center"/>
          </w:tcPr>
          <w:p w14:paraId="1CE20CCF" w14:textId="6D6EB7C2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fuisse</w:t>
            </w:r>
            <w:r w:rsidR="00B04B13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</w:tr>
      <w:tr w:rsidR="008B4A98" w14:paraId="7BD08AEF" w14:textId="77777777" w:rsidTr="00E94975">
        <w:tc>
          <w:tcPr>
            <w:tcW w:w="2016" w:type="dxa"/>
            <w:vAlign w:val="center"/>
          </w:tcPr>
          <w:p w14:paraId="0016CFD4" w14:textId="2A09A67B" w:rsidR="008B4A98" w:rsidRDefault="009738C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driven-out</w:t>
            </w:r>
          </w:p>
        </w:tc>
        <w:tc>
          <w:tcPr>
            <w:tcW w:w="1661" w:type="dxa"/>
            <w:vAlign w:val="center"/>
          </w:tcPr>
          <w:p w14:paraId="062FA6DA" w14:textId="7A65A3AC" w:rsidR="008B4A98" w:rsidRDefault="00B04B1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which</w:t>
            </w:r>
          </w:p>
        </w:tc>
        <w:tc>
          <w:tcPr>
            <w:tcW w:w="1762" w:type="dxa"/>
            <w:vAlign w:val="center"/>
          </w:tcPr>
          <w:p w14:paraId="6D209A76" w14:textId="1B5A2CA0" w:rsidR="008B4A98" w:rsidRDefault="00B04B1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threatening</w:t>
            </w:r>
          </w:p>
        </w:tc>
        <w:tc>
          <w:tcPr>
            <w:tcW w:w="1725" w:type="dxa"/>
            <w:vAlign w:val="center"/>
          </w:tcPr>
          <w:p w14:paraId="16D2A13E" w14:textId="4151C354" w:rsidR="008B4A98" w:rsidRDefault="009738C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danger</w:t>
            </w:r>
          </w:p>
        </w:tc>
        <w:tc>
          <w:tcPr>
            <w:tcW w:w="1842" w:type="dxa"/>
            <w:vAlign w:val="center"/>
          </w:tcPr>
          <w:p w14:paraId="298078E7" w14:textId="7BD3C140" w:rsidR="008B4A98" w:rsidRDefault="0076557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sign</w:t>
            </w:r>
          </w:p>
        </w:tc>
        <w:tc>
          <w:tcPr>
            <w:tcW w:w="1784" w:type="dxa"/>
            <w:vAlign w:val="center"/>
          </w:tcPr>
          <w:p w14:paraId="40AB044B" w14:textId="7EC9F494" w:rsidR="008B4A98" w:rsidRDefault="0076557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had been</w:t>
            </w:r>
          </w:p>
        </w:tc>
      </w:tr>
      <w:tr w:rsidR="008B4A98" w14:paraId="20D1CB92" w14:textId="77777777" w:rsidTr="00E94975">
        <w:tc>
          <w:tcPr>
            <w:tcW w:w="2016" w:type="dxa"/>
            <w:vAlign w:val="center"/>
          </w:tcPr>
          <w:p w14:paraId="157901AB" w14:textId="6AD09632" w:rsidR="008B4A98" w:rsidRDefault="00B04B13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roinde</w:t>
            </w:r>
          </w:p>
        </w:tc>
        <w:tc>
          <w:tcPr>
            <w:tcW w:w="1661" w:type="dxa"/>
            <w:vAlign w:val="center"/>
          </w:tcPr>
          <w:p w14:paraId="5E41B577" w14:textId="4D7FF152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rogo</w:t>
            </w:r>
          </w:p>
        </w:tc>
        <w:tc>
          <w:tcPr>
            <w:tcW w:w="1762" w:type="dxa"/>
            <w:vAlign w:val="center"/>
          </w:tcPr>
          <w:p w14:paraId="19DB86DA" w14:textId="4059A40A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eruditionem</w:t>
            </w:r>
          </w:p>
        </w:tc>
        <w:tc>
          <w:tcPr>
            <w:tcW w:w="1725" w:type="dxa"/>
            <w:vAlign w:val="center"/>
          </w:tcPr>
          <w:p w14:paraId="15D10CE6" w14:textId="49F6F7E3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tuam</w:t>
            </w:r>
          </w:p>
        </w:tc>
        <w:tc>
          <w:tcPr>
            <w:tcW w:w="1842" w:type="dxa"/>
            <w:vAlign w:val="center"/>
          </w:tcPr>
          <w:p w14:paraId="0FE893C6" w14:textId="1CF14DB9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intendas</w:t>
            </w:r>
            <w:r w:rsidR="00BC43BE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784" w:type="dxa"/>
            <w:vAlign w:val="center"/>
          </w:tcPr>
          <w:p w14:paraId="6879B997" w14:textId="4F686B7D" w:rsidR="008B4A98" w:rsidRDefault="00BC43BE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igna</w:t>
            </w:r>
          </w:p>
        </w:tc>
      </w:tr>
      <w:tr w:rsidR="008B4A98" w14:paraId="2E22CC67" w14:textId="77777777" w:rsidTr="00E94975">
        <w:tc>
          <w:tcPr>
            <w:tcW w:w="2016" w:type="dxa"/>
            <w:vAlign w:val="center"/>
          </w:tcPr>
          <w:p w14:paraId="2B7B613A" w14:textId="718816E7" w:rsidR="008B4A98" w:rsidRDefault="009C3400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consequently</w:t>
            </w:r>
          </w:p>
        </w:tc>
        <w:tc>
          <w:tcPr>
            <w:tcW w:w="1661" w:type="dxa"/>
            <w:vAlign w:val="center"/>
          </w:tcPr>
          <w:p w14:paraId="374DC8F6" w14:textId="3A435370" w:rsidR="008B4A98" w:rsidRDefault="009C3400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ask</w:t>
            </w:r>
          </w:p>
        </w:tc>
        <w:tc>
          <w:tcPr>
            <w:tcW w:w="1762" w:type="dxa"/>
            <w:vAlign w:val="center"/>
          </w:tcPr>
          <w:p w14:paraId="3E234582" w14:textId="150C8905" w:rsidR="008B4A98" w:rsidRDefault="00BC43B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knowledge</w:t>
            </w:r>
          </w:p>
        </w:tc>
        <w:tc>
          <w:tcPr>
            <w:tcW w:w="1725" w:type="dxa"/>
            <w:vAlign w:val="center"/>
          </w:tcPr>
          <w:p w14:paraId="6A2E5248" w14:textId="3D884B11" w:rsidR="008B4A98" w:rsidRDefault="00BC43B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your</w:t>
            </w:r>
          </w:p>
        </w:tc>
        <w:tc>
          <w:tcPr>
            <w:tcW w:w="1842" w:type="dxa"/>
            <w:vAlign w:val="center"/>
          </w:tcPr>
          <w:p w14:paraId="0E178DFE" w14:textId="43268EE0" w:rsidR="008B4A98" w:rsidRDefault="009C3400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(that) you extend</w:t>
            </w:r>
          </w:p>
        </w:tc>
        <w:tc>
          <w:tcPr>
            <w:tcW w:w="1784" w:type="dxa"/>
            <w:vAlign w:val="center"/>
          </w:tcPr>
          <w:p w14:paraId="38AF0A16" w14:textId="574482EE" w:rsidR="008B4A98" w:rsidRDefault="00F05E6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worthy</w:t>
            </w:r>
          </w:p>
        </w:tc>
      </w:tr>
      <w:tr w:rsidR="008B4A98" w14:paraId="11332CE6" w14:textId="77777777" w:rsidTr="00E94975">
        <w:tc>
          <w:tcPr>
            <w:tcW w:w="2016" w:type="dxa"/>
            <w:vAlign w:val="center"/>
          </w:tcPr>
          <w:p w14:paraId="5CB5EB0C" w14:textId="62B0F32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res</w:t>
            </w:r>
          </w:p>
        </w:tc>
        <w:tc>
          <w:tcPr>
            <w:tcW w:w="1661" w:type="dxa"/>
            <w:vAlign w:val="center"/>
          </w:tcPr>
          <w:p w14:paraId="4A0718AE" w14:textId="396CCDC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est</w:t>
            </w:r>
          </w:p>
        </w:tc>
        <w:tc>
          <w:tcPr>
            <w:tcW w:w="1762" w:type="dxa"/>
            <w:vAlign w:val="center"/>
          </w:tcPr>
          <w:p w14:paraId="0D4AA594" w14:textId="1E1EFE0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quam</w:t>
            </w:r>
          </w:p>
        </w:tc>
        <w:tc>
          <w:tcPr>
            <w:tcW w:w="1725" w:type="dxa"/>
            <w:vAlign w:val="center"/>
          </w:tcPr>
          <w:p w14:paraId="03BED47E" w14:textId="2603DE89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diu</w:t>
            </w:r>
          </w:p>
        </w:tc>
        <w:tc>
          <w:tcPr>
            <w:tcW w:w="1842" w:type="dxa"/>
            <w:vAlign w:val="center"/>
          </w:tcPr>
          <w:p w14:paraId="4AEAA251" w14:textId="7D7CE3A4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multumque</w:t>
            </w:r>
          </w:p>
        </w:tc>
        <w:tc>
          <w:tcPr>
            <w:tcW w:w="1784" w:type="dxa"/>
            <w:vAlign w:val="center"/>
          </w:tcPr>
          <w:p w14:paraId="2661CE46" w14:textId="3B35FB6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consideres</w:t>
            </w:r>
          </w:p>
        </w:tc>
      </w:tr>
      <w:tr w:rsidR="008B4A98" w14:paraId="464CCE73" w14:textId="77777777" w:rsidTr="00E94975">
        <w:tc>
          <w:tcPr>
            <w:tcW w:w="2016" w:type="dxa"/>
            <w:vAlign w:val="center"/>
          </w:tcPr>
          <w:p w14:paraId="734E2262" w14:textId="7CDD25EF" w:rsidR="008B4A98" w:rsidRDefault="00725B8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mattter</w:t>
            </w:r>
          </w:p>
        </w:tc>
        <w:tc>
          <w:tcPr>
            <w:tcW w:w="1661" w:type="dxa"/>
            <w:vAlign w:val="center"/>
          </w:tcPr>
          <w:p w14:paraId="1789F799" w14:textId="45DAE43B" w:rsidR="008B4A98" w:rsidRDefault="00725B86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</w:t>
            </w:r>
          </w:p>
        </w:tc>
        <w:tc>
          <w:tcPr>
            <w:tcW w:w="1762" w:type="dxa"/>
            <w:vAlign w:val="center"/>
          </w:tcPr>
          <w:p w14:paraId="22EC74F0" w14:textId="0057326F" w:rsidR="008B4A98" w:rsidRDefault="00C60B29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which</w:t>
            </w:r>
          </w:p>
        </w:tc>
        <w:tc>
          <w:tcPr>
            <w:tcW w:w="1725" w:type="dxa"/>
            <w:vAlign w:val="center"/>
          </w:tcPr>
          <w:p w14:paraId="644ED22F" w14:textId="282F98AB" w:rsidR="008B4A98" w:rsidRDefault="00C60B29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a long time</w:t>
            </w:r>
          </w:p>
        </w:tc>
        <w:tc>
          <w:tcPr>
            <w:tcW w:w="1842" w:type="dxa"/>
            <w:vAlign w:val="center"/>
          </w:tcPr>
          <w:p w14:paraId="3EE23B5A" w14:textId="6A675E84" w:rsidR="008B4A98" w:rsidRDefault="00C60B29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much</w:t>
            </w:r>
          </w:p>
        </w:tc>
        <w:tc>
          <w:tcPr>
            <w:tcW w:w="1784" w:type="dxa"/>
            <w:vAlign w:val="center"/>
          </w:tcPr>
          <w:p w14:paraId="080BC337" w14:textId="7CCE254C" w:rsidR="008B4A98" w:rsidRDefault="00C60B29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should consider</w:t>
            </w:r>
          </w:p>
        </w:tc>
      </w:tr>
      <w:tr w:rsidR="008B4A98" w14:paraId="5B6A254E" w14:textId="77777777" w:rsidTr="00E94975">
        <w:tc>
          <w:tcPr>
            <w:tcW w:w="2016" w:type="dxa"/>
            <w:vAlign w:val="center"/>
          </w:tcPr>
          <w:p w14:paraId="6978AE08" w14:textId="20FB26D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ne</w:t>
            </w:r>
          </w:p>
        </w:tc>
        <w:tc>
          <w:tcPr>
            <w:tcW w:w="1661" w:type="dxa"/>
            <w:vAlign w:val="center"/>
          </w:tcPr>
          <w:p w14:paraId="55B96B35" w14:textId="5E0DE05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ego</w:t>
            </w:r>
          </w:p>
        </w:tc>
        <w:tc>
          <w:tcPr>
            <w:tcW w:w="1762" w:type="dxa"/>
            <w:vAlign w:val="center"/>
          </w:tcPr>
          <w:p w14:paraId="4552A539" w14:textId="556377F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quidem</w:t>
            </w:r>
          </w:p>
        </w:tc>
        <w:tc>
          <w:tcPr>
            <w:tcW w:w="1725" w:type="dxa"/>
            <w:vAlign w:val="center"/>
          </w:tcPr>
          <w:p w14:paraId="0E9954CD" w14:textId="63FD1D5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indignus</w:t>
            </w:r>
          </w:p>
        </w:tc>
        <w:tc>
          <w:tcPr>
            <w:tcW w:w="1842" w:type="dxa"/>
            <w:vAlign w:val="center"/>
          </w:tcPr>
          <w:p w14:paraId="2B56EED3" w14:textId="005B3C5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cui</w:t>
            </w:r>
          </w:p>
        </w:tc>
        <w:tc>
          <w:tcPr>
            <w:tcW w:w="1784" w:type="dxa"/>
            <w:vAlign w:val="center"/>
          </w:tcPr>
          <w:p w14:paraId="4114F0E4" w14:textId="4726B61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copiam</w:t>
            </w:r>
          </w:p>
        </w:tc>
      </w:tr>
      <w:tr w:rsidR="008B4A98" w14:paraId="3CD9CB33" w14:textId="77777777" w:rsidTr="00E94975">
        <w:tc>
          <w:tcPr>
            <w:tcW w:w="2016" w:type="dxa"/>
            <w:vAlign w:val="center"/>
          </w:tcPr>
          <w:p w14:paraId="1226104F" w14:textId="114CABAA" w:rsidR="008B4A98" w:rsidRDefault="00BC43B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Not</w:t>
            </w:r>
          </w:p>
        </w:tc>
        <w:tc>
          <w:tcPr>
            <w:tcW w:w="1661" w:type="dxa"/>
            <w:vAlign w:val="center"/>
          </w:tcPr>
          <w:p w14:paraId="594C5A8C" w14:textId="2F1DA84F" w:rsidR="008B4A98" w:rsidRDefault="00F05E6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</w:t>
            </w:r>
          </w:p>
        </w:tc>
        <w:tc>
          <w:tcPr>
            <w:tcW w:w="1762" w:type="dxa"/>
            <w:vAlign w:val="center"/>
          </w:tcPr>
          <w:p w14:paraId="613AA15F" w14:textId="253CB050" w:rsidR="008B4A98" w:rsidRDefault="00BC43B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even</w:t>
            </w:r>
          </w:p>
        </w:tc>
        <w:tc>
          <w:tcPr>
            <w:tcW w:w="1725" w:type="dxa"/>
            <w:vAlign w:val="center"/>
          </w:tcPr>
          <w:p w14:paraId="214DA4A9" w14:textId="129E434A" w:rsidR="008B4A98" w:rsidRDefault="00C60B29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(am) unworthy</w:t>
            </w:r>
          </w:p>
        </w:tc>
        <w:tc>
          <w:tcPr>
            <w:tcW w:w="1842" w:type="dxa"/>
            <w:vAlign w:val="center"/>
          </w:tcPr>
          <w:p w14:paraId="3AB2B77E" w14:textId="1B7E1D6A" w:rsidR="008B4A98" w:rsidRDefault="000244D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whom</w:t>
            </w:r>
          </w:p>
        </w:tc>
        <w:tc>
          <w:tcPr>
            <w:tcW w:w="1784" w:type="dxa"/>
            <w:vAlign w:val="center"/>
          </w:tcPr>
          <w:p w14:paraId="75363D47" w14:textId="3BC0D3E2" w:rsidR="008B4A98" w:rsidRDefault="000244D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supply</w:t>
            </w:r>
          </w:p>
        </w:tc>
      </w:tr>
      <w:tr w:rsidR="008B4A98" w14:paraId="3DCE861D" w14:textId="77777777" w:rsidTr="00E94975">
        <w:tc>
          <w:tcPr>
            <w:tcW w:w="2016" w:type="dxa"/>
            <w:vAlign w:val="center"/>
          </w:tcPr>
          <w:p w14:paraId="26A0B1E3" w14:textId="33254E94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scientiae</w:t>
            </w:r>
          </w:p>
        </w:tc>
        <w:tc>
          <w:tcPr>
            <w:tcW w:w="1661" w:type="dxa"/>
            <w:vAlign w:val="center"/>
          </w:tcPr>
          <w:p w14:paraId="7DD51C3D" w14:textId="3944560A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tuae</w:t>
            </w:r>
          </w:p>
        </w:tc>
        <w:tc>
          <w:tcPr>
            <w:tcW w:w="1762" w:type="dxa"/>
            <w:vAlign w:val="center"/>
          </w:tcPr>
          <w:p w14:paraId="73A95B00" w14:textId="74CA7B9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facias</w:t>
            </w:r>
            <w:r w:rsidR="00F05E6B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725" w:type="dxa"/>
            <w:vAlign w:val="center"/>
          </w:tcPr>
          <w:p w14:paraId="4314FF2B" w14:textId="366DD8A9" w:rsidR="008B4A98" w:rsidRDefault="00F05E6B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l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icet</w:t>
            </w:r>
          </w:p>
        </w:tc>
        <w:tc>
          <w:tcPr>
            <w:tcW w:w="1842" w:type="dxa"/>
            <w:vAlign w:val="center"/>
          </w:tcPr>
          <w:p w14:paraId="178DEB51" w14:textId="7B49832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etiam</w:t>
            </w:r>
          </w:p>
        </w:tc>
        <w:tc>
          <w:tcPr>
            <w:tcW w:w="1784" w:type="dxa"/>
            <w:vAlign w:val="center"/>
          </w:tcPr>
          <w:p w14:paraId="3A893BF9" w14:textId="4E391EF9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utramque</w:t>
            </w:r>
          </w:p>
        </w:tc>
      </w:tr>
      <w:tr w:rsidR="008B4A98" w14:paraId="6F844853" w14:textId="77777777" w:rsidTr="00E94975">
        <w:tc>
          <w:tcPr>
            <w:tcW w:w="2016" w:type="dxa"/>
            <w:vAlign w:val="center"/>
          </w:tcPr>
          <w:p w14:paraId="36FBEB64" w14:textId="2895D431" w:rsidR="008B4A98" w:rsidRDefault="000244D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knowledge</w:t>
            </w:r>
          </w:p>
        </w:tc>
        <w:tc>
          <w:tcPr>
            <w:tcW w:w="1661" w:type="dxa"/>
            <w:vAlign w:val="center"/>
          </w:tcPr>
          <w:p w14:paraId="79822188" w14:textId="72408363" w:rsidR="008B4A98" w:rsidRDefault="000244D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your</w:t>
            </w:r>
          </w:p>
        </w:tc>
        <w:tc>
          <w:tcPr>
            <w:tcW w:w="1762" w:type="dxa"/>
            <w:vAlign w:val="center"/>
          </w:tcPr>
          <w:p w14:paraId="104D662E" w14:textId="65E51FEF" w:rsidR="008B4A98" w:rsidRDefault="000244DE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should give/make</w:t>
            </w:r>
          </w:p>
        </w:tc>
        <w:tc>
          <w:tcPr>
            <w:tcW w:w="1725" w:type="dxa"/>
            <w:vAlign w:val="center"/>
          </w:tcPr>
          <w:p w14:paraId="0455AB49" w14:textId="4FFF55CE" w:rsidR="008B4A98" w:rsidRDefault="00E94975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 is allowed</w:t>
            </w:r>
          </w:p>
        </w:tc>
        <w:tc>
          <w:tcPr>
            <w:tcW w:w="1842" w:type="dxa"/>
            <w:vAlign w:val="center"/>
          </w:tcPr>
          <w:p w14:paraId="6598C850" w14:textId="5916709A" w:rsidR="008B4A98" w:rsidRDefault="00E94975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even</w:t>
            </w:r>
          </w:p>
        </w:tc>
        <w:tc>
          <w:tcPr>
            <w:tcW w:w="1784" w:type="dxa"/>
            <w:vAlign w:val="center"/>
          </w:tcPr>
          <w:p w14:paraId="31499921" w14:textId="139DA8C4" w:rsidR="008B4A98" w:rsidRDefault="00BA4A3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either</w:t>
            </w:r>
          </w:p>
        </w:tc>
      </w:tr>
      <w:tr w:rsidR="008B4A98" w14:paraId="54655AB7" w14:textId="77777777" w:rsidTr="00E94975">
        <w:tc>
          <w:tcPr>
            <w:tcW w:w="2016" w:type="dxa"/>
            <w:vAlign w:val="center"/>
          </w:tcPr>
          <w:p w14:paraId="776A1237" w14:textId="00660BF4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in</w:t>
            </w:r>
          </w:p>
        </w:tc>
        <w:tc>
          <w:tcPr>
            <w:tcW w:w="1661" w:type="dxa"/>
            <w:vAlign w:val="center"/>
          </w:tcPr>
          <w:p w14:paraId="3B49D106" w14:textId="65E54CC8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partem</w:t>
            </w:r>
          </w:p>
        </w:tc>
        <w:tc>
          <w:tcPr>
            <w:tcW w:w="1762" w:type="dxa"/>
            <w:vAlign w:val="center"/>
          </w:tcPr>
          <w:p w14:paraId="19E4B590" w14:textId="28BF76E4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ut</w:t>
            </w:r>
          </w:p>
        </w:tc>
        <w:tc>
          <w:tcPr>
            <w:tcW w:w="1725" w:type="dxa"/>
            <w:vAlign w:val="center"/>
          </w:tcPr>
          <w:p w14:paraId="76161BBE" w14:textId="5440CFB6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soles</w:t>
            </w:r>
          </w:p>
        </w:tc>
        <w:tc>
          <w:tcPr>
            <w:tcW w:w="1842" w:type="dxa"/>
            <w:vAlign w:val="center"/>
          </w:tcPr>
          <w:p w14:paraId="49333E56" w14:textId="556D4C83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disputes</w:t>
            </w:r>
          </w:p>
        </w:tc>
        <w:tc>
          <w:tcPr>
            <w:tcW w:w="1784" w:type="dxa"/>
            <w:vAlign w:val="center"/>
          </w:tcPr>
          <w:p w14:paraId="4DEB3BE3" w14:textId="5D1D1DC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ex</w:t>
            </w:r>
          </w:p>
        </w:tc>
      </w:tr>
      <w:tr w:rsidR="008B4A98" w14:paraId="2A10800B" w14:textId="77777777" w:rsidTr="00E94975">
        <w:tc>
          <w:tcPr>
            <w:tcW w:w="2016" w:type="dxa"/>
            <w:vAlign w:val="center"/>
          </w:tcPr>
          <w:p w14:paraId="4F5603DC" w14:textId="3DC7B37A" w:rsidR="008B4A98" w:rsidRDefault="00BA4A3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</w:t>
            </w:r>
          </w:p>
        </w:tc>
        <w:tc>
          <w:tcPr>
            <w:tcW w:w="1661" w:type="dxa"/>
            <w:vAlign w:val="center"/>
          </w:tcPr>
          <w:p w14:paraId="31DEDF8C" w14:textId="1284D585" w:rsidR="008B4A98" w:rsidRDefault="00BA4A3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side</w:t>
            </w:r>
          </w:p>
        </w:tc>
        <w:tc>
          <w:tcPr>
            <w:tcW w:w="1762" w:type="dxa"/>
            <w:vAlign w:val="center"/>
          </w:tcPr>
          <w:p w14:paraId="4E32C26B" w14:textId="79EA02C3" w:rsidR="008B4A98" w:rsidRDefault="00BA4A3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</w:t>
            </w:r>
          </w:p>
        </w:tc>
        <w:tc>
          <w:tcPr>
            <w:tcW w:w="1725" w:type="dxa"/>
            <w:vAlign w:val="center"/>
          </w:tcPr>
          <w:p w14:paraId="0C59646E" w14:textId="3733B5A4" w:rsidR="008B4A98" w:rsidRDefault="00BA4A3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are accustomed</w:t>
            </w:r>
          </w:p>
        </w:tc>
        <w:tc>
          <w:tcPr>
            <w:tcW w:w="1842" w:type="dxa"/>
            <w:vAlign w:val="center"/>
          </w:tcPr>
          <w:p w14:paraId="5C6E9678" w14:textId="00435A85" w:rsidR="008B4A98" w:rsidRDefault="00BA4A3B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 you argue</w:t>
            </w:r>
          </w:p>
        </w:tc>
        <w:tc>
          <w:tcPr>
            <w:tcW w:w="1784" w:type="dxa"/>
            <w:vAlign w:val="center"/>
          </w:tcPr>
          <w:p w14:paraId="198F5083" w14:textId="476C6710" w:rsidR="008B4A98" w:rsidRDefault="00E55E5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</w:tr>
      <w:tr w:rsidR="008B4A98" w14:paraId="0211E91F" w14:textId="77777777" w:rsidTr="00E94975">
        <w:tc>
          <w:tcPr>
            <w:tcW w:w="2016" w:type="dxa"/>
            <w:vAlign w:val="center"/>
          </w:tcPr>
          <w:p w14:paraId="2C2CD356" w14:textId="410CFDA4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altera</w:t>
            </w:r>
          </w:p>
        </w:tc>
        <w:tc>
          <w:tcPr>
            <w:tcW w:w="1661" w:type="dxa"/>
            <w:vAlign w:val="center"/>
          </w:tcPr>
          <w:p w14:paraId="4EB45120" w14:textId="2A6B50F3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tamen</w:t>
            </w:r>
          </w:p>
        </w:tc>
        <w:tc>
          <w:tcPr>
            <w:tcW w:w="1762" w:type="dxa"/>
            <w:vAlign w:val="center"/>
          </w:tcPr>
          <w:p w14:paraId="76990C04" w14:textId="720D41FB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fortius</w:t>
            </w:r>
          </w:p>
        </w:tc>
        <w:tc>
          <w:tcPr>
            <w:tcW w:w="1725" w:type="dxa"/>
            <w:vAlign w:val="center"/>
          </w:tcPr>
          <w:p w14:paraId="686EFC06" w14:textId="01A933DF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ne</w:t>
            </w:r>
          </w:p>
        </w:tc>
        <w:tc>
          <w:tcPr>
            <w:tcW w:w="1842" w:type="dxa"/>
            <w:vAlign w:val="center"/>
          </w:tcPr>
          <w:p w14:paraId="04C754B7" w14:textId="5337A4E3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me</w:t>
            </w:r>
          </w:p>
        </w:tc>
        <w:tc>
          <w:tcPr>
            <w:tcW w:w="1784" w:type="dxa"/>
            <w:vAlign w:val="center"/>
          </w:tcPr>
          <w:p w14:paraId="6E099E7C" w14:textId="18BD7F1F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suspensum</w:t>
            </w:r>
          </w:p>
        </w:tc>
      </w:tr>
      <w:tr w:rsidR="008B4A98" w14:paraId="020FBC35" w14:textId="77777777" w:rsidTr="00E94975">
        <w:tc>
          <w:tcPr>
            <w:tcW w:w="2016" w:type="dxa"/>
            <w:vAlign w:val="center"/>
          </w:tcPr>
          <w:p w14:paraId="0428F74C" w14:textId="0B6949B6" w:rsidR="008B4A98" w:rsidRDefault="00E55E5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one side</w:t>
            </w:r>
          </w:p>
        </w:tc>
        <w:tc>
          <w:tcPr>
            <w:tcW w:w="1661" w:type="dxa"/>
            <w:vAlign w:val="center"/>
          </w:tcPr>
          <w:p w14:paraId="32A3D875" w14:textId="0696F4DC" w:rsidR="008B4A98" w:rsidRDefault="00E55E5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however</w:t>
            </w:r>
          </w:p>
        </w:tc>
        <w:tc>
          <w:tcPr>
            <w:tcW w:w="1762" w:type="dxa"/>
            <w:vAlign w:val="center"/>
          </w:tcPr>
          <w:p w14:paraId="52B3D3AB" w14:textId="577E63DB" w:rsidR="008B4A98" w:rsidRDefault="00E55E5A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more strongly</w:t>
            </w:r>
          </w:p>
        </w:tc>
        <w:tc>
          <w:tcPr>
            <w:tcW w:w="1725" w:type="dxa"/>
            <w:vAlign w:val="center"/>
          </w:tcPr>
          <w:p w14:paraId="57CC3125" w14:textId="342545E6" w:rsidR="008B4A98" w:rsidRDefault="00170D1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lest</w:t>
            </w:r>
          </w:p>
        </w:tc>
        <w:tc>
          <w:tcPr>
            <w:tcW w:w="1842" w:type="dxa"/>
            <w:vAlign w:val="center"/>
          </w:tcPr>
          <w:p w14:paraId="4F86331B" w14:textId="743EDD51" w:rsidR="008B4A98" w:rsidRDefault="00170D1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me</w:t>
            </w:r>
          </w:p>
        </w:tc>
        <w:tc>
          <w:tcPr>
            <w:tcW w:w="1784" w:type="dxa"/>
            <w:vAlign w:val="center"/>
          </w:tcPr>
          <w:p w14:paraId="6A636467" w14:textId="31DB2101" w:rsidR="008B4A98" w:rsidRDefault="00170D1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suspenseful</w:t>
            </w:r>
          </w:p>
        </w:tc>
      </w:tr>
      <w:tr w:rsidR="008B4A98" w14:paraId="5EDBE2C1" w14:textId="77777777" w:rsidTr="00E94975">
        <w:tc>
          <w:tcPr>
            <w:tcW w:w="2016" w:type="dxa"/>
            <w:vAlign w:val="center"/>
          </w:tcPr>
          <w:p w14:paraId="22677DA8" w14:textId="38C2815C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incertumque</w:t>
            </w:r>
          </w:p>
        </w:tc>
        <w:tc>
          <w:tcPr>
            <w:tcW w:w="1661" w:type="dxa"/>
            <w:vAlign w:val="center"/>
          </w:tcPr>
          <w:p w14:paraId="774C52CC" w14:textId="18E969A3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dimittas</w:t>
            </w:r>
          </w:p>
        </w:tc>
        <w:tc>
          <w:tcPr>
            <w:tcW w:w="1762" w:type="dxa"/>
            <w:vAlign w:val="center"/>
          </w:tcPr>
          <w:p w14:paraId="461141DD" w14:textId="4D864311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cum</w:t>
            </w:r>
          </w:p>
        </w:tc>
        <w:tc>
          <w:tcPr>
            <w:tcW w:w="1725" w:type="dxa"/>
            <w:vAlign w:val="center"/>
          </w:tcPr>
          <w:p w14:paraId="1F188864" w14:textId="32C7CD8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mihi</w:t>
            </w:r>
          </w:p>
        </w:tc>
        <w:tc>
          <w:tcPr>
            <w:tcW w:w="1842" w:type="dxa"/>
            <w:vAlign w:val="center"/>
          </w:tcPr>
          <w:p w14:paraId="0B351449" w14:textId="362377AD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consulendi</w:t>
            </w:r>
          </w:p>
        </w:tc>
        <w:tc>
          <w:tcPr>
            <w:tcW w:w="1784" w:type="dxa"/>
            <w:vAlign w:val="center"/>
          </w:tcPr>
          <w:p w14:paraId="0E57F197" w14:textId="09B2E8F7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causa</w:t>
            </w:r>
          </w:p>
        </w:tc>
      </w:tr>
      <w:tr w:rsidR="008B4A98" w14:paraId="562CB9EB" w14:textId="77777777" w:rsidTr="00E94975">
        <w:tc>
          <w:tcPr>
            <w:tcW w:w="2016" w:type="dxa"/>
            <w:vAlign w:val="center"/>
          </w:tcPr>
          <w:p w14:paraId="3496E918" w14:textId="4FB9B94C" w:rsidR="008B4A98" w:rsidRDefault="00170D1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uncertain</w:t>
            </w:r>
          </w:p>
        </w:tc>
        <w:tc>
          <w:tcPr>
            <w:tcW w:w="1661" w:type="dxa"/>
            <w:vAlign w:val="center"/>
          </w:tcPr>
          <w:p w14:paraId="1C79158A" w14:textId="7D26BC58" w:rsidR="008B4A98" w:rsidRDefault="00170D1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send away</w:t>
            </w:r>
          </w:p>
        </w:tc>
        <w:tc>
          <w:tcPr>
            <w:tcW w:w="1762" w:type="dxa"/>
            <w:vAlign w:val="center"/>
          </w:tcPr>
          <w:p w14:paraId="6C3BFE1C" w14:textId="26536BF2" w:rsidR="008B4A98" w:rsidRDefault="00170D1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when</w:t>
            </w:r>
          </w:p>
        </w:tc>
        <w:tc>
          <w:tcPr>
            <w:tcW w:w="1725" w:type="dxa"/>
            <w:vAlign w:val="center"/>
          </w:tcPr>
          <w:p w14:paraId="5490741A" w14:textId="66A6A9AF" w:rsidR="008B4A98" w:rsidRDefault="00170D1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me</w:t>
            </w:r>
          </w:p>
        </w:tc>
        <w:tc>
          <w:tcPr>
            <w:tcW w:w="1842" w:type="dxa"/>
            <w:vAlign w:val="center"/>
          </w:tcPr>
          <w:p w14:paraId="44C2F3EB" w14:textId="4ABC56AF" w:rsidR="008B4A98" w:rsidRDefault="00170D1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consulting</w:t>
            </w:r>
          </w:p>
        </w:tc>
        <w:tc>
          <w:tcPr>
            <w:tcW w:w="1784" w:type="dxa"/>
            <w:vAlign w:val="center"/>
          </w:tcPr>
          <w:p w14:paraId="06145C7C" w14:textId="643C5BDB" w:rsidR="008B4A98" w:rsidRDefault="00170D13" w:rsidP="008B4A98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need</w:t>
            </w:r>
          </w:p>
        </w:tc>
      </w:tr>
      <w:tr w:rsidR="008B4A98" w14:paraId="63EF8C89" w14:textId="77777777" w:rsidTr="00E94975">
        <w:tc>
          <w:tcPr>
            <w:tcW w:w="2016" w:type="dxa"/>
            <w:vAlign w:val="center"/>
          </w:tcPr>
          <w:p w14:paraId="327C4E58" w14:textId="2F9FF94A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fuerit</w:t>
            </w:r>
          </w:p>
        </w:tc>
        <w:tc>
          <w:tcPr>
            <w:tcW w:w="1661" w:type="dxa"/>
            <w:vAlign w:val="center"/>
          </w:tcPr>
          <w:p w14:paraId="65D663B4" w14:textId="272B5025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ut</w:t>
            </w:r>
          </w:p>
        </w:tc>
        <w:tc>
          <w:tcPr>
            <w:tcW w:w="1762" w:type="dxa"/>
            <w:vAlign w:val="center"/>
          </w:tcPr>
          <w:p w14:paraId="6CBBD325" w14:textId="43AE6120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dubitare</w:t>
            </w:r>
          </w:p>
        </w:tc>
        <w:tc>
          <w:tcPr>
            <w:tcW w:w="1725" w:type="dxa"/>
            <w:vAlign w:val="center"/>
          </w:tcPr>
          <w:p w14:paraId="7CA01BB6" w14:textId="7924D362" w:rsidR="008B4A98" w:rsidRDefault="008B4A98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desinerem</w:t>
            </w:r>
            <w:r w:rsidR="00B411BA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842" w:type="dxa"/>
            <w:vAlign w:val="center"/>
          </w:tcPr>
          <w:p w14:paraId="25541D44" w14:textId="58B02914" w:rsidR="008B4A98" w:rsidRDefault="00B411BA" w:rsidP="008B4A98">
            <w:r>
              <w:rPr>
                <w:rFonts w:ascii="Palatino" w:hAnsi="Palatino" w:cs="Palatino" w:eastAsia="Palatino"/>
                <w:color w:val="000000"/>
                <w:sz w:val="23"/>
              </w:rPr>
              <w:t>v</w:t>
            </w:r>
            <w:r w:rsidR="008B4A98">
              <w:rPr>
                <w:rFonts w:ascii="Palatino" w:hAnsi="Palatino" w:cs="Palatino" w:eastAsia="Palatino"/>
                <w:color w:val="000000"/>
                <w:sz w:val="23"/>
              </w:rPr>
              <w:t>ale</w:t>
            </w:r>
          </w:p>
        </w:tc>
        <w:tc>
          <w:tcPr>
            <w:tcW w:w="1784" w:type="dxa"/>
            <w:vAlign w:val="center"/>
          </w:tcPr>
          <w:p w14:paraId="26F36ED4" w14:textId="77777777" w:rsidR="008B4A98" w:rsidRDefault="008B4A98" w:rsidP="008B4A98"/>
        </w:tc>
      </w:tr>
      <w:tr w:rsidR="00E94975" w14:paraId="520CB374" w14:textId="77777777" w:rsidTr="00E94975">
        <w:tc>
          <w:tcPr>
            <w:tcW w:w="2016" w:type="dxa"/>
            <w:vAlign w:val="center"/>
          </w:tcPr>
          <w:p w14:paraId="38A4D5F8" w14:textId="31E9C4AD" w:rsidR="00E94975" w:rsidRDefault="00170D13" w:rsidP="008B4A98">
            <w:pPr>
              <w:rPr>
                <w:color w:val="000000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there was</w:t>
            </w:r>
          </w:p>
        </w:tc>
        <w:tc>
          <w:tcPr>
            <w:tcW w:w="1661" w:type="dxa"/>
            <w:vAlign w:val="center"/>
          </w:tcPr>
          <w:p w14:paraId="26B157F9" w14:textId="2A39E9DF" w:rsidR="00E94975" w:rsidRDefault="00B411BA" w:rsidP="008B4A98">
            <w:pPr>
              <w:rPr>
                <w:color w:val="000000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 that</w:t>
            </w:r>
          </w:p>
        </w:tc>
        <w:tc>
          <w:tcPr>
            <w:tcW w:w="1762" w:type="dxa"/>
            <w:vAlign w:val="center"/>
          </w:tcPr>
          <w:p w14:paraId="7C88ACDE" w14:textId="113E0771" w:rsidR="00E94975" w:rsidRDefault="00B411BA" w:rsidP="008B4A98">
            <w:pPr>
              <w:rPr>
                <w:color w:val="000000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doubt</w:t>
            </w:r>
          </w:p>
        </w:tc>
        <w:tc>
          <w:tcPr>
            <w:tcW w:w="1725" w:type="dxa"/>
            <w:vAlign w:val="center"/>
          </w:tcPr>
          <w:p w14:paraId="225CB072" w14:textId="4312B5B2" w:rsidR="00E94975" w:rsidRDefault="00B411BA" w:rsidP="008B4A98">
            <w:pPr>
              <w:rPr>
                <w:color w:val="000000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would cease</w:t>
            </w:r>
          </w:p>
        </w:tc>
        <w:tc>
          <w:tcPr>
            <w:tcW w:w="1842" w:type="dxa"/>
            <w:vAlign w:val="center"/>
          </w:tcPr>
          <w:p w14:paraId="58E9B930" w14:textId="464E60B9" w:rsidR="00E94975" w:rsidRDefault="00B411BA" w:rsidP="008B4A98">
            <w:pPr>
              <w:rPr>
                <w:color w:val="000000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Farewell.</w:t>
            </w:r>
          </w:p>
        </w:tc>
        <w:tc>
          <w:tcPr>
            <w:tcW w:w="1784" w:type="dxa"/>
            <w:vAlign w:val="center"/>
          </w:tcPr>
          <w:p w14:paraId="197253FC" w14:textId="77777777" w:rsidR="00E94975" w:rsidRDefault="00E94975" w:rsidP="008B4A98"/>
        </w:tc>
      </w:tr>
    </w:tbl>
    <w:p w14:paraId="0A138C98" w14:textId="77777777" w:rsidR="00AB1614" w:rsidRPr="00AB1614" w:rsidRDefault="00AB1614" w:rsidP="00AB1614"/>
    <w:p w14:paraId="2B056229" w14:textId="77777777" w:rsidR="00AB1614" w:rsidRPr="00AB1614" w:rsidRDefault="00AB1614" w:rsidP="00AB1614"/>
    <w:p w14:paraId="0893888E" w14:textId="77777777" w:rsidR="00AB1614" w:rsidRPr="00AB1614" w:rsidRDefault="00AB1614" w:rsidP="00AB1614"/>
    <w:p w14:paraId="1EEA51E8" w14:textId="77777777" w:rsidR="00AB1614" w:rsidRPr="00AB1614" w:rsidRDefault="00AB1614" w:rsidP="00AB1614"/>
    <w:p w14:paraId="1E54EC1A" w14:textId="77777777" w:rsidR="00AB1614" w:rsidRPr="00AB1614" w:rsidRDefault="00AB1614" w:rsidP="00AB1614"/>
    <w:p w14:paraId="3AF26B7A" w14:textId="77777777" w:rsidR="00AB1614" w:rsidRPr="00AB1614" w:rsidRDefault="00AB1614" w:rsidP="00AB1614"/>
    <w:p w14:paraId="0111EC7C" w14:textId="77777777" w:rsidR="00AB1614" w:rsidRPr="00AB1614" w:rsidRDefault="00AB1614" w:rsidP="00AB1614"/>
    <w:p w14:paraId="27A9F743" w14:textId="77777777" w:rsidR="00AB1614" w:rsidRPr="00AB1614" w:rsidRDefault="00AB1614" w:rsidP="00AB1614"/>
    <w:p w14:paraId="3E7F913E" w14:textId="77777777" w:rsidR="00AB1614" w:rsidRPr="00AB1614" w:rsidRDefault="00AB1614" w:rsidP="00AB1614"/>
    <w:p w14:paraId="3EF3DCF0" w14:textId="77777777" w:rsidR="00AB1614" w:rsidRPr="00AB1614" w:rsidRDefault="00AB1614" w:rsidP="00AB1614"/>
    <w:p w14:paraId="2C6FCA84" w14:textId="77777777" w:rsidR="00AB1614" w:rsidRPr="00AB1614" w:rsidRDefault="00AB1614" w:rsidP="00AB1614"/>
    <w:p w14:paraId="11114547" w14:textId="77777777" w:rsidR="00AB1614" w:rsidRPr="00AB1614" w:rsidRDefault="00AB1614" w:rsidP="00AB1614"/>
    <w:p w14:paraId="5E9B6B57" w14:textId="77777777" w:rsidR="00AB1614" w:rsidRPr="00AB1614" w:rsidRDefault="00AB1614" w:rsidP="00AB1614"/>
    <w:p w14:paraId="0B71CB70" w14:textId="77777777" w:rsidR="00AB1614" w:rsidRPr="00AB1614" w:rsidRDefault="00AB1614" w:rsidP="00AB1614"/>
    <w:p w14:paraId="27965192" w14:textId="77777777" w:rsidR="00AB1614" w:rsidRPr="00AB1614" w:rsidRDefault="00AB1614" w:rsidP="00AB1614"/>
    <w:p w14:paraId="4CC40543" w14:textId="77777777" w:rsidR="00AB1614" w:rsidRPr="00AB1614" w:rsidRDefault="00AB1614" w:rsidP="00AB1614"/>
    <w:p w14:paraId="170AB029" w14:textId="77777777" w:rsidR="00AB1614" w:rsidRPr="00AB1614" w:rsidRDefault="00AB1614" w:rsidP="00AB1614"/>
    <w:p w14:paraId="1014E00D" w14:textId="77777777" w:rsidR="00AB1614" w:rsidRPr="00AB1614" w:rsidRDefault="00AB1614" w:rsidP="00AB1614"/>
    <w:p w14:paraId="0BE40D52" w14:textId="77777777" w:rsidR="00AB1614" w:rsidRPr="00AB1614" w:rsidRDefault="00AB1614" w:rsidP="00AB1614"/>
    <w:p w14:paraId="789E44A8" w14:textId="77777777" w:rsidR="00AB1614" w:rsidRPr="00AB1614" w:rsidRDefault="00AB1614" w:rsidP="00AB1614"/>
    <w:p w14:paraId="6ABCE62D" w14:textId="77777777" w:rsidR="00AB1614" w:rsidRPr="00AB1614" w:rsidRDefault="00AB1614" w:rsidP="00AB1614"/>
    <w:p w14:paraId="6BD74401" w14:textId="77777777" w:rsidR="00AB1614" w:rsidRPr="00AB1614" w:rsidRDefault="00AB1614" w:rsidP="00AB1614"/>
    <w:p w14:paraId="3C58DDA3" w14:textId="77777777" w:rsidR="00AB1614" w:rsidRPr="00AB1614" w:rsidRDefault="00AB1614" w:rsidP="00AB1614"/>
    <w:p w14:paraId="4A5245BD" w14:textId="77777777" w:rsidR="00AB1614" w:rsidRPr="00AB1614" w:rsidRDefault="00AB1614" w:rsidP="00AB1614"/>
    <w:p w14:paraId="514A3329" w14:textId="77777777" w:rsidR="00AB1614" w:rsidRPr="00AB1614" w:rsidRDefault="00AB1614" w:rsidP="00AB1614"/>
    <w:p w14:paraId="705E3C98" w14:textId="77777777" w:rsidR="00AB1614" w:rsidRPr="00AB1614" w:rsidRDefault="00AB1614" w:rsidP="00AB1614"/>
    <w:p w14:paraId="00280E2F" w14:textId="77777777" w:rsidR="00EA0455" w:rsidRPr="00AB1614" w:rsidRDefault="00EA0455" w:rsidP="00AB1614"/>
    <w:sectPr w:rsidR="00EA0455" w:rsidRPr="00AB1614" w:rsidSect="00AB161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169358">
    <w:abstractNumId w:val="8"/>
  </w:num>
  <w:num w:numId="2" w16cid:durableId="1340893245">
    <w:abstractNumId w:val="6"/>
  </w:num>
  <w:num w:numId="3" w16cid:durableId="539053308">
    <w:abstractNumId w:val="5"/>
  </w:num>
  <w:num w:numId="4" w16cid:durableId="959262702">
    <w:abstractNumId w:val="4"/>
  </w:num>
  <w:num w:numId="5" w16cid:durableId="1364597411">
    <w:abstractNumId w:val="7"/>
  </w:num>
  <w:num w:numId="6" w16cid:durableId="1520898501">
    <w:abstractNumId w:val="3"/>
  </w:num>
  <w:num w:numId="7" w16cid:durableId="733086293">
    <w:abstractNumId w:val="2"/>
  </w:num>
  <w:num w:numId="8" w16cid:durableId="538320428">
    <w:abstractNumId w:val="1"/>
  </w:num>
  <w:num w:numId="9" w16cid:durableId="1460879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FDD"/>
    <w:rsid w:val="000244DE"/>
    <w:rsid w:val="00034616"/>
    <w:rsid w:val="0004342B"/>
    <w:rsid w:val="0006063C"/>
    <w:rsid w:val="00081BC2"/>
    <w:rsid w:val="00085160"/>
    <w:rsid w:val="00094345"/>
    <w:rsid w:val="000A3DC9"/>
    <w:rsid w:val="000D36D5"/>
    <w:rsid w:val="000E4945"/>
    <w:rsid w:val="0010286E"/>
    <w:rsid w:val="001035FC"/>
    <w:rsid w:val="00116287"/>
    <w:rsid w:val="001229DA"/>
    <w:rsid w:val="00122DA5"/>
    <w:rsid w:val="00147354"/>
    <w:rsid w:val="0015074B"/>
    <w:rsid w:val="0015729C"/>
    <w:rsid w:val="00170D13"/>
    <w:rsid w:val="00182059"/>
    <w:rsid w:val="00183D06"/>
    <w:rsid w:val="00184772"/>
    <w:rsid w:val="001D4E5E"/>
    <w:rsid w:val="001E17AB"/>
    <w:rsid w:val="00213245"/>
    <w:rsid w:val="00224BD0"/>
    <w:rsid w:val="00260031"/>
    <w:rsid w:val="0029639D"/>
    <w:rsid w:val="002C7FBE"/>
    <w:rsid w:val="002D07B8"/>
    <w:rsid w:val="00326F90"/>
    <w:rsid w:val="003756D4"/>
    <w:rsid w:val="003C4F71"/>
    <w:rsid w:val="003D11E1"/>
    <w:rsid w:val="003D717F"/>
    <w:rsid w:val="003E16FA"/>
    <w:rsid w:val="00420723"/>
    <w:rsid w:val="00426DFE"/>
    <w:rsid w:val="00465D06"/>
    <w:rsid w:val="004A2EEF"/>
    <w:rsid w:val="004A3808"/>
    <w:rsid w:val="004A547B"/>
    <w:rsid w:val="004A617A"/>
    <w:rsid w:val="004C2276"/>
    <w:rsid w:val="004E63B1"/>
    <w:rsid w:val="004E79AF"/>
    <w:rsid w:val="00523CD7"/>
    <w:rsid w:val="005249EC"/>
    <w:rsid w:val="00530616"/>
    <w:rsid w:val="00534DFC"/>
    <w:rsid w:val="00556053"/>
    <w:rsid w:val="0057526F"/>
    <w:rsid w:val="00581B17"/>
    <w:rsid w:val="005A616D"/>
    <w:rsid w:val="005B6DA2"/>
    <w:rsid w:val="005D3ADF"/>
    <w:rsid w:val="005D3D20"/>
    <w:rsid w:val="00600006"/>
    <w:rsid w:val="00606AD4"/>
    <w:rsid w:val="00646569"/>
    <w:rsid w:val="006500F3"/>
    <w:rsid w:val="00650EFA"/>
    <w:rsid w:val="006520CD"/>
    <w:rsid w:val="00680049"/>
    <w:rsid w:val="006968E5"/>
    <w:rsid w:val="00722793"/>
    <w:rsid w:val="00722A93"/>
    <w:rsid w:val="00725B86"/>
    <w:rsid w:val="00726B30"/>
    <w:rsid w:val="00740A61"/>
    <w:rsid w:val="007477AC"/>
    <w:rsid w:val="00760400"/>
    <w:rsid w:val="00765573"/>
    <w:rsid w:val="00776534"/>
    <w:rsid w:val="007B1D8D"/>
    <w:rsid w:val="007B5E1E"/>
    <w:rsid w:val="007C256D"/>
    <w:rsid w:val="007C5E5C"/>
    <w:rsid w:val="007D1237"/>
    <w:rsid w:val="007F7B52"/>
    <w:rsid w:val="00823A0C"/>
    <w:rsid w:val="00841A4A"/>
    <w:rsid w:val="00850D37"/>
    <w:rsid w:val="00884CAC"/>
    <w:rsid w:val="008973A5"/>
    <w:rsid w:val="008B1FC2"/>
    <w:rsid w:val="008B2ABF"/>
    <w:rsid w:val="008B4A98"/>
    <w:rsid w:val="008B6EF8"/>
    <w:rsid w:val="008D7F4B"/>
    <w:rsid w:val="008E3C62"/>
    <w:rsid w:val="009376F4"/>
    <w:rsid w:val="00964003"/>
    <w:rsid w:val="009738C3"/>
    <w:rsid w:val="00973F43"/>
    <w:rsid w:val="00983451"/>
    <w:rsid w:val="00997E68"/>
    <w:rsid w:val="009B07F4"/>
    <w:rsid w:val="009C3400"/>
    <w:rsid w:val="009E5366"/>
    <w:rsid w:val="00A16A62"/>
    <w:rsid w:val="00A34348"/>
    <w:rsid w:val="00A95A3C"/>
    <w:rsid w:val="00AA1D8D"/>
    <w:rsid w:val="00AB1614"/>
    <w:rsid w:val="00AB17CB"/>
    <w:rsid w:val="00B04B13"/>
    <w:rsid w:val="00B10587"/>
    <w:rsid w:val="00B148EC"/>
    <w:rsid w:val="00B411BA"/>
    <w:rsid w:val="00B421CB"/>
    <w:rsid w:val="00B47730"/>
    <w:rsid w:val="00B60DC6"/>
    <w:rsid w:val="00B711B6"/>
    <w:rsid w:val="00B956CD"/>
    <w:rsid w:val="00BA41B2"/>
    <w:rsid w:val="00BA4A3B"/>
    <w:rsid w:val="00BC43BE"/>
    <w:rsid w:val="00BC6468"/>
    <w:rsid w:val="00BD07AF"/>
    <w:rsid w:val="00BD234F"/>
    <w:rsid w:val="00BD278B"/>
    <w:rsid w:val="00BE3C6E"/>
    <w:rsid w:val="00BF5920"/>
    <w:rsid w:val="00C11450"/>
    <w:rsid w:val="00C20F4F"/>
    <w:rsid w:val="00C60B29"/>
    <w:rsid w:val="00CA4ACA"/>
    <w:rsid w:val="00CB0664"/>
    <w:rsid w:val="00D12C05"/>
    <w:rsid w:val="00D13F88"/>
    <w:rsid w:val="00D2784A"/>
    <w:rsid w:val="00D40B6B"/>
    <w:rsid w:val="00D5522F"/>
    <w:rsid w:val="00D86CFC"/>
    <w:rsid w:val="00DB61AC"/>
    <w:rsid w:val="00DF1347"/>
    <w:rsid w:val="00DF519D"/>
    <w:rsid w:val="00E55E5A"/>
    <w:rsid w:val="00E6016D"/>
    <w:rsid w:val="00E755BE"/>
    <w:rsid w:val="00E8770C"/>
    <w:rsid w:val="00E933A2"/>
    <w:rsid w:val="00E94975"/>
    <w:rsid w:val="00EA0455"/>
    <w:rsid w:val="00ED53A2"/>
    <w:rsid w:val="00F0179B"/>
    <w:rsid w:val="00F05E6B"/>
    <w:rsid w:val="00F15356"/>
    <w:rsid w:val="00F212CA"/>
    <w:rsid w:val="00F410A4"/>
    <w:rsid w:val="00F70D5B"/>
    <w:rsid w:val="00F7428B"/>
    <w:rsid w:val="00F84565"/>
    <w:rsid w:val="00F847C4"/>
    <w:rsid w:val="00FA79D2"/>
    <w:rsid w:val="00FB4A5A"/>
    <w:rsid w:val="00FB780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CE629B"/>
  <w14:defaultImageDpi w14:val="300"/>
  <w15:docId w15:val="{2875085D-1333-734B-AF4B-8235FFA7C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Palatino" w:hAnsi="Palatino" w:cs="Palatino" w:eastAsia="Palatino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0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10</Pages>
  <Words>2341</Words>
  <Characters>9740</Characters>
  <Application>Microsoft Office Word</Application>
  <DocSecurity>0</DocSecurity>
  <Lines>2435</Lines>
  <Paragraphs>2013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Jonathan Hills</cp:lastModifiedBy>
  <cp:revision>143</cp:revision>
  <dcterms:created xsi:type="dcterms:W3CDTF">2025-06-17T14:41:00Z</dcterms:created>
  <dcterms:modified xsi:type="dcterms:W3CDTF">2025-06-18T20:06:00Z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623243b1-d56a-4d5a-8e4d-348651fd7dc3</vt:lpwstr>
  </property>
</Properties>
</file>