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6"/>
        </w:rPr>
        <w:t>Pliny, Letters 6.16 and 6.20: the eruption of Vesuvius</w:t>
      </w:r>
    </w:p>
    <w:p>
      <w:r>
        <w:rPr>
          <w:rFonts w:ascii="Palatino" w:hAnsi="Palatino" w:cs="Palatino" w:eastAsia="Palatino"/>
          <w:i/>
          <w:color w:val="000000"/>
          <w:sz w:val="23"/>
        </w:rPr>
        <w:t>Interlinear text: under each Latin word, in small red type, is a number and its English meaning. Read the English in number order to get a translation. The numbers start again with each sentence.</w:t>
      </w:r>
    </w:p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Letter 6.16</w:t>
      </w:r>
    </w:p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avunculī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exitum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 ask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you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uncle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death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scrībam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trādere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posterīs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possīs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write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 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more truly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hand down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posterity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 can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Grātiās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videō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eius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thanks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give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see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the death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him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celebrētur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immortālem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glōriam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is celebrated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immortal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glory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esse prōpositam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in store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Quamvīs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pulcherrimārum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clāde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terrārum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although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most beautiful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the disaster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lands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populī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memorābilī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cāsū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quasi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peoples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cities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a memorable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if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semper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vīctūrus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occiderit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quamvīs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plūrima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always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going to live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died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although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himself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very many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mānsūra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condiderit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works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lasting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composed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much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however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perpetuitātī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scriptōrum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tuōrum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aeternitās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addet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the permanence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him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writings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immortality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will add</w:t>
            </w:r>
          </w:p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Equidem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beātōs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deōrum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mūnere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my part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happy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think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those to whom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gods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gift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datum est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facere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scrībenda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scrībere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has been given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either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do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things worth writing about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write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legenda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beātissimōs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utrumque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Hōrum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things worth reading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happiest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indeed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whom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both (are given)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these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numerō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avunculus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number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uncle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his own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librīs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libentius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books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yours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will be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which reason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more gladly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suscipiō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dēposcō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iniungis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undertake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ask 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 impose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Mīsēnī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classemque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imperiō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praesēns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regēbat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was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Misenum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the fleet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command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person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was directing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Kal.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Septembrēs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hōrā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septimā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 the ninth day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Kalends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September (24 August)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the hour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about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seventh (about 1 pm)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indicat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appārēre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nūbem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points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him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appearing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cloud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inūsitāta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magnitūdine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speciē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unusual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size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appearance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Ūsus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frīgidā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gustāverat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enjoyed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sun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cold bath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eaten a snack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iacēns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studēbatque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poscit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soleās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ascendit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locum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lying down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was studying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asks 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 sandals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climbs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a place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maximē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mīrāculum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illud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conspicī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marvel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 seen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poterat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incertum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procul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intuentibus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could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cloud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was uncertain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a distance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those watching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monte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Vesuvium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fuisse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posteā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cognitum est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mountain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Vesuvius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have been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afterwards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was learned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oriēbātur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similitūdinem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formam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rising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likeness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shape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arbor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pīnus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expresserit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better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tree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pine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would have expressed</w:t>
            </w:r>
          </w:p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longissimō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velut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truncō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ēlāta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 a very tall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trunk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lifted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into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quibusdam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ramīs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diffundēbātur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sky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into some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branches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was spreading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believe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because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recentī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spiritū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ēvecta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senescente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eō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a fresh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blast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raised up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it died down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destitūta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pondere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victa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left unsupported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weight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its 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overcome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lātitūdinem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vānēscēbat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candida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interdum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interdum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breadth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was thinning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sometimes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sometimes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sordida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maculōsa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cineremve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dirty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spotted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according 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earth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 ash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sustulerat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had lifted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propiusque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nōscendum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ērudītissimō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virō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important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more closely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worth investigating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a very learned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vīsum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Iubet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liburnicam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aptārī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seemed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orders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fast ship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got ready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venīre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ūnā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vellem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facit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cōpiam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respondī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come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him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wished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gives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opportunity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replied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studēre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mālle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study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preferred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chance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himself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scrīberem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dederat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something 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could write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given (me)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Ēgrediēbātur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accipit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cōdicillōs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Rectīnae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Tascī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was going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house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receives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note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Rectina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wife of Tascus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imminentī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perīculō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exterritae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villa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eius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threatening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danger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terrified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house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subiācebat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ūlla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nāvibus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lay below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except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ships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escape (was possible)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discrīminī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ēriperet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ōrābat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so great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crisis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should rescue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she was begging</w:t>
            </w:r>
          </w:p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cōnsilium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studiōsō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changes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 plan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a scholar's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incohāverat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maximō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Dēdūcit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quadrirēmēs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spirit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had begun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carries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the greatest (spirit)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launches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quadriremes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ascendit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Rectīnae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modo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goes aboard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himself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Rectina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frequēns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amoenitās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ōrae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crowded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charm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coast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lātūrus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auxilium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going to bring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help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illūc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fugiunt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rēctumque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hurries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the place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where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others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are fleeing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a straight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cursum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rēcta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gubernācula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perīculum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course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straight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steering oars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danger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holds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adeo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solūtus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free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fear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mōtūs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figūras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dēprenderat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disaster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movements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shapes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had spotted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dictāret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ēnotāretque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his eyes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dictated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noted down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nāvibus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incidēbat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propius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 the ships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falling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nearer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accēderent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calidior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dēnsior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pūmicēs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they came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hotter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thicker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pumice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nigrīque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ambustī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frāctī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also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black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scorched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cracked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lapidēs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vadum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ruināque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fire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stones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shallow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sudden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with the debris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montis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lītora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obstantia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Cunctātus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paulum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mountain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shores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blocked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hesitated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little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whether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retrō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flecteret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gubernātōrī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back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should turn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the helmsman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faceret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monentī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inquit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fortūna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iuvat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should do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advising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brave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says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fortune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helps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Pompōniānum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pete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Pomponianus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make for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Stabiīs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diremptus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sīnū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Stabiae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was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separated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bay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between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sēnsim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circumāctīs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curvātīsque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lītoribus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infunditur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gradually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bending round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curving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the shores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sea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pours 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ibi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nōndum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perīculō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appropinquante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cōnspicuō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although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 yet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danger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approaching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visible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crēsceret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proximō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sarcinās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however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grew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very near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 baggage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contulerat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nāvēs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certus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had put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ships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determined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 flight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contrārius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ventus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resēdisset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tunc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avunculus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opposing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dropped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there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uncle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secundissimō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invectus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complectitur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trepidantem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consōlātur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a most favourable (wind)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carried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embraces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trembling man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comforts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hortātur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timōrem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sēcūritāte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encourages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so 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fear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his 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calm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lenīret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dēferrī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balineum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iubet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lōtus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might soothe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carried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orders (himself)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washed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accubat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cēnat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hilaris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reclines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dines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either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cheerful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aequē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similis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hilarī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equally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great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like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cheerful man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Vesuviō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monte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plūribus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locīs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meanwhile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Vesuvius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mountain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places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lātissimae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flammae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altaque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incendia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relūcēbant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quōrum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very broad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flames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high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fires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shining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whose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fulgor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clāritās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tenebrīs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noctis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excitābātur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brightness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darkness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night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heightened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agrestium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trepidātiōne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relictōs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dēsertāsque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country folk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through the panic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fires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left behind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deserted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vīllās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sōlitūdinem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ardēre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remēdium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houses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isolation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burning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cure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formīdinis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dictitābat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quiētī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dedit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fear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kept saying (that)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himself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rest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gave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quiēvit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vērissimō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somnō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slept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very real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indeed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sleep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meātus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amplitūdinem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passage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breath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him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because of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bulk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gravior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sonantior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body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heavier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noisier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līminī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obversābantur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audiēbātur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those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the door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passing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heard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area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diaeta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adībātur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courtyard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room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reached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mixtīsque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pūmicibus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opplēta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 (high)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ash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mixed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pumice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filled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surrēxerat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longior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cubiculō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risen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longer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bedroom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exitus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negārētur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Excitātus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prōcēdit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delay (there was)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way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would be denied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woken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comes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himself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Pompōniānō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cēterīsque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pervigilāverant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reddit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Pomponianus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the others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stayed awake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returns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commūne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cōnsultant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intrā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tecta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subsistant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common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they discuss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inside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buildings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they should stay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apertō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vagentur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crēbrīs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open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wander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frequent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vastīsque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tremōribus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tecta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nūtābant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quasi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huge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tremors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buildings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swaying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if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ēmōta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sēdibus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hūc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moved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their foundations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their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illūc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abīre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referrī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vidēbantur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go away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come back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they seemed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rursus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levium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exēsōrumque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under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open sky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 the other hand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although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porous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pūmicum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cāsus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metuēbātur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perīculōrum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pumice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fall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feared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however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dangers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collātiō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ēlēgit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apud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quidem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comparison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chose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indeed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ratiō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ratiōnem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apud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timōrem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timor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reason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reason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others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fear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fear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vīcit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Cervīcālia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capitibus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imposita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linteīs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constringunt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overcame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pillows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 their heads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placed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cloths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they tie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mūnimentum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adversus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incidentia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fuit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protection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against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falling objects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alibī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omnibus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(it was) day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elsewhere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(it was) night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than all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noctibus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nigrior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dēnsiorque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facēs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nights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blacker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thicker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however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torches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variaque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lūmina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solvēbant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Placuit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ēgredī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various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lights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relieved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was decided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go out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proximō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adspicere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shore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close at hand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look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ecquid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admitteret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adhūc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whether at all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sea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would allow (sailing)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still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vastum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adversum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permānēbat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wild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hostile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remained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Ibi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abiectum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linteum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recubāns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semel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upon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spread-out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sheet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lying down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once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iterum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frīgidam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poposcit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hausitque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again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cold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asked 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drank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Deinde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flammae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flammārumque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praenūntius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odor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sulpuris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flames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of the flames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forerunner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smell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sulphur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vertunt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excitant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others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flight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turn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rouse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him</w:t>
            </w:r>
          </w:p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6.16.19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Innītens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servolīs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duōbus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assurrēxit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statim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leaning 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slaves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two young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stood up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once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concidit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colligō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crassiōre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cālīgine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collapsed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gather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too thick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fumes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spīritū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obstructō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clausoque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stomāchō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 breathing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blocked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blocked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 windpipe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him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natūrā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invalidus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angustus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frequenter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nature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weak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narrow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often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aestuāns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inflamed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6.16.20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Ubi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redditus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eo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daylight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returned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this was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novissimē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vīderat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tertius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inventum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last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had seen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third (day)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 body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found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integrum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illaesum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opertumque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fuerat indūtus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habitus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whole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unharmed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covered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had been dressed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appearance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quiēscentī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dēfunctō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similior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body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a man sleeping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a dead man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more like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6.16.21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Mīsēnī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meanwhile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Misenum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nihil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historiam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aliud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this is nothing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do with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history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anything other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exitū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scīre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voluistī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about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death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him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know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did want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Fīnem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ergo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faciam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 end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therefore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will make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6.16.22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adiciam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interfueram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one thing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will add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all things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had been present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statim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maximē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memorantur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immediately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truly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they are reported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audieram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persecūtum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potissima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excerpēs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aliud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had heard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have recorded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most important things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will select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one thing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epistulam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aliud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historiam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aliud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letter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history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one thing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amīcō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aliud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scrībere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Valē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a friend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everyone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write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farewell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Letter 6.20</w:t>
      </w:r>
    </w:p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adductum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litterīs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exigentī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 say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you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been prompted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letter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the request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avunculī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scrīpsī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you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about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death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uncle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wrote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cupere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cognōscere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Mīsēnī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relictus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learn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Misenum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left behind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ingressus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abrūperam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(point)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started 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had broken off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only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casūs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pertulerim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fears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also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dangers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went through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Profectō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avunculō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reliquum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tempus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studiīs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set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uncle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myself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rest of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time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 study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ideō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remānseram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impendī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balineum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that reason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had stayed behind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spent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bath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cēna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somnus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inquiētus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brevis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dinner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sleep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disturbed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short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Praecesserat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tremor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 had been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days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tremor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earth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minus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formīdolōsus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Campāniae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solitus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illā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frightening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because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Campania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usual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nocte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invaluit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 (strongly)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grew strong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movērī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crēderentur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shaken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everything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overturned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believed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Irrūpit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cubiculum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surgēbam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invicem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burst into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room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was getting up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turn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quiēsceret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excitātūrus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Resēdimus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areā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she was sleeping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intending to wake (her)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sat down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courtyard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tectīs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modicō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house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sea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buildings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a small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spatiō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dīvidēbat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space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separated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Dubitō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cōnstantiam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vocāre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imprūdentiam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dēbeam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am not sure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courage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call (it)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foolishness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whether I should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agēbam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duodēvicēnsimum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poscō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librum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was living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 eighteenth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year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ask 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book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Livī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ōtium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Titus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Livy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leisure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legō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coeperam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excerpō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read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had begun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make notes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Ecce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amīcus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avunculī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nuper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look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friend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my uncle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recently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Hispāniā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vēnerat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Spain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come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mātrem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sedentes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 mother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sitting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indeed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legentem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patientiam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secūritātem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reading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sees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calmness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carelessness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corripit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Nihilō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segnius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intentus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rebukes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 at all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less eagerly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(was)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intent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librum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 book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hōra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adhūc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day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first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still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dubius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languidus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weak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daylight (was)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quassātīs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circumiacentibus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tectīs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apertō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being shaken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surrounding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buildings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although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 open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locō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angustō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certus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place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narrow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however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great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well-founded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ruīnae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metus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collapse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fear (there was)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dēmum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excēdere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oppidō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vīsum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sequitur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last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leave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town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seemed best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follows (us)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vulgus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attonitum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pavōre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simile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crowd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dazed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what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panic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is like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prūdentiae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aliēnum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cōnsilium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praefert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ingentīque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good sense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another's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plan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its 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prefers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with a huge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agmine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abeuntēs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premit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impellit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column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us as we leave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presses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pushes on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Ēgressī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tecta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cōnsistimus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ibi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mīranda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gone out of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buildings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stop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marvels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formīdinēs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patimur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vehicula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prōdūcī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terrors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suffer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carts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brought out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iusserāmus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plānissimō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campō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had ordered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although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very flat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ground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contrāriās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partēs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agēbantur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lapidibus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opposite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directions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being driven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stones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fulta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eōdem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vestigiō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quiēscēbant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wedged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same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place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did they stay still</w:t>
            </w:r>
          </w:p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Praetereā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resorbērī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besides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sea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itself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sucked back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tremōre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repellī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vidēbāmus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Certē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tremor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earth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 driven back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saw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certainly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prōcesserat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multaque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animālia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siccīs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moved forward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shore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creatures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sea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 dry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harēnīs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dētinēbat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alterō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nūbēs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was holding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side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cloud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ātra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horrenda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igneī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spīritūs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tortīs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black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terrifying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fiery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vapour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twisting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vibrātīsque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discursibus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rupta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flammārum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quivering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bursts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torn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long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flames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figūrās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dēhiscēbat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fulguribus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similes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shapes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gaping open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lightning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similar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maiorēs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erant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bigger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Hispāniā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indeed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same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Spain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amīcus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acrius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īnstantius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frāter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friend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more sharply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more urgently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brother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inquit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avunculus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vīvit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says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uncle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is alive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wants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salvōs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periit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superstitēs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safe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has died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(you) to survive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voluit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Proinde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cēssātis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ēvādere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Respondimus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wanted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 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do you delay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escape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replied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commissūrōs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salūte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would allow 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we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about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safety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incertī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nostrae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cōnsulerēmus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uncertain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our 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should look out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morātus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ultrā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prōripit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effūsōque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delayed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any longer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 rushes off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himself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at full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cursū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perīculō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aufertur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speed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danger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is carried away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much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later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dēscendere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operīre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cloud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began to descend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onto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earth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cover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cīnxerat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Capreās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absconderat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Mīsēnī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sea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had surrounded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Capri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hidden (it)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Misenum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prōcurrit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abstulerat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part 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juts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had taken away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ōrāre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hortārī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iubēre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quōquo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 mother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urges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orders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any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modō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fugerem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iuvenem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I should flee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I could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being young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she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annīs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gravem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bene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years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body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heavy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well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moritūram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causa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mortis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would die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cause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death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fuisset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contrā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salvum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nisi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she had been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reply (said)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 saved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unless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ūnā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futūrum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eius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her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would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amplexus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addere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gradum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cōgō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Pāret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aegrē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grasped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quicken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her pace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force (her)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she obeys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reluctantly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incūsatque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morētur</w:t>
            </w:r>
          </w:p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blames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herself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because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she is delaying</w:t>
            </w:r>
          </w:p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adhūc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rārus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Respicio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ash (was falling)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still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however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look back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dēnsa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cālīgō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tergīs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imminēbat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thick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darkness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over our backs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looming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torrentis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modō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īnfūsa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sequēbātur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Dēflectāmus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a torrent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the manner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poured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over the ground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following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let us turn aside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vidēmus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viā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say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can see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 that 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road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strātī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comitantium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turbā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tenebrīs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obterāmur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knocked down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those going with 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crowd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darkness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are trampled</w:t>
            </w:r>
          </w:p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cōnsīderāmus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quālis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scarcely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have sat down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(there was) night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such as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illūnis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nūbila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quālis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moonless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cloudy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such as (is)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locīs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clausīs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lūmine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exstinctō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Audīrēs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ululātūs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places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closed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when the light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has been put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 could have heard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wailing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fēminārum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infantum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quirītātūs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clāmōrēs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virōrum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women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babies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crying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shouts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some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parentēs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līberōs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coniugēs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vōcibus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parents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others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children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others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husbands and wives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their voices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requīrēbant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vocibus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nōscitābant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cāsum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seeking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their voices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recognising (them)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their 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fate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suōrum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miserābantur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those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of their own people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lamenting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 were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those who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fear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mortis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mortem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precārentur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death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death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prayed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tollere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plūrēs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gods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their hands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raising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more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nusquam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ūllōs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aeternamque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nowhere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gods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eternal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novissimam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noctem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mundō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interpretābantur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last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the world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believed (there were)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not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dēfuērunt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fictīs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mentītīsque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terrōribus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there lacking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those who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invented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false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terrors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real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perīcula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augērent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Aderant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Mīsēnī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illud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dangers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increased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there were present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those who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Misenum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part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ruisse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illud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ardēre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falsō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crēdentibus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had collapsed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part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burning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falsely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people believing them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nūntiābant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reported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Paulum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relūxit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nōbīs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little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grew light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which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daylight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adventantis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indicium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vidēbātur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approaching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fire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sign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seemed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substitit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tenebrae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rūrsus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fire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indeed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further off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stopped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darkness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again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rūrsus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gravis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Hunc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again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heavy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thick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identidem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assurgentēs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excutiēbāmus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aliōquī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repeatedly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getting up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shook off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covered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otherwise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oblīsī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pondere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essēmus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crushed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the weight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would have been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Possem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glōriārī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gemitum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could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boast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groan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from 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vōcem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perīculīs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word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too little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brave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such great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dangers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excidisse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omnia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escaped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 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 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everyone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everything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mēcum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perīre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mortālitātis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me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dying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wretched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great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but (a)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 dying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sōlāciō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crēdidissem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comfort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 had believed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cālīgō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tenuāta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quasi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at last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darkness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thinned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into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fūmum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nebulamve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discessit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mox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smoke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or mist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departed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real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effulsit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luridus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quālis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sun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shone 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pale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however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dēficit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Occursābant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trepidantibus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be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is in eclipse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it usually is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met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trembling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adhuc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mūtāta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altōque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cinere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still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eyes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changed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all things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by deep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ash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nive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obducta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 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by snow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covered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6.20.19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Regressī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Mīsēnum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cūrātīs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utcumque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suspēnsam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returned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Misenum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tended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somehow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our bodies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 tense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dubiamque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noctem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exēgimus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 anxious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night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in hope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fear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 spent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praevalēbat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tremor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fear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was stronger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for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 trembling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the earth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perseverābat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plērīque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lymphātī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terrificīs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vāticinātiōnibus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continued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very many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frenzied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with terrifying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predictions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aliēna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mala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lūdificābantur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their own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other people's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misfortunes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were making a mockery of</w:t>
            </w:r>
          </w:p>
        </w:tc>
      </w:tr>
    </w:tbl>
    <w:p/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6.20.20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Nōbīs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tunc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quamquam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to 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however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although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expertīs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perīculum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exspectantibus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abeundī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both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having experienced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danger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expecting (more)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leaving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cōnsilium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dōnec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avunculō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nūntius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Haec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(was there) a plan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until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about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my uncle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news (came)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these things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nēquāquam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histōriā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digna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scrīptūrus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legēs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 at all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history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worthy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going to write about (them)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 will read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scīlicet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requisistī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imputābis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and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yourself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course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who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asked for (them)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you will blame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digna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epistulā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quidem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vidēbuntur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if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worthy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not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of a letter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even</w:t>
            </w:r>
          </w:p>
        </w:tc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they seem</w:t>
            </w:r>
          </w:p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Valē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1757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color w:val="C00000"/>
                <w:sz w:val="17"/>
              </w:rPr>
              <w:t>farewell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