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37AFF" w14:textId="7766C5B8" w:rsidR="00833CD0" w:rsidRDefault="00833CD0" w:rsidP="00833CD0">
      <w:pPr>
        <w:jc w:val="center"/>
      </w:pPr>
      <w:r>
        <w:rPr>
          <w:rFonts w:ascii="Palatino" w:hAnsi="Palatino" w:cs="Palatino" w:eastAsia="Palatino"/>
          <w:color w:val="000000"/>
          <w:sz w:val="23"/>
        </w:rPr>
        <w:t>10.90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0"/>
        <w:gridCol w:w="1794"/>
        <w:gridCol w:w="1791"/>
        <w:gridCol w:w="1827"/>
        <w:gridCol w:w="1809"/>
        <w:gridCol w:w="1789"/>
      </w:tblGrid>
      <w:tr w:rsidR="0092264A" w14:paraId="0302F0D3" w14:textId="77777777" w:rsidTr="00833CD0">
        <w:tc>
          <w:tcPr>
            <w:tcW w:w="1780" w:type="dxa"/>
          </w:tcPr>
          <w:p w14:paraId="746C121E" w14:textId="79848298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C.</w:t>
            </w:r>
          </w:p>
        </w:tc>
        <w:tc>
          <w:tcPr>
            <w:tcW w:w="1794" w:type="dxa"/>
          </w:tcPr>
          <w:p w14:paraId="70FFFA0A" w14:textId="6B92F249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PLINIUS</w:t>
            </w:r>
          </w:p>
        </w:tc>
        <w:tc>
          <w:tcPr>
            <w:tcW w:w="1791" w:type="dxa"/>
          </w:tcPr>
          <w:p w14:paraId="27283643" w14:textId="7F65B81A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TRAIANO</w:t>
            </w:r>
          </w:p>
        </w:tc>
        <w:tc>
          <w:tcPr>
            <w:tcW w:w="1827" w:type="dxa"/>
          </w:tcPr>
          <w:p w14:paraId="4CB68015" w14:textId="7C54B8B3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IMPERATORI</w:t>
            </w:r>
          </w:p>
        </w:tc>
        <w:tc>
          <w:tcPr>
            <w:tcW w:w="1809" w:type="dxa"/>
          </w:tcPr>
          <w:p w14:paraId="105C7402" w14:textId="593EA396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Sinopenses</w:t>
            </w:r>
            <w:proofErr w:type="spellEnd"/>
          </w:p>
        </w:tc>
        <w:tc>
          <w:tcPr>
            <w:tcW w:w="1789" w:type="dxa"/>
          </w:tcPr>
          <w:p w14:paraId="45DB240D" w14:textId="5316955F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domine</w:t>
            </w:r>
          </w:p>
        </w:tc>
      </w:tr>
      <w:tr w:rsidR="0092264A" w14:paraId="67A4E3D0" w14:textId="77777777" w:rsidTr="00833CD0">
        <w:tc>
          <w:tcPr>
            <w:tcW w:w="1780" w:type="dxa"/>
          </w:tcPr>
          <w:p w14:paraId="22DD89EC" w14:textId="3FF6FDDD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Gaius</w:t>
            </w:r>
          </w:p>
        </w:tc>
        <w:tc>
          <w:tcPr>
            <w:tcW w:w="1794" w:type="dxa"/>
          </w:tcPr>
          <w:p w14:paraId="2800F037" w14:textId="55C85704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Plinius</w:t>
            </w:r>
          </w:p>
        </w:tc>
        <w:tc>
          <w:tcPr>
            <w:tcW w:w="1791" w:type="dxa"/>
          </w:tcPr>
          <w:p w14:paraId="470C316A" w14:textId="53D8661D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Trajan</w:t>
            </w:r>
          </w:p>
        </w:tc>
        <w:tc>
          <w:tcPr>
            <w:tcW w:w="1827" w:type="dxa"/>
          </w:tcPr>
          <w:p w14:paraId="39D09BA1" w14:textId="0349B48D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the emperor</w:t>
            </w:r>
          </w:p>
        </w:tc>
        <w:tc>
          <w:tcPr>
            <w:tcW w:w="1809" w:type="dxa"/>
          </w:tcPr>
          <w:p w14:paraId="12EF4D74" w14:textId="35381D09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people of Sinope</w:t>
            </w:r>
          </w:p>
        </w:tc>
        <w:tc>
          <w:tcPr>
            <w:tcW w:w="1789" w:type="dxa"/>
          </w:tcPr>
          <w:p w14:paraId="017B0614" w14:textId="440AC6B5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 lord</w:t>
            </w:r>
          </w:p>
        </w:tc>
      </w:tr>
      <w:tr w:rsidR="0092264A" w14:paraId="107F8768" w14:textId="77777777" w:rsidTr="00833CD0">
        <w:tc>
          <w:tcPr>
            <w:tcW w:w="1780" w:type="dxa"/>
          </w:tcPr>
          <w:p w14:paraId="61F69FF1" w14:textId="246D3C39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aqua</w:t>
            </w:r>
          </w:p>
        </w:tc>
        <w:tc>
          <w:tcPr>
            <w:tcW w:w="1794" w:type="dxa"/>
          </w:tcPr>
          <w:p w14:paraId="4D62C9C0" w14:textId="0DAC20F7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deficiuntur</w:t>
            </w:r>
            <w:proofErr w:type="spellEnd"/>
          </w:p>
        </w:tc>
        <w:tc>
          <w:tcPr>
            <w:tcW w:w="1791" w:type="dxa"/>
          </w:tcPr>
          <w:p w14:paraId="61E2A57D" w14:textId="1F79576F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quae</w:t>
            </w:r>
            <w:proofErr w:type="spellEnd"/>
          </w:p>
        </w:tc>
        <w:tc>
          <w:tcPr>
            <w:tcW w:w="1827" w:type="dxa"/>
          </w:tcPr>
          <w:p w14:paraId="4EF384FA" w14:textId="0D1BFD8B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videtur</w:t>
            </w:r>
            <w:proofErr w:type="spellEnd"/>
          </w:p>
        </w:tc>
        <w:tc>
          <w:tcPr>
            <w:tcW w:w="1809" w:type="dxa"/>
          </w:tcPr>
          <w:p w14:paraId="6F41391E" w14:textId="05DA642A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et</w:t>
            </w:r>
          </w:p>
        </w:tc>
        <w:tc>
          <w:tcPr>
            <w:tcW w:w="1789" w:type="dxa"/>
          </w:tcPr>
          <w:p w14:paraId="34392CFC" w14:textId="2641483F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bona</w:t>
            </w:r>
          </w:p>
        </w:tc>
      </w:tr>
      <w:tr w:rsidR="0092264A" w14:paraId="428B31FB" w14:textId="77777777" w:rsidTr="00833CD0">
        <w:tc>
          <w:tcPr>
            <w:tcW w:w="1780" w:type="dxa"/>
          </w:tcPr>
          <w:p w14:paraId="077A5BAE" w14:textId="00B95C1A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water</w:t>
            </w:r>
          </w:p>
        </w:tc>
        <w:tc>
          <w:tcPr>
            <w:tcW w:w="1794" w:type="dxa"/>
          </w:tcPr>
          <w:p w14:paraId="7C1BCCD8" w14:textId="475C6513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are lacking</w:t>
            </w:r>
          </w:p>
        </w:tc>
        <w:tc>
          <w:tcPr>
            <w:tcW w:w="1791" w:type="dxa"/>
          </w:tcPr>
          <w:p w14:paraId="518E61DE" w14:textId="680D81CA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w="1827" w:type="dxa"/>
          </w:tcPr>
          <w:p w14:paraId="5E4D74F6" w14:textId="3B36C5CD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seems</w:t>
            </w:r>
          </w:p>
        </w:tc>
        <w:tc>
          <w:tcPr>
            <w:tcW w:w="1809" w:type="dxa"/>
          </w:tcPr>
          <w:p w14:paraId="5C8CF01C" w14:textId="36F15A27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</w:t>
            </w:r>
          </w:p>
        </w:tc>
        <w:tc>
          <w:tcPr>
            <w:tcW w:w="1789" w:type="dxa"/>
          </w:tcPr>
          <w:p w14:paraId="25E44DD9" w14:textId="56F8F6C2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good</w:t>
            </w:r>
          </w:p>
        </w:tc>
      </w:tr>
      <w:tr w:rsidR="0092264A" w14:paraId="58FF5830" w14:textId="77777777" w:rsidTr="00833CD0">
        <w:tc>
          <w:tcPr>
            <w:tcW w:w="1780" w:type="dxa"/>
          </w:tcPr>
          <w:p w14:paraId="2024C6D9" w14:textId="317D5A13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et</w:t>
            </w:r>
          </w:p>
        </w:tc>
        <w:tc>
          <w:tcPr>
            <w:tcW w:w="1794" w:type="dxa"/>
          </w:tcPr>
          <w:p w14:paraId="3DED397D" w14:textId="30F565CB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copiosa</w:t>
            </w:r>
            <w:proofErr w:type="spellEnd"/>
          </w:p>
        </w:tc>
        <w:tc>
          <w:tcPr>
            <w:tcW w:w="1791" w:type="dxa"/>
          </w:tcPr>
          <w:p w14:paraId="50C35543" w14:textId="514EDCE2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ab</w:t>
            </w:r>
          </w:p>
        </w:tc>
        <w:tc>
          <w:tcPr>
            <w:tcW w:w="1827" w:type="dxa"/>
          </w:tcPr>
          <w:p w14:paraId="70AAD7E9" w14:textId="597CB686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sexto</w:t>
            </w:r>
          </w:p>
        </w:tc>
        <w:tc>
          <w:tcPr>
            <w:tcW w:w="1809" w:type="dxa"/>
          </w:tcPr>
          <w:p w14:paraId="6529E70D" w14:textId="20730627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decimo</w:t>
            </w:r>
          </w:p>
        </w:tc>
        <w:tc>
          <w:tcPr>
            <w:tcW w:w="1789" w:type="dxa"/>
          </w:tcPr>
          <w:p w14:paraId="1391BCA9" w14:textId="77BFC6FA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miliario</w:t>
            </w:r>
            <w:proofErr w:type="spellEnd"/>
          </w:p>
        </w:tc>
      </w:tr>
      <w:tr w:rsidR="0092264A" w14:paraId="01F7D1AC" w14:textId="77777777" w:rsidTr="00833CD0">
        <w:tc>
          <w:tcPr>
            <w:tcW w:w="1780" w:type="dxa"/>
          </w:tcPr>
          <w:p w14:paraId="6C9A1071" w14:textId="60FDE3B7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94" w:type="dxa"/>
          </w:tcPr>
          <w:p w14:paraId="6D759DAF" w14:textId="43E0C8EC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abundant</w:t>
            </w:r>
          </w:p>
        </w:tc>
        <w:tc>
          <w:tcPr>
            <w:tcW w:w="1791" w:type="dxa"/>
          </w:tcPr>
          <w:p w14:paraId="542F2C4C" w14:textId="6A486847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w="1827" w:type="dxa"/>
          </w:tcPr>
          <w:p w14:paraId="30C344D7" w14:textId="46D2C40D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sixteenth</w:t>
            </w:r>
          </w:p>
        </w:tc>
        <w:tc>
          <w:tcPr>
            <w:tcW w:w="1809" w:type="dxa"/>
          </w:tcPr>
          <w:p w14:paraId="4E34AECB" w14:textId="77777777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14= </w:t>
            </w:r>
          </w:p>
        </w:tc>
        <w:tc>
          <w:tcPr>
            <w:tcW w:w="1789" w:type="dxa"/>
          </w:tcPr>
          <w:p w14:paraId="56226E8C" w14:textId="2C6B8FFA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milestone</w:t>
            </w:r>
          </w:p>
        </w:tc>
      </w:tr>
      <w:tr w:rsidR="0092264A" w14:paraId="6F7F06F8" w14:textId="77777777" w:rsidTr="00833CD0">
        <w:tc>
          <w:tcPr>
            <w:tcW w:w="1780" w:type="dxa"/>
          </w:tcPr>
          <w:p w14:paraId="64697C56" w14:textId="13416999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posse</w:t>
            </w:r>
          </w:p>
        </w:tc>
        <w:tc>
          <w:tcPr>
            <w:tcW w:w="1794" w:type="dxa"/>
          </w:tcPr>
          <w:p w14:paraId="3DD3D9B7" w14:textId="357F3D5E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perduci</w:t>
            </w:r>
            <w:proofErr w:type="spellEnd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.</w:t>
            </w:r>
          </w:p>
        </w:tc>
        <w:tc>
          <w:tcPr>
            <w:tcW w:w="1791" w:type="dxa"/>
          </w:tcPr>
          <w:p w14:paraId="03541F98" w14:textId="64B0B2BF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est</w:t>
            </w:r>
            <w:proofErr w:type="spellEnd"/>
          </w:p>
        </w:tc>
        <w:tc>
          <w:tcPr>
            <w:tcW w:w="1827" w:type="dxa"/>
          </w:tcPr>
          <w:p w14:paraId="4D4CC317" w14:textId="22820117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tamen</w:t>
            </w:r>
            <w:proofErr w:type="spellEnd"/>
          </w:p>
        </w:tc>
        <w:tc>
          <w:tcPr>
            <w:tcW w:w="1809" w:type="dxa"/>
          </w:tcPr>
          <w:p w14:paraId="14E51E08" w14:textId="7070841B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statim</w:t>
            </w:r>
            <w:proofErr w:type="spellEnd"/>
          </w:p>
        </w:tc>
        <w:tc>
          <w:tcPr>
            <w:tcW w:w="1789" w:type="dxa"/>
          </w:tcPr>
          <w:p w14:paraId="34BDC6C3" w14:textId="2788E2AE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ab</w:t>
            </w:r>
          </w:p>
        </w:tc>
      </w:tr>
      <w:tr w:rsidR="0092264A" w14:paraId="558FFE90" w14:textId="77777777" w:rsidTr="00833CD0">
        <w:tc>
          <w:tcPr>
            <w:tcW w:w="1780" w:type="dxa"/>
          </w:tcPr>
          <w:p w14:paraId="1E230867" w14:textId="63EB1CDC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able</w:t>
            </w:r>
          </w:p>
        </w:tc>
        <w:tc>
          <w:tcPr>
            <w:tcW w:w="1794" w:type="dxa"/>
          </w:tcPr>
          <w:p w14:paraId="41062C16" w14:textId="23B55640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be conveyed</w:t>
            </w:r>
          </w:p>
        </w:tc>
        <w:tc>
          <w:tcPr>
            <w:tcW w:w="1791" w:type="dxa"/>
          </w:tcPr>
          <w:p w14:paraId="24D62B93" w14:textId="3FE57CFA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there is</w:t>
            </w:r>
          </w:p>
        </w:tc>
        <w:tc>
          <w:tcPr>
            <w:tcW w:w="1827" w:type="dxa"/>
          </w:tcPr>
          <w:p w14:paraId="4752693D" w14:textId="6A037722" w:rsidR="0092264A" w:rsidRDefault="0092264A" w:rsidP="0092264A">
            <w:proofErr w:type="gramStart"/>
            <w:proofErr w:type="gram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However</w:t>
            </w:r>
          </w:p>
        </w:tc>
        <w:tc>
          <w:tcPr>
            <w:tcW w:w="1809" w:type="dxa"/>
          </w:tcPr>
          <w:p w14:paraId="3F9C23E6" w14:textId="03FE2A4B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immediately</w:t>
            </w:r>
          </w:p>
        </w:tc>
        <w:tc>
          <w:tcPr>
            <w:tcW w:w="1789" w:type="dxa"/>
          </w:tcPr>
          <w:p w14:paraId="641A071E" w14:textId="2BBD6450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</w:tr>
      <w:tr w:rsidR="0092264A" w14:paraId="3985A4FA" w14:textId="77777777" w:rsidTr="00833CD0">
        <w:tc>
          <w:tcPr>
            <w:tcW w:w="1780" w:type="dxa"/>
          </w:tcPr>
          <w:p w14:paraId="22DDBBEA" w14:textId="496CE76E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capite</w:t>
            </w:r>
            <w:proofErr w:type="spellEnd"/>
          </w:p>
        </w:tc>
        <w:tc>
          <w:tcPr>
            <w:tcW w:w="1794" w:type="dxa"/>
          </w:tcPr>
          <w:p w14:paraId="2F7ED295" w14:textId="71F745F8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paulo</w:t>
            </w:r>
            <w:proofErr w:type="spellEnd"/>
          </w:p>
        </w:tc>
        <w:tc>
          <w:tcPr>
            <w:tcW w:w="1791" w:type="dxa"/>
          </w:tcPr>
          <w:p w14:paraId="2F61580D" w14:textId="36442139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amplius</w:t>
            </w:r>
            <w:proofErr w:type="spellEnd"/>
          </w:p>
        </w:tc>
        <w:tc>
          <w:tcPr>
            <w:tcW w:w="1827" w:type="dxa"/>
          </w:tcPr>
          <w:p w14:paraId="447BADDC" w14:textId="6EBB515C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passus</w:t>
            </w:r>
          </w:p>
        </w:tc>
        <w:tc>
          <w:tcPr>
            <w:tcW w:w="1809" w:type="dxa"/>
          </w:tcPr>
          <w:p w14:paraId="57C9A12B" w14:textId="232D2578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mille</w:t>
            </w:r>
            <w:proofErr w:type="spellEnd"/>
          </w:p>
        </w:tc>
        <w:tc>
          <w:tcPr>
            <w:tcW w:w="1789" w:type="dxa"/>
          </w:tcPr>
          <w:p w14:paraId="6D38DD10" w14:textId="16032791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locus</w:t>
            </w:r>
          </w:p>
        </w:tc>
      </w:tr>
      <w:tr w:rsidR="0092264A" w14:paraId="13D5E9B5" w14:textId="77777777" w:rsidTr="00833CD0">
        <w:tc>
          <w:tcPr>
            <w:tcW w:w="1780" w:type="dxa"/>
          </w:tcPr>
          <w:p w14:paraId="29CA0132" w14:textId="0CBD3008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source (is)</w:t>
            </w:r>
          </w:p>
        </w:tc>
        <w:tc>
          <w:tcPr>
            <w:tcW w:w="1794" w:type="dxa"/>
          </w:tcPr>
          <w:p w14:paraId="459C99F4" w14:textId="4134CD8A" w:rsidR="0092264A" w:rsidRDefault="0092264A" w:rsidP="0092264A">
            <w:proofErr w:type="gramStart"/>
            <w:proofErr w:type="gram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a little</w:t>
            </w:r>
          </w:p>
        </w:tc>
        <w:tc>
          <w:tcPr>
            <w:tcW w:w="1791" w:type="dxa"/>
          </w:tcPr>
          <w:p w14:paraId="23CB07B9" w14:textId="243B25B6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more</w:t>
            </w:r>
          </w:p>
        </w:tc>
        <w:tc>
          <w:tcPr>
            <w:tcW w:w="1827" w:type="dxa"/>
          </w:tcPr>
          <w:p w14:paraId="3EF41521" w14:textId="7AAF9397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steps</w:t>
            </w:r>
          </w:p>
        </w:tc>
        <w:tc>
          <w:tcPr>
            <w:tcW w:w="1809" w:type="dxa"/>
          </w:tcPr>
          <w:p w14:paraId="34DB736C" w14:textId="038ED231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a thousand</w:t>
            </w:r>
          </w:p>
        </w:tc>
        <w:tc>
          <w:tcPr>
            <w:tcW w:w="1789" w:type="dxa"/>
          </w:tcPr>
          <w:p w14:paraId="61E7C74E" w14:textId="576DE5C0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place</w:t>
            </w:r>
          </w:p>
        </w:tc>
      </w:tr>
      <w:tr w:rsidR="0092264A" w14:paraId="649D4194" w14:textId="77777777" w:rsidTr="00833CD0">
        <w:tc>
          <w:tcPr>
            <w:tcW w:w="1780" w:type="dxa"/>
          </w:tcPr>
          <w:p w14:paraId="45E3983C" w14:textId="12119748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suspectus</w:t>
            </w:r>
            <w:proofErr w:type="spellEnd"/>
          </w:p>
        </w:tc>
        <w:tc>
          <w:tcPr>
            <w:tcW w:w="1794" w:type="dxa"/>
          </w:tcPr>
          <w:p w14:paraId="475403CC" w14:textId="47E56213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et</w:t>
            </w:r>
          </w:p>
        </w:tc>
        <w:tc>
          <w:tcPr>
            <w:tcW w:w="1791" w:type="dxa"/>
          </w:tcPr>
          <w:p w14:paraId="7D228651" w14:textId="45F0403A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mollis</w:t>
            </w:r>
            <w:proofErr w:type="spellEnd"/>
          </w:p>
        </w:tc>
        <w:tc>
          <w:tcPr>
            <w:tcW w:w="1827" w:type="dxa"/>
          </w:tcPr>
          <w:p w14:paraId="3087D021" w14:textId="2CDCDC4B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quem</w:t>
            </w:r>
            <w:proofErr w:type="spellEnd"/>
          </w:p>
        </w:tc>
        <w:tc>
          <w:tcPr>
            <w:tcW w:w="1809" w:type="dxa"/>
          </w:tcPr>
          <w:p w14:paraId="654861D2" w14:textId="2FFC0050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ego</w:t>
            </w:r>
          </w:p>
        </w:tc>
        <w:tc>
          <w:tcPr>
            <w:tcW w:w="1789" w:type="dxa"/>
          </w:tcPr>
          <w:p w14:paraId="24DD9B58" w14:textId="71A4D972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interim</w:t>
            </w:r>
          </w:p>
        </w:tc>
      </w:tr>
      <w:tr w:rsidR="0092264A" w14:paraId="2D5A4BE6" w14:textId="77777777" w:rsidTr="00833CD0">
        <w:tc>
          <w:tcPr>
            <w:tcW w:w="1780" w:type="dxa"/>
          </w:tcPr>
          <w:p w14:paraId="5968A876" w14:textId="03577425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suspect</w:t>
            </w:r>
          </w:p>
        </w:tc>
        <w:tc>
          <w:tcPr>
            <w:tcW w:w="1794" w:type="dxa"/>
          </w:tcPr>
          <w:p w14:paraId="1F13AE15" w14:textId="123D9DAD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91" w:type="dxa"/>
          </w:tcPr>
          <w:p w14:paraId="510A0EBB" w14:textId="12E4C495" w:rsidR="0092264A" w:rsidRDefault="0092264A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soft</w:t>
            </w:r>
          </w:p>
        </w:tc>
        <w:tc>
          <w:tcPr>
            <w:tcW w:w="1827" w:type="dxa"/>
          </w:tcPr>
          <w:p w14:paraId="09E3F121" w14:textId="73EF3BFD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w="1809" w:type="dxa"/>
          </w:tcPr>
          <w:p w14:paraId="08A646A0" w14:textId="574A26C7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</w:t>
            </w:r>
          </w:p>
        </w:tc>
        <w:tc>
          <w:tcPr>
            <w:tcW w:w="1789" w:type="dxa"/>
          </w:tcPr>
          <w:p w14:paraId="6DF00E1C" w14:textId="782AA55E" w:rsidR="0092264A" w:rsidRDefault="00261E95" w:rsidP="0092264A">
            <w:proofErr w:type="gramStart"/>
            <w:proofErr w:type="gram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the meantime</w:t>
            </w:r>
          </w:p>
        </w:tc>
      </w:tr>
      <w:tr w:rsidR="0092264A" w14:paraId="74DBD41B" w14:textId="77777777" w:rsidTr="00833CD0">
        <w:tc>
          <w:tcPr>
            <w:tcW w:w="1780" w:type="dxa"/>
          </w:tcPr>
          <w:p w14:paraId="05CC92EA" w14:textId="5C36E931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explorari</w:t>
            </w:r>
            <w:proofErr w:type="spellEnd"/>
          </w:p>
        </w:tc>
        <w:tc>
          <w:tcPr>
            <w:tcW w:w="1794" w:type="dxa"/>
          </w:tcPr>
          <w:p w14:paraId="142CC0A0" w14:textId="419CE387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modico</w:t>
            </w:r>
            <w:proofErr w:type="spellEnd"/>
          </w:p>
        </w:tc>
        <w:tc>
          <w:tcPr>
            <w:tcW w:w="1791" w:type="dxa"/>
          </w:tcPr>
          <w:p w14:paraId="13E674A6" w14:textId="3AD18D02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impendio</w:t>
            </w:r>
            <w:proofErr w:type="spellEnd"/>
          </w:p>
        </w:tc>
        <w:tc>
          <w:tcPr>
            <w:tcW w:w="1827" w:type="dxa"/>
          </w:tcPr>
          <w:p w14:paraId="0B15B277" w14:textId="141B4CD6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iussi</w:t>
            </w:r>
            <w:proofErr w:type="spellEnd"/>
          </w:p>
        </w:tc>
        <w:tc>
          <w:tcPr>
            <w:tcW w:w="1809" w:type="dxa"/>
          </w:tcPr>
          <w:p w14:paraId="5A6C2E82" w14:textId="765F6FAD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an</w:t>
            </w:r>
          </w:p>
        </w:tc>
        <w:tc>
          <w:tcPr>
            <w:tcW w:w="1789" w:type="dxa"/>
          </w:tcPr>
          <w:p w14:paraId="034122AC" w14:textId="464C3A0E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recipere</w:t>
            </w:r>
            <w:proofErr w:type="spellEnd"/>
          </w:p>
        </w:tc>
      </w:tr>
      <w:tr w:rsidR="0092264A" w14:paraId="2785FEA0" w14:textId="77777777" w:rsidTr="00833CD0">
        <w:tc>
          <w:tcPr>
            <w:tcW w:w="1780" w:type="dxa"/>
          </w:tcPr>
          <w:p w14:paraId="5889539D" w14:textId="5504D3F6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be explored</w:t>
            </w:r>
          </w:p>
        </w:tc>
        <w:tc>
          <w:tcPr>
            <w:tcW w:w="1794" w:type="dxa"/>
          </w:tcPr>
          <w:p w14:paraId="27599D4E" w14:textId="0ADEB881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moderate</w:t>
            </w:r>
          </w:p>
        </w:tc>
        <w:tc>
          <w:tcPr>
            <w:tcW w:w="1791" w:type="dxa"/>
          </w:tcPr>
          <w:p w14:paraId="33F48910" w14:textId="4FE8D87A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cost</w:t>
            </w:r>
          </w:p>
        </w:tc>
        <w:tc>
          <w:tcPr>
            <w:tcW w:w="1827" w:type="dxa"/>
          </w:tcPr>
          <w:p w14:paraId="473AE87A" w14:textId="11AB2FF9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ordered</w:t>
            </w:r>
          </w:p>
        </w:tc>
        <w:tc>
          <w:tcPr>
            <w:tcW w:w="1809" w:type="dxa"/>
          </w:tcPr>
          <w:p w14:paraId="39F57CF8" w14:textId="7E1A0BE7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whether</w:t>
            </w:r>
          </w:p>
        </w:tc>
        <w:tc>
          <w:tcPr>
            <w:tcW w:w="1789" w:type="dxa"/>
          </w:tcPr>
          <w:p w14:paraId="19C7F81C" w14:textId="3CFEA0B8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receive</w:t>
            </w:r>
          </w:p>
        </w:tc>
      </w:tr>
      <w:tr w:rsidR="0092264A" w14:paraId="73561F40" w14:textId="77777777" w:rsidTr="00833CD0">
        <w:tc>
          <w:tcPr>
            <w:tcW w:w="1780" w:type="dxa"/>
          </w:tcPr>
          <w:p w14:paraId="1D516620" w14:textId="755C0ED0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et</w:t>
            </w:r>
          </w:p>
        </w:tc>
        <w:tc>
          <w:tcPr>
            <w:tcW w:w="1794" w:type="dxa"/>
          </w:tcPr>
          <w:p w14:paraId="56C794F8" w14:textId="67B138B2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sustinere</w:t>
            </w:r>
            <w:proofErr w:type="spellEnd"/>
          </w:p>
        </w:tc>
        <w:tc>
          <w:tcPr>
            <w:tcW w:w="1791" w:type="dxa"/>
          </w:tcPr>
          <w:p w14:paraId="41AAC28A" w14:textId="14D8FDAD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opus</w:t>
            </w:r>
          </w:p>
        </w:tc>
        <w:tc>
          <w:tcPr>
            <w:tcW w:w="1827" w:type="dxa"/>
          </w:tcPr>
          <w:p w14:paraId="4EF5F6CF" w14:textId="638896BC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possit</w:t>
            </w:r>
            <w:proofErr w:type="spellEnd"/>
          </w:p>
        </w:tc>
        <w:tc>
          <w:tcPr>
            <w:tcW w:w="1809" w:type="dxa"/>
          </w:tcPr>
          <w:p w14:paraId="4D0A3266" w14:textId="6974CE37" w:rsidR="0092264A" w:rsidRDefault="00261E95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p</w:t>
            </w:r>
            <w:r w:rsidR="0092264A"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ecunia</w:t>
            </w:r>
            <w:proofErr w:type="spellEnd"/>
          </w:p>
        </w:tc>
        <w:tc>
          <w:tcPr>
            <w:tcW w:w="1789" w:type="dxa"/>
          </w:tcPr>
          <w:p w14:paraId="1B3C4CAC" w14:textId="7893B078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curantibus</w:t>
            </w:r>
            <w:proofErr w:type="spellEnd"/>
          </w:p>
        </w:tc>
      </w:tr>
      <w:tr w:rsidR="0092264A" w14:paraId="3DA75F61" w14:textId="77777777" w:rsidTr="00833CD0">
        <w:tc>
          <w:tcPr>
            <w:tcW w:w="1780" w:type="dxa"/>
          </w:tcPr>
          <w:p w14:paraId="2E2B2CDD" w14:textId="544120E6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94" w:type="dxa"/>
          </w:tcPr>
          <w:p w14:paraId="4964F386" w14:textId="5697B7A8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endure</w:t>
            </w:r>
          </w:p>
        </w:tc>
        <w:tc>
          <w:tcPr>
            <w:tcW w:w="1791" w:type="dxa"/>
          </w:tcPr>
          <w:p w14:paraId="40DF4255" w14:textId="5D4F825E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work</w:t>
            </w:r>
          </w:p>
        </w:tc>
        <w:tc>
          <w:tcPr>
            <w:tcW w:w="1827" w:type="dxa"/>
          </w:tcPr>
          <w:p w14:paraId="50008ADF" w14:textId="4608FCB1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can</w:t>
            </w:r>
          </w:p>
        </w:tc>
        <w:tc>
          <w:tcPr>
            <w:tcW w:w="1809" w:type="dxa"/>
          </w:tcPr>
          <w:p w14:paraId="3FDC7E9A" w14:textId="2C4FDEA9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money</w:t>
            </w:r>
          </w:p>
        </w:tc>
        <w:tc>
          <w:tcPr>
            <w:tcW w:w="1789" w:type="dxa"/>
          </w:tcPr>
          <w:p w14:paraId="08F1C1E0" w14:textId="095AB6A6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watching over (the work)</w:t>
            </w:r>
          </w:p>
        </w:tc>
      </w:tr>
      <w:tr w:rsidR="0092264A" w14:paraId="32CBC448" w14:textId="77777777" w:rsidTr="00833CD0">
        <w:tc>
          <w:tcPr>
            <w:tcW w:w="1780" w:type="dxa"/>
          </w:tcPr>
          <w:p w14:paraId="7669B6A3" w14:textId="54E5D684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nobis</w:t>
            </w:r>
          </w:p>
        </w:tc>
        <w:tc>
          <w:tcPr>
            <w:tcW w:w="1794" w:type="dxa"/>
          </w:tcPr>
          <w:p w14:paraId="50908054" w14:textId="10636797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contracta</w:t>
            </w:r>
            <w:proofErr w:type="spellEnd"/>
          </w:p>
        </w:tc>
        <w:tc>
          <w:tcPr>
            <w:tcW w:w="1791" w:type="dxa"/>
          </w:tcPr>
          <w:p w14:paraId="5297ECC2" w14:textId="5089B2F8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non</w:t>
            </w:r>
          </w:p>
        </w:tc>
        <w:tc>
          <w:tcPr>
            <w:tcW w:w="1827" w:type="dxa"/>
          </w:tcPr>
          <w:p w14:paraId="2962AAF1" w14:textId="4DA3A6E4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deerit</w:t>
            </w:r>
            <w:proofErr w:type="spellEnd"/>
          </w:p>
        </w:tc>
        <w:tc>
          <w:tcPr>
            <w:tcW w:w="1809" w:type="dxa"/>
          </w:tcPr>
          <w:p w14:paraId="49449892" w14:textId="1A4647A8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si</w:t>
            </w:r>
            <w:proofErr w:type="spellEnd"/>
          </w:p>
        </w:tc>
        <w:tc>
          <w:tcPr>
            <w:tcW w:w="1789" w:type="dxa"/>
          </w:tcPr>
          <w:p w14:paraId="679DFBA5" w14:textId="1537AECF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tu</w:t>
            </w:r>
            <w:proofErr w:type="spellEnd"/>
          </w:p>
        </w:tc>
      </w:tr>
      <w:tr w:rsidR="0092264A" w14:paraId="00FA0948" w14:textId="77777777" w:rsidTr="00833CD0">
        <w:tc>
          <w:tcPr>
            <w:tcW w:w="1780" w:type="dxa"/>
          </w:tcPr>
          <w:p w14:paraId="2EFC6247" w14:textId="3C110A5A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us</w:t>
            </w:r>
          </w:p>
        </w:tc>
        <w:tc>
          <w:tcPr>
            <w:tcW w:w="1794" w:type="dxa"/>
          </w:tcPr>
          <w:p w14:paraId="2352F82A" w14:textId="47D046F6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arranged</w:t>
            </w:r>
          </w:p>
        </w:tc>
        <w:tc>
          <w:tcPr>
            <w:tcW w:w="1791" w:type="dxa"/>
          </w:tcPr>
          <w:p w14:paraId="410729D7" w14:textId="405D01FB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  <w:tc>
          <w:tcPr>
            <w:tcW w:w="1827" w:type="dxa"/>
          </w:tcPr>
          <w:p w14:paraId="4ADCFAFE" w14:textId="6569EABA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will be lacking</w:t>
            </w:r>
          </w:p>
        </w:tc>
        <w:tc>
          <w:tcPr>
            <w:tcW w:w="1809" w:type="dxa"/>
          </w:tcPr>
          <w:p w14:paraId="1A95AC9B" w14:textId="5B80F5A1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if</w:t>
            </w:r>
          </w:p>
        </w:tc>
        <w:tc>
          <w:tcPr>
            <w:tcW w:w="1789" w:type="dxa"/>
          </w:tcPr>
          <w:p w14:paraId="7B0B70F9" w14:textId="0D0BF014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</w:tr>
      <w:tr w:rsidR="0092264A" w14:paraId="6C5436D7" w14:textId="77777777" w:rsidTr="00833CD0">
        <w:tc>
          <w:tcPr>
            <w:tcW w:w="1780" w:type="dxa"/>
          </w:tcPr>
          <w:p w14:paraId="0B632A06" w14:textId="1439E636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domine</w:t>
            </w:r>
          </w:p>
        </w:tc>
        <w:tc>
          <w:tcPr>
            <w:tcW w:w="1794" w:type="dxa"/>
          </w:tcPr>
          <w:p w14:paraId="764FD283" w14:textId="0C416323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hoc</w:t>
            </w:r>
          </w:p>
        </w:tc>
        <w:tc>
          <w:tcPr>
            <w:tcW w:w="1791" w:type="dxa"/>
          </w:tcPr>
          <w:p w14:paraId="6F4BDD7A" w14:textId="4384EE10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genus</w:t>
            </w:r>
          </w:p>
        </w:tc>
        <w:tc>
          <w:tcPr>
            <w:tcW w:w="1827" w:type="dxa"/>
          </w:tcPr>
          <w:p w14:paraId="4C7C951E" w14:textId="5DADA611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operis</w:t>
            </w:r>
            <w:proofErr w:type="spellEnd"/>
          </w:p>
        </w:tc>
        <w:tc>
          <w:tcPr>
            <w:tcW w:w="1809" w:type="dxa"/>
          </w:tcPr>
          <w:p w14:paraId="62718D38" w14:textId="69C8B43D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et</w:t>
            </w:r>
          </w:p>
        </w:tc>
        <w:tc>
          <w:tcPr>
            <w:tcW w:w="1789" w:type="dxa"/>
          </w:tcPr>
          <w:p w14:paraId="394377B5" w14:textId="53B76EBC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salubritati</w:t>
            </w:r>
            <w:proofErr w:type="spellEnd"/>
          </w:p>
        </w:tc>
      </w:tr>
      <w:tr w:rsidR="0092264A" w14:paraId="1918EFE3" w14:textId="77777777" w:rsidTr="00833CD0">
        <w:tc>
          <w:tcPr>
            <w:tcW w:w="1780" w:type="dxa"/>
          </w:tcPr>
          <w:p w14:paraId="2F8A80F0" w14:textId="2BF1C913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 lord</w:t>
            </w:r>
          </w:p>
        </w:tc>
        <w:tc>
          <w:tcPr>
            <w:tcW w:w="1794" w:type="dxa"/>
          </w:tcPr>
          <w:p w14:paraId="6F8148DB" w14:textId="4EB1F6C9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  <w:tc>
          <w:tcPr>
            <w:tcW w:w="1791" w:type="dxa"/>
          </w:tcPr>
          <w:p w14:paraId="4DD4F950" w14:textId="0BEDADEC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kind</w:t>
            </w:r>
          </w:p>
        </w:tc>
        <w:tc>
          <w:tcPr>
            <w:tcW w:w="1827" w:type="dxa"/>
          </w:tcPr>
          <w:p w14:paraId="7E6D405C" w14:textId="77EAD904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work</w:t>
            </w:r>
          </w:p>
        </w:tc>
        <w:tc>
          <w:tcPr>
            <w:tcW w:w="1809" w:type="dxa"/>
          </w:tcPr>
          <w:p w14:paraId="404B0282" w14:textId="7F32D619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</w:t>
            </w:r>
          </w:p>
        </w:tc>
        <w:tc>
          <w:tcPr>
            <w:tcW w:w="1789" w:type="dxa"/>
          </w:tcPr>
          <w:p w14:paraId="18ABFD16" w14:textId="632983F8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the good health</w:t>
            </w:r>
          </w:p>
        </w:tc>
      </w:tr>
      <w:tr w:rsidR="0092264A" w14:paraId="624AD6E5" w14:textId="77777777" w:rsidTr="00833CD0">
        <w:tc>
          <w:tcPr>
            <w:tcW w:w="1780" w:type="dxa"/>
          </w:tcPr>
          <w:p w14:paraId="778EBBDE" w14:textId="3F2015B0" w:rsidR="0092264A" w:rsidRDefault="0092264A" w:rsidP="0092264A"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et</w:t>
            </w:r>
          </w:p>
        </w:tc>
        <w:tc>
          <w:tcPr>
            <w:tcW w:w="1794" w:type="dxa"/>
          </w:tcPr>
          <w:p w14:paraId="39CA2F95" w14:textId="4CECD049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amoenitati</w:t>
            </w:r>
            <w:proofErr w:type="spellEnd"/>
          </w:p>
        </w:tc>
        <w:tc>
          <w:tcPr>
            <w:tcW w:w="1791" w:type="dxa"/>
          </w:tcPr>
          <w:p w14:paraId="1C902B64" w14:textId="33FF6812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valde</w:t>
            </w:r>
            <w:proofErr w:type="spellEnd"/>
          </w:p>
        </w:tc>
        <w:tc>
          <w:tcPr>
            <w:tcW w:w="1827" w:type="dxa"/>
          </w:tcPr>
          <w:p w14:paraId="61DD6102" w14:textId="6848556D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sitientis</w:t>
            </w:r>
            <w:proofErr w:type="spellEnd"/>
          </w:p>
        </w:tc>
        <w:tc>
          <w:tcPr>
            <w:tcW w:w="1809" w:type="dxa"/>
          </w:tcPr>
          <w:p w14:paraId="04DF8716" w14:textId="3A021D1A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coloniae</w:t>
            </w:r>
            <w:proofErr w:type="spellEnd"/>
          </w:p>
        </w:tc>
        <w:tc>
          <w:tcPr>
            <w:tcW w:w="1789" w:type="dxa"/>
          </w:tcPr>
          <w:p w14:paraId="0E4E060D" w14:textId="7E233480" w:rsidR="0092264A" w:rsidRDefault="0092264A" w:rsidP="0092264A">
            <w:proofErr w:type="spellStart"/>
            <w:r>
              <w:rPr>
                <w:rFonts w:cs="Palatino" w:ascii="Palatino" w:hAnsi="Palatino" w:eastAsia="Palatino"/>
                <w:color w:val="000000"/>
                <w:sz w:val="23"/>
                <w:szCs w:val="24"/>
              </w:rPr>
              <w:t>indulseris</w:t>
            </w:r>
            <w:proofErr w:type="spellEnd"/>
          </w:p>
        </w:tc>
      </w:tr>
      <w:tr w:rsidR="0092264A" w14:paraId="55879754" w14:textId="77777777" w:rsidTr="00833CD0">
        <w:tc>
          <w:tcPr>
            <w:tcW w:w="1780" w:type="dxa"/>
          </w:tcPr>
          <w:p w14:paraId="5AE47B30" w14:textId="0E819458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94" w:type="dxa"/>
          </w:tcPr>
          <w:p w14:paraId="0A56D421" w14:textId="13706D2B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beauty</w:t>
            </w:r>
          </w:p>
        </w:tc>
        <w:tc>
          <w:tcPr>
            <w:tcW w:w="1791" w:type="dxa"/>
          </w:tcPr>
          <w:p w14:paraId="4014BAD9" w14:textId="4CF86829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a very</w:t>
            </w:r>
          </w:p>
        </w:tc>
        <w:tc>
          <w:tcPr>
            <w:tcW w:w="1827" w:type="dxa"/>
          </w:tcPr>
          <w:p w14:paraId="7650EDE5" w14:textId="0B18F721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thirsty</w:t>
            </w:r>
          </w:p>
        </w:tc>
        <w:tc>
          <w:tcPr>
            <w:tcW w:w="1809" w:type="dxa"/>
          </w:tcPr>
          <w:p w14:paraId="19C36CF2" w14:textId="1F99CBC8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colony</w:t>
            </w:r>
          </w:p>
        </w:tc>
        <w:tc>
          <w:tcPr>
            <w:tcW w:w="1789" w:type="dxa"/>
          </w:tcPr>
          <w:p w14:paraId="7937320A" w14:textId="7D161EBC" w:rsidR="0092264A" w:rsidRDefault="00261E95" w:rsidP="0092264A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graciously give</w:t>
            </w:r>
          </w:p>
        </w:tc>
      </w:tr>
    </w:tbl>
    <w:p w14:paraId="02F9FA72" w14:textId="77777777" w:rsidR="00833CD0" w:rsidRPr="0092264A" w:rsidRDefault="00833CD0" w:rsidP="0092264A"/>
    <w:sectPr w:rsidR="00000000" w:rsidRPr="0092264A" w:rsidSect="009226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4865915">
    <w:abstractNumId w:val="8"/>
  </w:num>
  <w:num w:numId="2" w16cid:durableId="1612667248">
    <w:abstractNumId w:val="6"/>
  </w:num>
  <w:num w:numId="3" w16cid:durableId="696857166">
    <w:abstractNumId w:val="5"/>
  </w:num>
  <w:num w:numId="4" w16cid:durableId="1950816897">
    <w:abstractNumId w:val="4"/>
  </w:num>
  <w:num w:numId="5" w16cid:durableId="446969966">
    <w:abstractNumId w:val="7"/>
  </w:num>
  <w:num w:numId="6" w16cid:durableId="496002195">
    <w:abstractNumId w:val="3"/>
  </w:num>
  <w:num w:numId="7" w16cid:durableId="1036198148">
    <w:abstractNumId w:val="2"/>
  </w:num>
  <w:num w:numId="8" w16cid:durableId="749890299">
    <w:abstractNumId w:val="1"/>
  </w:num>
  <w:num w:numId="9" w16cid:durableId="782766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1E95"/>
    <w:rsid w:val="0029639D"/>
    <w:rsid w:val="00326F90"/>
    <w:rsid w:val="00833CD0"/>
    <w:rsid w:val="00920A5C"/>
    <w:rsid w:val="0092264A"/>
    <w:rsid w:val="00AA1D8D"/>
    <w:rsid w:val="00B4583C"/>
    <w:rsid w:val="00B47730"/>
    <w:rsid w:val="00B6149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D8E9BE"/>
  <w14:defaultImageDpi w14:val="300"/>
  <w15:docId w15:val="{ED25BD9B-0616-4F6D-A024-FE60B95EB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cs="Palatino" w:eastAsia="Palatino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989</Characters>
  <Application>Microsoft Office Word</Application>
  <DocSecurity>0</DocSecurity>
  <Lines>247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Jonathan Hills</cp:lastModifiedBy>
  <cp:revision>3</cp:revision>
  <dcterms:created xsi:type="dcterms:W3CDTF">2025-06-19T16:38:00Z</dcterms:created>
  <dcterms:modified xsi:type="dcterms:W3CDTF">2025-06-19T16:39:00Z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3ab4eeee-9202-4586-82fc-52094b9752ea</vt:lpwstr>
  </property>
</Properties>
</file>