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0"/>
        <w:gridCol w:w="1826"/>
        <w:gridCol w:w="1782"/>
        <w:gridCol w:w="1813"/>
        <w:gridCol w:w="1786"/>
        <w:gridCol w:w="1803"/>
      </w:tblGrid>
      <w:tr w:rsidR="009D07DB" w14:paraId="42541969" w14:textId="77777777" w:rsidTr="001F0C05">
        <w:tc>
          <w:tcPr>
            <w:tcW w:w="1836" w:type="dxa"/>
            <w:vAlign w:val="center"/>
          </w:tcPr>
          <w:p w14:paraId="38DDE62F" w14:textId="42409EDA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Traianus</w:t>
            </w:r>
          </w:p>
        </w:tc>
        <w:tc>
          <w:tcPr>
            <w:tcW w:w="1836" w:type="dxa"/>
            <w:vAlign w:val="center"/>
          </w:tcPr>
          <w:p w14:paraId="33D47636" w14:textId="7BA65FD9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Plinio</w:t>
            </w:r>
          </w:p>
        </w:tc>
        <w:tc>
          <w:tcPr>
            <w:tcW w:w="1836" w:type="dxa"/>
            <w:vAlign w:val="center"/>
          </w:tcPr>
          <w:p w14:paraId="78C7C6FC" w14:textId="77777777" w:rsidR="009D07DB" w:rsidRDefault="009D07DB" w:rsidP="009D07DB"/>
        </w:tc>
        <w:tc>
          <w:tcPr>
            <w:tcW w:w="1836" w:type="dxa"/>
            <w:vAlign w:val="center"/>
          </w:tcPr>
          <w:p w14:paraId="2329BBCB" w14:textId="77777777" w:rsidR="009D07DB" w:rsidRDefault="009D07DB" w:rsidP="009D07DB"/>
        </w:tc>
        <w:tc>
          <w:tcPr>
            <w:tcW w:w="1836" w:type="dxa"/>
            <w:vAlign w:val="center"/>
          </w:tcPr>
          <w:p w14:paraId="1316132C" w14:textId="77777777" w:rsidR="009D07DB" w:rsidRDefault="009D07DB" w:rsidP="009D07DB"/>
        </w:tc>
        <w:tc>
          <w:tcPr>
            <w:tcW w:w="1836" w:type="dxa"/>
            <w:vAlign w:val="center"/>
          </w:tcPr>
          <w:p w14:paraId="50EA29D8" w14:textId="77777777" w:rsidR="009D07DB" w:rsidRDefault="009D07DB" w:rsidP="009D07DB"/>
        </w:tc>
      </w:tr>
      <w:tr w:rsidR="009D07DB" w14:paraId="4F3895A0" w14:textId="77777777" w:rsidTr="001F0C05">
        <w:tc>
          <w:tcPr>
            <w:tcW w:w="1836" w:type="dxa"/>
            <w:vAlign w:val="center"/>
          </w:tcPr>
          <w:p w14:paraId="2F5FB819" w14:textId="117CCA36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Trajan</w:t>
            </w:r>
          </w:p>
        </w:tc>
        <w:tc>
          <w:tcPr>
            <w:tcW w:w="1836" w:type="dxa"/>
            <w:vAlign w:val="center"/>
          </w:tcPr>
          <w:p w14:paraId="06266097" w14:textId="685F3DF5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Pliny</w:t>
            </w:r>
          </w:p>
        </w:tc>
        <w:tc>
          <w:tcPr>
            <w:tcW w:w="1836" w:type="dxa"/>
            <w:vAlign w:val="center"/>
          </w:tcPr>
          <w:p w14:paraId="09543B9A" w14:textId="77777777" w:rsidR="009D07DB" w:rsidRDefault="009D07DB" w:rsidP="009D07DB"/>
        </w:tc>
        <w:tc>
          <w:tcPr>
            <w:tcW w:w="1836" w:type="dxa"/>
            <w:vAlign w:val="center"/>
          </w:tcPr>
          <w:p w14:paraId="7F7F4601" w14:textId="77777777" w:rsidR="009D07DB" w:rsidRDefault="009D07DB" w:rsidP="009D07DB"/>
        </w:tc>
        <w:tc>
          <w:tcPr>
            <w:tcW w:w="1836" w:type="dxa"/>
            <w:vAlign w:val="center"/>
          </w:tcPr>
          <w:p w14:paraId="50AD8401" w14:textId="77777777" w:rsidR="009D07DB" w:rsidRDefault="009D07DB" w:rsidP="009D07DB"/>
        </w:tc>
        <w:tc>
          <w:tcPr>
            <w:tcW w:w="1836" w:type="dxa"/>
            <w:vAlign w:val="center"/>
          </w:tcPr>
          <w:p w14:paraId="2BAE0D14" w14:textId="77777777" w:rsidR="009D07DB" w:rsidRDefault="009D07DB" w:rsidP="009D07DB"/>
        </w:tc>
      </w:tr>
      <w:tr w:rsidR="009D07DB" w14:paraId="20EE5E31" w14:textId="77777777" w:rsidTr="001F0C05">
        <w:tc>
          <w:tcPr>
            <w:tcW w:w="1836" w:type="dxa"/>
            <w:vAlign w:val="center"/>
          </w:tcPr>
          <w:p w14:paraId="05569FE8" w14:textId="4329493E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  <w:proofErr w:type="spellEnd"/>
          </w:p>
        </w:tc>
        <w:tc>
          <w:tcPr>
            <w:tcW w:w="1836" w:type="dxa"/>
            <w:vAlign w:val="center"/>
          </w:tcPr>
          <w:p w14:paraId="67413E5A" w14:textId="4C1BE0B4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Alexandrinam</w:t>
            </w:r>
            <w:proofErr w:type="spellEnd"/>
          </w:p>
        </w:tc>
        <w:tc>
          <w:tcPr>
            <w:tcW w:w="1836" w:type="dxa"/>
            <w:vAlign w:val="center"/>
          </w:tcPr>
          <w:p w14:paraId="4D01EFF1" w14:textId="64883314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secundum</w:t>
            </w:r>
          </w:p>
        </w:tc>
        <w:tc>
          <w:tcPr>
            <w:tcW w:w="1836" w:type="dxa"/>
            <w:vAlign w:val="center"/>
          </w:tcPr>
          <w:p w14:paraId="5E5EC3F2" w14:textId="581C705D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institutionem</w:t>
            </w:r>
            <w:proofErr w:type="spellEnd"/>
          </w:p>
        </w:tc>
        <w:tc>
          <w:tcPr>
            <w:tcW w:w="1836" w:type="dxa"/>
            <w:vAlign w:val="center"/>
          </w:tcPr>
          <w:p w14:paraId="748FFB1E" w14:textId="560F816A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principum</w:t>
            </w:r>
          </w:p>
        </w:tc>
        <w:tc>
          <w:tcPr>
            <w:tcW w:w="1836" w:type="dxa"/>
            <w:vAlign w:val="center"/>
          </w:tcPr>
          <w:p w14:paraId="52A1B6CB" w14:textId="2BE4B359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</w:tr>
      <w:tr w:rsidR="009D07DB" w14:paraId="5971D79D" w14:textId="77777777" w:rsidTr="001F0C05">
        <w:tc>
          <w:tcPr>
            <w:tcW w:w="1836" w:type="dxa"/>
            <w:vAlign w:val="center"/>
          </w:tcPr>
          <w:p w14:paraId="73A04C79" w14:textId="173F3A5E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67A2B384" w14:textId="6DD4175F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Alexandrian</w:t>
            </w:r>
          </w:p>
        </w:tc>
        <w:tc>
          <w:tcPr>
            <w:tcW w:w="1836" w:type="dxa"/>
            <w:vAlign w:val="center"/>
          </w:tcPr>
          <w:p w14:paraId="67CDCF01" w14:textId="52D1865C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according to</w:t>
            </w:r>
          </w:p>
        </w:tc>
        <w:tc>
          <w:tcPr>
            <w:tcW w:w="1836" w:type="dxa"/>
            <w:vAlign w:val="center"/>
          </w:tcPr>
          <w:p w14:paraId="5D8B4376" w14:textId="7F028A4A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custom</w:t>
            </w:r>
          </w:p>
        </w:tc>
        <w:tc>
          <w:tcPr>
            <w:tcW w:w="1836" w:type="dxa"/>
            <w:vAlign w:val="center"/>
          </w:tcPr>
          <w:p w14:paraId="42A7E780" w14:textId="6202FC9A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emperors</w:t>
            </w:r>
          </w:p>
        </w:tc>
        <w:tc>
          <w:tcPr>
            <w:tcW w:w="1836" w:type="dxa"/>
            <w:vAlign w:val="center"/>
          </w:tcPr>
          <w:p w14:paraId="3E68E6FA" w14:textId="03DD6248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not</w:t>
            </w:r>
          </w:p>
        </w:tc>
      </w:tr>
      <w:tr w:rsidR="009D07DB" w14:paraId="06716AF2" w14:textId="77777777" w:rsidTr="001F0C05">
        <w:tc>
          <w:tcPr>
            <w:tcW w:w="1836" w:type="dxa"/>
            <w:vAlign w:val="center"/>
          </w:tcPr>
          <w:p w14:paraId="10D939FB" w14:textId="7FC13020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temere</w:t>
            </w:r>
            <w:proofErr w:type="spellEnd"/>
          </w:p>
        </w:tc>
        <w:tc>
          <w:tcPr>
            <w:tcW w:w="1836" w:type="dxa"/>
            <w:vAlign w:val="center"/>
          </w:tcPr>
          <w:p w14:paraId="789216E4" w14:textId="316030D0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dare</w:t>
            </w:r>
          </w:p>
        </w:tc>
        <w:tc>
          <w:tcPr>
            <w:tcW w:w="1836" w:type="dxa"/>
            <w:vAlign w:val="center"/>
          </w:tcPr>
          <w:p w14:paraId="17851853" w14:textId="5D499BB3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proposui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6802E66A" w14:textId="190E31AA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sed</w:t>
            </w:r>
          </w:p>
        </w:tc>
        <w:tc>
          <w:tcPr>
            <w:tcW w:w="1836" w:type="dxa"/>
            <w:vAlign w:val="center"/>
          </w:tcPr>
          <w:p w14:paraId="524E6E89" w14:textId="56B5F8EF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cum</w:t>
            </w:r>
          </w:p>
        </w:tc>
        <w:tc>
          <w:tcPr>
            <w:tcW w:w="1836" w:type="dxa"/>
            <w:vAlign w:val="center"/>
          </w:tcPr>
          <w:p w14:paraId="25F36B8B" w14:textId="1E1BC789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Arpocrati</w:t>
            </w:r>
            <w:proofErr w:type="spellEnd"/>
          </w:p>
        </w:tc>
      </w:tr>
      <w:tr w:rsidR="009D07DB" w14:paraId="41996F3B" w14:textId="77777777" w:rsidTr="001F0C05">
        <w:tc>
          <w:tcPr>
            <w:tcW w:w="1836" w:type="dxa"/>
            <w:vAlign w:val="center"/>
          </w:tcPr>
          <w:p w14:paraId="47C343C2" w14:textId="679F1731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rashly</w:t>
            </w:r>
          </w:p>
        </w:tc>
        <w:tc>
          <w:tcPr>
            <w:tcW w:w="1836" w:type="dxa"/>
            <w:vAlign w:val="center"/>
          </w:tcPr>
          <w:p w14:paraId="290B324F" w14:textId="575E171F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give</w:t>
            </w:r>
          </w:p>
        </w:tc>
        <w:tc>
          <w:tcPr>
            <w:tcW w:w="1836" w:type="dxa"/>
            <w:vAlign w:val="center"/>
          </w:tcPr>
          <w:p w14:paraId="2D95C975" w14:textId="5893D03E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have resolved</w:t>
            </w:r>
          </w:p>
        </w:tc>
        <w:tc>
          <w:tcPr>
            <w:tcW w:w="1836" w:type="dxa"/>
            <w:vAlign w:val="center"/>
          </w:tcPr>
          <w:p w14:paraId="665E4F4A" w14:textId="1AB78AD2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836" w:type="dxa"/>
            <w:vAlign w:val="center"/>
          </w:tcPr>
          <w:p w14:paraId="4B14B627" w14:textId="17DE720D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since</w:t>
            </w:r>
          </w:p>
        </w:tc>
        <w:tc>
          <w:tcPr>
            <w:tcW w:w="1836" w:type="dxa"/>
            <w:vAlign w:val="center"/>
          </w:tcPr>
          <w:p w14:paraId="749CE210" w14:textId="5162B278" w:rsidR="009D07DB" w:rsidRDefault="009D07DB" w:rsidP="009D07DB"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Arpocras</w:t>
            </w:r>
          </w:p>
        </w:tc>
      </w:tr>
      <w:tr w:rsidR="009D07DB" w14:paraId="43478473" w14:textId="77777777" w:rsidTr="001F0C05">
        <w:tc>
          <w:tcPr>
            <w:tcW w:w="1836" w:type="dxa"/>
            <w:vAlign w:val="center"/>
          </w:tcPr>
          <w:p w14:paraId="6CEBA18D" w14:textId="2AC29D06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iatraliptae</w:t>
            </w:r>
            <w:proofErr w:type="spellEnd"/>
          </w:p>
        </w:tc>
        <w:tc>
          <w:tcPr>
            <w:tcW w:w="1836" w:type="dxa"/>
            <w:vAlign w:val="center"/>
          </w:tcPr>
          <w:p w14:paraId="26A17D75" w14:textId="070EC93F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tuo</w:t>
            </w:r>
            <w:proofErr w:type="spellEnd"/>
          </w:p>
        </w:tc>
        <w:tc>
          <w:tcPr>
            <w:tcW w:w="1836" w:type="dxa"/>
            <w:vAlign w:val="center"/>
          </w:tcPr>
          <w:p w14:paraId="1C56C640" w14:textId="5D4B3619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iam</w:t>
            </w:r>
            <w:proofErr w:type="spellEnd"/>
          </w:p>
        </w:tc>
        <w:tc>
          <w:tcPr>
            <w:tcW w:w="1836" w:type="dxa"/>
            <w:vAlign w:val="center"/>
          </w:tcPr>
          <w:p w14:paraId="4800496F" w14:textId="29675079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civitatem</w:t>
            </w:r>
            <w:proofErr w:type="spellEnd"/>
          </w:p>
        </w:tc>
        <w:tc>
          <w:tcPr>
            <w:tcW w:w="1836" w:type="dxa"/>
            <w:vAlign w:val="center"/>
          </w:tcPr>
          <w:p w14:paraId="4E0E0C67" w14:textId="7B87014E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Romanam</w:t>
            </w:r>
            <w:proofErr w:type="spellEnd"/>
          </w:p>
        </w:tc>
        <w:tc>
          <w:tcPr>
            <w:tcW w:w="1836" w:type="dxa"/>
            <w:vAlign w:val="center"/>
          </w:tcPr>
          <w:p w14:paraId="0BFEA689" w14:textId="0549F4E4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impetraveris</w:t>
            </w:r>
            <w:proofErr w:type="spellEnd"/>
          </w:p>
        </w:tc>
      </w:tr>
      <w:tr w:rsidR="009D07DB" w14:paraId="2B6581AE" w14:textId="77777777" w:rsidTr="001F0C05">
        <w:tc>
          <w:tcPr>
            <w:tcW w:w="1836" w:type="dxa"/>
            <w:vAlign w:val="center"/>
          </w:tcPr>
          <w:p w14:paraId="64BDA57E" w14:textId="48A134BE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doctor</w:t>
            </w:r>
          </w:p>
        </w:tc>
        <w:tc>
          <w:tcPr>
            <w:tcW w:w="1836" w:type="dxa"/>
            <w:vAlign w:val="center"/>
          </w:tcPr>
          <w:p w14:paraId="5A82C9FC" w14:textId="25439255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your</w:t>
            </w:r>
          </w:p>
        </w:tc>
        <w:tc>
          <w:tcPr>
            <w:tcW w:w="1836" w:type="dxa"/>
            <w:vAlign w:val="center"/>
          </w:tcPr>
          <w:p w14:paraId="668BA202" w14:textId="431881AC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already</w:t>
            </w:r>
          </w:p>
        </w:tc>
        <w:tc>
          <w:tcPr>
            <w:tcW w:w="1836" w:type="dxa"/>
            <w:vAlign w:val="center"/>
          </w:tcPr>
          <w:p w14:paraId="15D32249" w14:textId="33072E47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citizenship</w:t>
            </w:r>
          </w:p>
        </w:tc>
        <w:tc>
          <w:tcPr>
            <w:tcW w:w="1836" w:type="dxa"/>
            <w:vAlign w:val="center"/>
          </w:tcPr>
          <w:p w14:paraId="5FD71226" w14:textId="7897D24E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Roman</w:t>
            </w:r>
          </w:p>
        </w:tc>
        <w:tc>
          <w:tcPr>
            <w:tcW w:w="1836" w:type="dxa"/>
            <w:vAlign w:val="center"/>
          </w:tcPr>
          <w:p w14:paraId="58E02E85" w14:textId="05FE01A6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 have obtained</w:t>
            </w:r>
          </w:p>
        </w:tc>
      </w:tr>
      <w:tr w:rsidR="009D07DB" w14:paraId="47F16A14" w14:textId="77777777" w:rsidTr="001F0C05">
        <w:tc>
          <w:tcPr>
            <w:tcW w:w="1836" w:type="dxa"/>
            <w:vAlign w:val="center"/>
          </w:tcPr>
          <w:p w14:paraId="2029BE45" w14:textId="01448382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huic</w:t>
            </w:r>
          </w:p>
        </w:tc>
        <w:tc>
          <w:tcPr>
            <w:tcW w:w="1836" w:type="dxa"/>
            <w:vAlign w:val="center"/>
          </w:tcPr>
          <w:p w14:paraId="7C752EA9" w14:textId="3C75B9F0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quoque</w:t>
            </w:r>
          </w:p>
        </w:tc>
        <w:tc>
          <w:tcPr>
            <w:tcW w:w="1836" w:type="dxa"/>
            <w:vAlign w:val="center"/>
          </w:tcPr>
          <w:p w14:paraId="368C022E" w14:textId="0B6B105F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petitioni</w:t>
            </w:r>
            <w:proofErr w:type="spellEnd"/>
          </w:p>
        </w:tc>
        <w:tc>
          <w:tcPr>
            <w:tcW w:w="1836" w:type="dxa"/>
            <w:vAlign w:val="center"/>
          </w:tcPr>
          <w:p w14:paraId="343C710F" w14:textId="255FC5D5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tuae</w:t>
            </w:r>
            <w:proofErr w:type="spellEnd"/>
          </w:p>
        </w:tc>
        <w:tc>
          <w:tcPr>
            <w:tcW w:w="1836" w:type="dxa"/>
            <w:vAlign w:val="center"/>
          </w:tcPr>
          <w:p w14:paraId="0DCA17D5" w14:textId="6635547E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negare</w:t>
            </w:r>
            <w:proofErr w:type="spellEnd"/>
          </w:p>
        </w:tc>
        <w:tc>
          <w:tcPr>
            <w:tcW w:w="1836" w:type="dxa"/>
            <w:vAlign w:val="center"/>
          </w:tcPr>
          <w:p w14:paraId="1D00EF84" w14:textId="26F756FE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non</w:t>
            </w:r>
          </w:p>
        </w:tc>
      </w:tr>
      <w:tr w:rsidR="009D07DB" w14:paraId="1720A64F" w14:textId="77777777" w:rsidTr="001F0C05">
        <w:tc>
          <w:tcPr>
            <w:tcW w:w="1836" w:type="dxa"/>
            <w:vAlign w:val="center"/>
          </w:tcPr>
          <w:p w14:paraId="3E87CF0E" w14:textId="5B0BD2F0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this</w:t>
            </w:r>
          </w:p>
        </w:tc>
        <w:tc>
          <w:tcPr>
            <w:tcW w:w="1836" w:type="dxa"/>
            <w:vAlign w:val="center"/>
          </w:tcPr>
          <w:p w14:paraId="7B1F2300" w14:textId="7B9B4189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836" w:type="dxa"/>
            <w:vAlign w:val="center"/>
          </w:tcPr>
          <w:p w14:paraId="748EABCF" w14:textId="1A28458D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petition</w:t>
            </w:r>
          </w:p>
        </w:tc>
        <w:tc>
          <w:tcPr>
            <w:tcW w:w="1836" w:type="dxa"/>
            <w:vAlign w:val="center"/>
          </w:tcPr>
          <w:p w14:paraId="20622B4C" w14:textId="01CB638C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yours</w:t>
            </w:r>
          </w:p>
        </w:tc>
        <w:tc>
          <w:tcPr>
            <w:tcW w:w="1836" w:type="dxa"/>
            <w:vAlign w:val="center"/>
          </w:tcPr>
          <w:p w14:paraId="7123C944" w14:textId="44966701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deny</w:t>
            </w:r>
          </w:p>
        </w:tc>
        <w:tc>
          <w:tcPr>
            <w:tcW w:w="1836" w:type="dxa"/>
            <w:vAlign w:val="center"/>
          </w:tcPr>
          <w:p w14:paraId="04ED1A90" w14:textId="24B0285F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do not</w:t>
            </w:r>
          </w:p>
        </w:tc>
      </w:tr>
      <w:tr w:rsidR="009D07DB" w14:paraId="00BF1297" w14:textId="77777777" w:rsidTr="001F0C05">
        <w:tc>
          <w:tcPr>
            <w:tcW w:w="1836" w:type="dxa"/>
            <w:vAlign w:val="center"/>
          </w:tcPr>
          <w:p w14:paraId="230DAEB6" w14:textId="58FA78D7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sustineo</w:t>
            </w:r>
            <w:proofErr w:type="spellEnd"/>
            <w:r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5EF442EC" w14:textId="797364CD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</w:t>
            </w:r>
            <w:proofErr w:type="spellEnd"/>
          </w:p>
        </w:tc>
        <w:tc>
          <w:tcPr>
            <w:tcW w:w="1836" w:type="dxa"/>
            <w:vAlign w:val="center"/>
          </w:tcPr>
          <w:p w14:paraId="5BB84A86" w14:textId="121CE102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ex</w:t>
            </w:r>
          </w:p>
        </w:tc>
        <w:tc>
          <w:tcPr>
            <w:tcW w:w="1836" w:type="dxa"/>
            <w:vAlign w:val="center"/>
          </w:tcPr>
          <w:p w14:paraId="480FDB02" w14:textId="78F0C3DE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quo</w:t>
            </w:r>
          </w:p>
        </w:tc>
        <w:tc>
          <w:tcPr>
            <w:tcW w:w="1836" w:type="dxa"/>
            <w:vAlign w:val="center"/>
          </w:tcPr>
          <w:p w14:paraId="2351BDE2" w14:textId="47971A0D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nomo</w:t>
            </w:r>
            <w:proofErr w:type="spellEnd"/>
          </w:p>
        </w:tc>
        <w:tc>
          <w:tcPr>
            <w:tcW w:w="1836" w:type="dxa"/>
            <w:vAlign w:val="center"/>
          </w:tcPr>
          <w:p w14:paraId="11EE5EFF" w14:textId="0ACF4F0D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sit</w:t>
            </w:r>
          </w:p>
        </w:tc>
      </w:tr>
      <w:tr w:rsidR="009D07DB" w14:paraId="28F6F07A" w14:textId="77777777" w:rsidTr="001F0C05">
        <w:tc>
          <w:tcPr>
            <w:tcW w:w="1836" w:type="dxa"/>
            <w:vAlign w:val="center"/>
          </w:tcPr>
          <w:p w14:paraId="363B74C8" w14:textId="335498C9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endure</w:t>
            </w:r>
          </w:p>
        </w:tc>
        <w:tc>
          <w:tcPr>
            <w:tcW w:w="1836" w:type="dxa"/>
            <w:vAlign w:val="center"/>
          </w:tcPr>
          <w:p w14:paraId="21FBDA8D" w14:textId="52B33037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w="1836" w:type="dxa"/>
            <w:vAlign w:val="center"/>
          </w:tcPr>
          <w:p w14:paraId="55FC080C" w14:textId="70CAFE7B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836" w:type="dxa"/>
            <w:vAlign w:val="center"/>
          </w:tcPr>
          <w:p w14:paraId="40CD905F" w14:textId="1292310A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36" w:type="dxa"/>
            <w:vAlign w:val="center"/>
          </w:tcPr>
          <w:p w14:paraId="29286873" w14:textId="610EF6C8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district</w:t>
            </w:r>
          </w:p>
        </w:tc>
        <w:tc>
          <w:tcPr>
            <w:tcW w:w="1836" w:type="dxa"/>
            <w:vAlign w:val="center"/>
          </w:tcPr>
          <w:p w14:paraId="0E3BD8C0" w14:textId="1441045C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he is</w:t>
            </w:r>
          </w:p>
        </w:tc>
      </w:tr>
      <w:tr w:rsidR="009D07DB" w14:paraId="5E13CFE2" w14:textId="77777777" w:rsidTr="001F0C05">
        <w:tc>
          <w:tcPr>
            <w:tcW w:w="1836" w:type="dxa"/>
            <w:vAlign w:val="center"/>
          </w:tcPr>
          <w:p w14:paraId="4B171BC4" w14:textId="4E184F88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notum</w:t>
            </w:r>
          </w:p>
        </w:tc>
        <w:tc>
          <w:tcPr>
            <w:tcW w:w="1836" w:type="dxa"/>
            <w:vAlign w:val="center"/>
          </w:tcPr>
          <w:p w14:paraId="5090FEAD" w14:textId="15AFFBE3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mihi</w:t>
            </w:r>
          </w:p>
        </w:tc>
        <w:tc>
          <w:tcPr>
            <w:tcW w:w="1836" w:type="dxa"/>
            <w:vAlign w:val="center"/>
          </w:tcPr>
          <w:p w14:paraId="65870FD5" w14:textId="1B5EE106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facere</w:t>
            </w:r>
            <w:proofErr w:type="spellEnd"/>
          </w:p>
        </w:tc>
        <w:tc>
          <w:tcPr>
            <w:tcW w:w="1836" w:type="dxa"/>
            <w:vAlign w:val="center"/>
          </w:tcPr>
          <w:p w14:paraId="0977482E" w14:textId="21EB6771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debebis</w:t>
            </w:r>
            <w:proofErr w:type="spellEnd"/>
          </w:p>
        </w:tc>
        <w:tc>
          <w:tcPr>
            <w:tcW w:w="1836" w:type="dxa"/>
            <w:vAlign w:val="center"/>
          </w:tcPr>
          <w:p w14:paraId="4018D278" w14:textId="5EEC1FBC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  <w:proofErr w:type="spellEnd"/>
          </w:p>
        </w:tc>
        <w:tc>
          <w:tcPr>
            <w:tcW w:w="1836" w:type="dxa"/>
            <w:vAlign w:val="center"/>
          </w:tcPr>
          <w:p w14:paraId="134F238F" w14:textId="238A464A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epistulam</w:t>
            </w:r>
            <w:proofErr w:type="spellEnd"/>
          </w:p>
        </w:tc>
      </w:tr>
      <w:tr w:rsidR="009D07DB" w14:paraId="5FDE9534" w14:textId="77777777" w:rsidTr="001F0C05">
        <w:tc>
          <w:tcPr>
            <w:tcW w:w="1836" w:type="dxa"/>
            <w:vAlign w:val="center"/>
          </w:tcPr>
          <w:p w14:paraId="6FDF901C" w14:textId="677B9BB3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known</w:t>
            </w:r>
          </w:p>
        </w:tc>
        <w:tc>
          <w:tcPr>
            <w:tcW w:w="1836" w:type="dxa"/>
            <w:vAlign w:val="center"/>
          </w:tcPr>
          <w:p w14:paraId="6EA8842C" w14:textId="657E4B3D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836" w:type="dxa"/>
            <w:vAlign w:val="center"/>
          </w:tcPr>
          <w:p w14:paraId="51E36B84" w14:textId="22B36BF8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make</w:t>
            </w:r>
          </w:p>
        </w:tc>
        <w:tc>
          <w:tcPr>
            <w:tcW w:w="1836" w:type="dxa"/>
            <w:vAlign w:val="center"/>
          </w:tcPr>
          <w:p w14:paraId="1CA09793" w14:textId="19540CBB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ought</w:t>
            </w:r>
          </w:p>
        </w:tc>
        <w:tc>
          <w:tcPr>
            <w:tcW w:w="1836" w:type="dxa"/>
            <w:vAlign w:val="center"/>
          </w:tcPr>
          <w:p w14:paraId="57E3961A" w14:textId="42B49673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order that</w:t>
            </w:r>
          </w:p>
        </w:tc>
        <w:tc>
          <w:tcPr>
            <w:tcW w:w="1836" w:type="dxa"/>
            <w:vAlign w:val="center"/>
          </w:tcPr>
          <w:p w14:paraId="51024A05" w14:textId="19C1EF3E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 letter</w:t>
            </w:r>
          </w:p>
        </w:tc>
      </w:tr>
      <w:tr w:rsidR="009D07DB" w14:paraId="124E163B" w14:textId="77777777" w:rsidTr="001F0C05">
        <w:tc>
          <w:tcPr>
            <w:tcW w:w="1836" w:type="dxa"/>
            <w:vAlign w:val="center"/>
          </w:tcPr>
          <w:p w14:paraId="3DA5FD3D" w14:textId="0AB75A4E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tibi</w:t>
            </w:r>
            <w:proofErr w:type="spellEnd"/>
          </w:p>
        </w:tc>
        <w:tc>
          <w:tcPr>
            <w:tcW w:w="1836" w:type="dxa"/>
            <w:vAlign w:val="center"/>
          </w:tcPr>
          <w:p w14:paraId="23F0DB9D" w14:textId="37101883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ad</w:t>
            </w:r>
          </w:p>
        </w:tc>
        <w:tc>
          <w:tcPr>
            <w:tcW w:w="1836" w:type="dxa"/>
            <w:vAlign w:val="center"/>
          </w:tcPr>
          <w:p w14:paraId="6A25D054" w14:textId="7F891993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Pompeium</w:t>
            </w:r>
            <w:proofErr w:type="spellEnd"/>
          </w:p>
        </w:tc>
        <w:tc>
          <w:tcPr>
            <w:tcW w:w="1836" w:type="dxa"/>
            <w:vAlign w:val="center"/>
          </w:tcPr>
          <w:p w14:paraId="47B60C7E" w14:textId="49A72140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Plantam</w:t>
            </w:r>
            <w:proofErr w:type="spellEnd"/>
          </w:p>
        </w:tc>
        <w:tc>
          <w:tcPr>
            <w:tcW w:w="1836" w:type="dxa"/>
            <w:vAlign w:val="center"/>
          </w:tcPr>
          <w:p w14:paraId="2E0A1FC8" w14:textId="2BB3700A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praefectum</w:t>
            </w:r>
            <w:proofErr w:type="spellEnd"/>
          </w:p>
        </w:tc>
        <w:tc>
          <w:tcPr>
            <w:tcW w:w="1836" w:type="dxa"/>
            <w:vAlign w:val="center"/>
          </w:tcPr>
          <w:p w14:paraId="5572059C" w14:textId="1DDDF6AB" w:rsidR="009D07DB" w:rsidRDefault="009D07DB" w:rsidP="009D07DB">
            <w:r>
              <w:rPr>
                <w:rFonts w:ascii="Palatino" w:hAnsi="Palatino" w:cs="Palatino" w:eastAsia="Palatino"/>
                <w:color w:val="000000"/>
                <w:sz w:val="23"/>
              </w:rPr>
              <w:t>Aegypti</w:t>
            </w:r>
          </w:p>
        </w:tc>
      </w:tr>
      <w:tr w:rsidR="009D07DB" w14:paraId="567CBBB0" w14:textId="77777777" w:rsidTr="001F0C05">
        <w:tc>
          <w:tcPr>
            <w:tcW w:w="1836" w:type="dxa"/>
            <w:vAlign w:val="center"/>
          </w:tcPr>
          <w:p w14:paraId="1A262429" w14:textId="49A40EB3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you</w:t>
            </w:r>
          </w:p>
        </w:tc>
        <w:tc>
          <w:tcPr>
            <w:tcW w:w="1836" w:type="dxa"/>
            <w:vAlign w:val="center"/>
          </w:tcPr>
          <w:p w14:paraId="4445E6FA" w14:textId="5B751E57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836" w:type="dxa"/>
            <w:vAlign w:val="center"/>
          </w:tcPr>
          <w:p w14:paraId="48BAD37F" w14:textId="50A05337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Pompeius</w:t>
            </w:r>
          </w:p>
        </w:tc>
        <w:tc>
          <w:tcPr>
            <w:tcW w:w="1836" w:type="dxa"/>
            <w:vAlign w:val="center"/>
          </w:tcPr>
          <w:p w14:paraId="42507E56" w14:textId="6E91FDC6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Planta</w:t>
            </w:r>
          </w:p>
        </w:tc>
        <w:tc>
          <w:tcPr>
            <w:tcW w:w="1836" w:type="dxa"/>
            <w:vAlign w:val="center"/>
          </w:tcPr>
          <w:p w14:paraId="250B82DC" w14:textId="0B4BD720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prefect</w:t>
            </w:r>
          </w:p>
        </w:tc>
        <w:tc>
          <w:tcPr>
            <w:tcW w:w="1836" w:type="dxa"/>
            <w:vAlign w:val="center"/>
          </w:tcPr>
          <w:p w14:paraId="45A7EEB0" w14:textId="2BB856F5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Egypt</w:t>
            </w:r>
          </w:p>
        </w:tc>
      </w:tr>
      <w:tr w:rsidR="009D07DB" w14:paraId="223A7771" w14:textId="77777777" w:rsidTr="001F0C05">
        <w:tc>
          <w:tcPr>
            <w:tcW w:w="1836" w:type="dxa"/>
            <w:vAlign w:val="center"/>
          </w:tcPr>
          <w:p w14:paraId="413C776A" w14:textId="674CB916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amicum</w:t>
            </w:r>
            <w:proofErr w:type="spellEnd"/>
          </w:p>
        </w:tc>
        <w:tc>
          <w:tcPr>
            <w:tcW w:w="1836" w:type="dxa"/>
            <w:vAlign w:val="center"/>
          </w:tcPr>
          <w:p w14:paraId="47BDEE81" w14:textId="05657F53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meum</w:t>
            </w:r>
            <w:proofErr w:type="spellEnd"/>
          </w:p>
        </w:tc>
        <w:tc>
          <w:tcPr>
            <w:tcW w:w="1836" w:type="dxa"/>
            <w:vAlign w:val="center"/>
          </w:tcPr>
          <w:p w14:paraId="5C73B243" w14:textId="14D3A5F8" w:rsidR="009D07DB" w:rsidRDefault="009D07DB" w:rsidP="009D07DB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mittam</w:t>
            </w:r>
            <w:proofErr w:type="spellEnd"/>
            <w:r w:rsidR="009217AE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6" w:type="dxa"/>
            <w:vAlign w:val="center"/>
          </w:tcPr>
          <w:p w14:paraId="5D8AA7A7" w14:textId="77777777" w:rsidR="009D07DB" w:rsidRDefault="009D07DB" w:rsidP="009D07DB"/>
        </w:tc>
        <w:tc>
          <w:tcPr>
            <w:tcW w:w="1836" w:type="dxa"/>
            <w:vAlign w:val="center"/>
          </w:tcPr>
          <w:p w14:paraId="2B4EA06A" w14:textId="77777777" w:rsidR="009D07DB" w:rsidRDefault="009D07DB" w:rsidP="009D07DB"/>
        </w:tc>
        <w:tc>
          <w:tcPr>
            <w:tcW w:w="1836" w:type="dxa"/>
            <w:vAlign w:val="center"/>
          </w:tcPr>
          <w:p w14:paraId="026CC7D2" w14:textId="77777777" w:rsidR="009D07DB" w:rsidRDefault="009D07DB" w:rsidP="009D07DB"/>
        </w:tc>
      </w:tr>
      <w:tr w:rsidR="009D07DB" w14:paraId="637730CE" w14:textId="77777777" w:rsidTr="001F0C05">
        <w:tc>
          <w:tcPr>
            <w:tcW w:w="1836" w:type="dxa"/>
            <w:vAlign w:val="center"/>
          </w:tcPr>
          <w:p w14:paraId="6F91B824" w14:textId="7E29634E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friend</w:t>
            </w:r>
          </w:p>
        </w:tc>
        <w:tc>
          <w:tcPr>
            <w:tcW w:w="1836" w:type="dxa"/>
            <w:vAlign w:val="bottom"/>
          </w:tcPr>
          <w:p w14:paraId="44523929" w14:textId="5427FCBF" w:rsidR="009D07DB" w:rsidRDefault="009217AE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my</w:t>
            </w:r>
          </w:p>
        </w:tc>
        <w:tc>
          <w:tcPr>
            <w:tcW w:w="1836" w:type="dxa"/>
            <w:vAlign w:val="bottom"/>
          </w:tcPr>
          <w:p w14:paraId="2167ABF1" w14:textId="6F1B0F27" w:rsidR="009D07DB" w:rsidRDefault="009D07DB" w:rsidP="009D07DB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may send</w:t>
            </w:r>
          </w:p>
        </w:tc>
        <w:tc>
          <w:tcPr>
            <w:tcW w:w="1836" w:type="dxa"/>
            <w:vAlign w:val="bottom"/>
          </w:tcPr>
          <w:p w14:paraId="213C126C" w14:textId="77777777" w:rsidR="009D07DB" w:rsidRDefault="009D07DB" w:rsidP="009D07DB"/>
        </w:tc>
        <w:tc>
          <w:tcPr>
            <w:tcW w:w="1836" w:type="dxa"/>
            <w:vAlign w:val="bottom"/>
          </w:tcPr>
          <w:p w14:paraId="189B72DB" w14:textId="77777777" w:rsidR="009D07DB" w:rsidRDefault="009D07DB" w:rsidP="009D07DB"/>
        </w:tc>
        <w:tc>
          <w:tcPr>
            <w:tcW w:w="1836" w:type="dxa"/>
            <w:vAlign w:val="bottom"/>
          </w:tcPr>
          <w:p w14:paraId="1E920930" w14:textId="77777777" w:rsidR="009D07DB" w:rsidRDefault="009D07DB" w:rsidP="009D07DB"/>
        </w:tc>
      </w:tr>
    </w:tbl>
    <w:p w14:paraId="690CDC02" w14:textId="77777777" w:rsidR="00543BD7" w:rsidRPr="009D07DB" w:rsidRDefault="00543BD7" w:rsidP="009D07DB"/>
    <w:sectPr w:rsidR="00000000" w:rsidRPr="009D07DB" w:rsidSect="009D07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4288118">
    <w:abstractNumId w:val="8"/>
  </w:num>
  <w:num w:numId="2" w16cid:durableId="2013098800">
    <w:abstractNumId w:val="6"/>
  </w:num>
  <w:num w:numId="3" w16cid:durableId="1262252034">
    <w:abstractNumId w:val="5"/>
  </w:num>
  <w:num w:numId="4" w16cid:durableId="37514452">
    <w:abstractNumId w:val="4"/>
  </w:num>
  <w:num w:numId="5" w16cid:durableId="888951506">
    <w:abstractNumId w:val="7"/>
  </w:num>
  <w:num w:numId="6" w16cid:durableId="1736732284">
    <w:abstractNumId w:val="3"/>
  </w:num>
  <w:num w:numId="7" w16cid:durableId="157699849">
    <w:abstractNumId w:val="2"/>
  </w:num>
  <w:num w:numId="8" w16cid:durableId="1432700223">
    <w:abstractNumId w:val="1"/>
  </w:num>
  <w:num w:numId="9" w16cid:durableId="1057364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3BD7"/>
    <w:rsid w:val="009217AE"/>
    <w:rsid w:val="009D07DB"/>
    <w:rsid w:val="00AA1D8D"/>
    <w:rsid w:val="00B4583C"/>
    <w:rsid w:val="00B47730"/>
    <w:rsid w:val="00CB0664"/>
    <w:rsid w:val="00CD43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2CACAD"/>
  <w14:defaultImageDpi w14:val="300"/>
  <w15:docId w15:val="{ED25BD9B-0616-4F6D-A024-FE60B95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769</Characters>
  <Application>Microsoft Office Word</Application>
  <DocSecurity>0</DocSecurity>
  <Lines>769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2</cp:revision>
  <dcterms:created xsi:type="dcterms:W3CDTF">2025-06-19T14:59:00Z</dcterms:created>
  <dcterms:modified xsi:type="dcterms:W3CDTF">2025-06-19T14:59:00Z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54d1f5e8-e50a-4be5-ba08-93334b16baa7</vt:lpwstr>
  </property>
</Properties>
</file>