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25A2" w14:textId="66A7DCEC" w:rsidR="00A07548" w:rsidRDefault="00A07548" w:rsidP="00A07548">
      <w:pPr>
        <w:jc w:val="center"/>
      </w:pPr>
      <w:r>
        <w:rPr>
          <w:rFonts w:ascii="Palatino" w:hAnsi="Palatino" w:cs="Palatino" w:eastAsia="Palatino"/>
          <w:color w:val="000000"/>
          <w:sz w:val="23"/>
        </w:rPr>
        <w:t>10.6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1820"/>
        <w:gridCol w:w="1820"/>
        <w:gridCol w:w="1767"/>
        <w:gridCol w:w="1780"/>
        <w:gridCol w:w="1804"/>
      </w:tblGrid>
      <w:tr w:rsidR="00A07548" w14:paraId="6354A8C7" w14:textId="77777777" w:rsidTr="003C32CF">
        <w:tc>
          <w:tcPr>
            <w:tcW w:w="1836" w:type="dxa"/>
            <w:vAlign w:val="center"/>
          </w:tcPr>
          <w:p w14:paraId="39FA13C5" w14:textId="25B1217B" w:rsidR="00A07548" w:rsidRDefault="00A07548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</w:rPr>
              <w:t>C.</w:t>
            </w:r>
          </w:p>
        </w:tc>
        <w:tc>
          <w:tcPr>
            <w:tcW w:w="1836" w:type="dxa"/>
            <w:vAlign w:val="center"/>
          </w:tcPr>
          <w:p w14:paraId="49D54F9F" w14:textId="3238D046" w:rsidR="00A07548" w:rsidRDefault="00A07548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</w:rPr>
              <w:t>Plinius</w:t>
            </w:r>
          </w:p>
        </w:tc>
        <w:tc>
          <w:tcPr>
            <w:tcW w:w="1836" w:type="dxa"/>
            <w:vAlign w:val="center"/>
          </w:tcPr>
          <w:p w14:paraId="175C658C" w14:textId="00901E81" w:rsidR="00A07548" w:rsidRDefault="00A07548" w:rsidP="00A07548">
            <w:pPr>
              <w:rPr>
                <w:color w:val="000000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Traiano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</w:rPr>
              <w:t xml:space="preserve"> </w:t>
            </w:r>
          </w:p>
        </w:tc>
        <w:tc>
          <w:tcPr>
            <w:tcW w:w="1836" w:type="dxa"/>
            <w:vAlign w:val="center"/>
          </w:tcPr>
          <w:p w14:paraId="4EB07D15" w14:textId="3A28E5C9" w:rsidR="00A07548" w:rsidRDefault="00A07548" w:rsidP="00A07548">
            <w:pPr>
              <w:rPr>
                <w:color w:val="000000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Imperatori</w:t>
            </w:r>
            <w:proofErr w:type="spellEnd"/>
          </w:p>
        </w:tc>
        <w:tc>
          <w:tcPr>
            <w:tcW w:w="1836" w:type="dxa"/>
            <w:vAlign w:val="center"/>
          </w:tcPr>
          <w:p w14:paraId="63BB6492" w14:textId="77777777" w:rsidR="00A07548" w:rsidRDefault="00A07548" w:rsidP="00A07548">
            <w:pPr>
              <w:rPr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70E1BFE" w14:textId="77777777" w:rsidR="00A07548" w:rsidRDefault="00A07548" w:rsidP="00A07548">
            <w:pPr>
              <w:rPr>
                <w:color w:val="000000"/>
              </w:rPr>
            </w:pPr>
          </w:p>
        </w:tc>
      </w:tr>
      <w:tr w:rsidR="00A07548" w14:paraId="6C035C83" w14:textId="77777777" w:rsidTr="003C32CF">
        <w:tc>
          <w:tcPr>
            <w:tcW w:w="1836" w:type="dxa"/>
            <w:vAlign w:val="center"/>
          </w:tcPr>
          <w:p w14:paraId="662C8323" w14:textId="59B73C96" w:rsidR="00A07548" w:rsidRDefault="00A07548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Gaius</w:t>
            </w:r>
          </w:p>
        </w:tc>
        <w:tc>
          <w:tcPr>
            <w:tcW w:w="1836" w:type="dxa"/>
            <w:vAlign w:val="center"/>
          </w:tcPr>
          <w:p w14:paraId="54AFCF8C" w14:textId="52EF39E6" w:rsidR="00A07548" w:rsidRDefault="00A07548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Plinius</w:t>
            </w:r>
          </w:p>
        </w:tc>
        <w:tc>
          <w:tcPr>
            <w:tcW w:w="1836" w:type="dxa"/>
            <w:vAlign w:val="center"/>
          </w:tcPr>
          <w:p w14:paraId="77BA1508" w14:textId="4A2F8A7D" w:rsidR="00A07548" w:rsidRDefault="00A07548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Trajan</w:t>
            </w:r>
          </w:p>
        </w:tc>
        <w:tc>
          <w:tcPr>
            <w:tcW w:w="1836" w:type="dxa"/>
            <w:vAlign w:val="center"/>
          </w:tcPr>
          <w:p w14:paraId="38C5D8AE" w14:textId="61ACE7A3" w:rsidR="00A07548" w:rsidRDefault="00A07548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Emperor</w:t>
            </w:r>
          </w:p>
        </w:tc>
        <w:tc>
          <w:tcPr>
            <w:tcW w:w="1836" w:type="dxa"/>
            <w:vAlign w:val="center"/>
          </w:tcPr>
          <w:p w14:paraId="19165FF5" w14:textId="77777777" w:rsidR="00A07548" w:rsidRDefault="00A07548" w:rsidP="00A07548">
            <w:pPr>
              <w:rPr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0A6BFE31" w14:textId="77777777" w:rsidR="00A07548" w:rsidRDefault="00A07548" w:rsidP="00A07548">
            <w:pPr>
              <w:rPr>
                <w:color w:val="000000"/>
              </w:rPr>
            </w:pPr>
          </w:p>
        </w:tc>
      </w:tr>
      <w:tr w:rsidR="00A07548" w14:paraId="02DFEACA" w14:textId="77777777" w:rsidTr="003C32CF">
        <w:tc>
          <w:tcPr>
            <w:tcW w:w="1836" w:type="dxa"/>
            <w:vAlign w:val="center"/>
          </w:tcPr>
          <w:p w14:paraId="07479EAE" w14:textId="73E5C3CA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ago</w:t>
            </w:r>
          </w:p>
        </w:tc>
        <w:tc>
          <w:tcPr>
            <w:tcW w:w="1836" w:type="dxa"/>
            <w:vAlign w:val="center"/>
          </w:tcPr>
          <w:p w14:paraId="619F38D3" w14:textId="15B6DCA2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gratias</w:t>
            </w:r>
            <w:proofErr w:type="spellEnd"/>
          </w:p>
        </w:tc>
        <w:tc>
          <w:tcPr>
            <w:tcW w:w="1836" w:type="dxa"/>
            <w:vAlign w:val="center"/>
          </w:tcPr>
          <w:p w14:paraId="3453D8A9" w14:textId="233AEB6D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domine</w:t>
            </w:r>
          </w:p>
        </w:tc>
        <w:tc>
          <w:tcPr>
            <w:tcW w:w="1836" w:type="dxa"/>
            <w:vAlign w:val="center"/>
          </w:tcPr>
          <w:p w14:paraId="0FAB955A" w14:textId="26666D65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  <w:proofErr w:type="spellEnd"/>
          </w:p>
        </w:tc>
        <w:tc>
          <w:tcPr>
            <w:tcW w:w="1836" w:type="dxa"/>
            <w:vAlign w:val="center"/>
          </w:tcPr>
          <w:p w14:paraId="448D5BE3" w14:textId="427F8964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7E0AE429" w14:textId="31C6A90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ius</w:t>
            </w:r>
          </w:p>
        </w:tc>
      </w:tr>
      <w:tr w:rsidR="00A07548" w14:paraId="724F91DB" w14:textId="77777777" w:rsidTr="003C32CF">
        <w:tc>
          <w:tcPr>
            <w:tcW w:w="1836" w:type="dxa"/>
            <w:vAlign w:val="center"/>
          </w:tcPr>
          <w:p w14:paraId="633EFE74" w14:textId="3A112815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give</w:t>
            </w:r>
          </w:p>
        </w:tc>
        <w:tc>
          <w:tcPr>
            <w:tcW w:w="1836" w:type="dxa"/>
            <w:vAlign w:val="center"/>
          </w:tcPr>
          <w:p w14:paraId="02B49564" w14:textId="7B57885D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thanks</w:t>
            </w:r>
          </w:p>
        </w:tc>
        <w:tc>
          <w:tcPr>
            <w:tcW w:w="1836" w:type="dxa"/>
            <w:vAlign w:val="center"/>
          </w:tcPr>
          <w:p w14:paraId="64D3E15C" w14:textId="06B99ECE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Master</w:t>
            </w:r>
          </w:p>
        </w:tc>
        <w:tc>
          <w:tcPr>
            <w:tcW w:w="1836" w:type="dxa"/>
            <w:vAlign w:val="center"/>
          </w:tcPr>
          <w:p w14:paraId="2F7983EE" w14:textId="7F501ABE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</w:t>
            </w:r>
          </w:p>
        </w:tc>
        <w:tc>
          <w:tcPr>
            <w:tcW w:w="1836" w:type="dxa"/>
            <w:vAlign w:val="center"/>
          </w:tcPr>
          <w:p w14:paraId="63C71574" w14:textId="7A7AE24D" w:rsidR="00A07548" w:rsidRDefault="00C1027A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836" w:type="dxa"/>
            <w:vAlign w:val="center"/>
          </w:tcPr>
          <w:p w14:paraId="678EF4BB" w14:textId="78F733C9" w:rsidR="00A07548" w:rsidRDefault="00AE0D2A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full</w:t>
            </w:r>
          </w:p>
        </w:tc>
      </w:tr>
      <w:tr w:rsidR="00A07548" w14:paraId="0F6997A4" w14:textId="77777777" w:rsidTr="003C32CF">
        <w:tc>
          <w:tcPr>
            <w:tcW w:w="1836" w:type="dxa"/>
            <w:vAlign w:val="center"/>
          </w:tcPr>
          <w:p w14:paraId="7BB38EBD" w14:textId="2D4F5A5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Quiritium</w:t>
            </w:r>
            <w:proofErr w:type="spellEnd"/>
          </w:p>
        </w:tc>
        <w:tc>
          <w:tcPr>
            <w:tcW w:w="1836" w:type="dxa"/>
            <w:vAlign w:val="center"/>
          </w:tcPr>
          <w:p w14:paraId="3277D9C4" w14:textId="584AA668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libertis</w:t>
            </w:r>
            <w:proofErr w:type="spellEnd"/>
          </w:p>
        </w:tc>
        <w:tc>
          <w:tcPr>
            <w:tcW w:w="1836" w:type="dxa"/>
            <w:vAlign w:val="center"/>
          </w:tcPr>
          <w:p w14:paraId="3AEA020E" w14:textId="42DED0F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necessariae</w:t>
            </w:r>
            <w:proofErr w:type="spellEnd"/>
          </w:p>
        </w:tc>
        <w:tc>
          <w:tcPr>
            <w:tcW w:w="1836" w:type="dxa"/>
            <w:vAlign w:val="center"/>
          </w:tcPr>
          <w:p w14:paraId="3E5DA25C" w14:textId="7902ED10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mihi</w:t>
            </w:r>
          </w:p>
        </w:tc>
        <w:tc>
          <w:tcPr>
            <w:tcW w:w="1836" w:type="dxa"/>
            <w:vAlign w:val="center"/>
          </w:tcPr>
          <w:p w14:paraId="292A8402" w14:textId="004D8982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feminae</w:t>
            </w:r>
            <w:proofErr w:type="spellEnd"/>
          </w:p>
        </w:tc>
        <w:tc>
          <w:tcPr>
            <w:tcW w:w="1836" w:type="dxa"/>
            <w:vAlign w:val="center"/>
          </w:tcPr>
          <w:p w14:paraId="5F16F95F" w14:textId="39A0FC1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</w:tr>
      <w:tr w:rsidR="00A07548" w14:paraId="5CA9E8EB" w14:textId="77777777" w:rsidTr="003C32CF">
        <w:tc>
          <w:tcPr>
            <w:tcW w:w="1836" w:type="dxa"/>
            <w:vAlign w:val="center"/>
          </w:tcPr>
          <w:p w14:paraId="60EB3828" w14:textId="505AD421" w:rsidR="00A07548" w:rsidRDefault="00AE0D2A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 citizenship</w:t>
            </w:r>
          </w:p>
        </w:tc>
        <w:tc>
          <w:tcPr>
            <w:tcW w:w="1836" w:type="dxa"/>
            <w:vAlign w:val="center"/>
          </w:tcPr>
          <w:p w14:paraId="3AD63E9B" w14:textId="4EE61579" w:rsidR="00A07548" w:rsidRDefault="009318CA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freedmen</w:t>
            </w:r>
          </w:p>
        </w:tc>
        <w:tc>
          <w:tcPr>
            <w:tcW w:w="1836" w:type="dxa"/>
            <w:vAlign w:val="center"/>
          </w:tcPr>
          <w:p w14:paraId="482CA59D" w14:textId="23B600F6" w:rsidR="00A07548" w:rsidRDefault="0073514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very close</w:t>
            </w:r>
          </w:p>
        </w:tc>
        <w:tc>
          <w:tcPr>
            <w:tcW w:w="1836" w:type="dxa"/>
            <w:vAlign w:val="center"/>
          </w:tcPr>
          <w:p w14:paraId="73DA41B0" w14:textId="76AB2305" w:rsidR="00A07548" w:rsidRDefault="0073514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w="1836" w:type="dxa"/>
            <w:vAlign w:val="center"/>
          </w:tcPr>
          <w:p w14:paraId="1716EBFC" w14:textId="7A655D1C" w:rsidR="00A07548" w:rsidRDefault="009318CA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woman</w:t>
            </w:r>
          </w:p>
        </w:tc>
        <w:tc>
          <w:tcPr>
            <w:tcW w:w="1836" w:type="dxa"/>
            <w:vAlign w:val="center"/>
          </w:tcPr>
          <w:p w14:paraId="6567DD83" w14:textId="55554E5D" w:rsidR="00A07548" w:rsidRDefault="0073514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A07548" w14:paraId="187D2489" w14:textId="77777777" w:rsidTr="003C32CF">
        <w:tc>
          <w:tcPr>
            <w:tcW w:w="1836" w:type="dxa"/>
            <w:vAlign w:val="center"/>
          </w:tcPr>
          <w:p w14:paraId="43259F53" w14:textId="6FF4039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civitatem</w:t>
            </w:r>
            <w:proofErr w:type="spellEnd"/>
          </w:p>
        </w:tc>
        <w:tc>
          <w:tcPr>
            <w:tcW w:w="1836" w:type="dxa"/>
            <w:vAlign w:val="center"/>
          </w:tcPr>
          <w:p w14:paraId="155E0248" w14:textId="7F3A2B57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Romanam</w:t>
            </w:r>
            <w:proofErr w:type="spellEnd"/>
          </w:p>
        </w:tc>
        <w:tc>
          <w:tcPr>
            <w:tcW w:w="1836" w:type="dxa"/>
            <w:vAlign w:val="center"/>
          </w:tcPr>
          <w:p w14:paraId="528A3070" w14:textId="759D9C11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Arpocrati</w:t>
            </w:r>
            <w:proofErr w:type="spellEnd"/>
          </w:p>
        </w:tc>
        <w:tc>
          <w:tcPr>
            <w:tcW w:w="1836" w:type="dxa"/>
            <w:vAlign w:val="center"/>
          </w:tcPr>
          <w:p w14:paraId="1A711FF1" w14:textId="3A7934EF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iatraliptae</w:t>
            </w:r>
            <w:proofErr w:type="spellEnd"/>
          </w:p>
        </w:tc>
        <w:tc>
          <w:tcPr>
            <w:tcW w:w="1836" w:type="dxa"/>
            <w:vAlign w:val="center"/>
          </w:tcPr>
          <w:p w14:paraId="00E31F92" w14:textId="56F078EF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meo</w:t>
            </w:r>
            <w:proofErr w:type="spellEnd"/>
          </w:p>
        </w:tc>
        <w:tc>
          <w:tcPr>
            <w:tcW w:w="1836" w:type="dxa"/>
            <w:vAlign w:val="center"/>
          </w:tcPr>
          <w:p w14:paraId="243ECE4D" w14:textId="625C46EF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sine</w:t>
            </w:r>
          </w:p>
        </w:tc>
      </w:tr>
      <w:tr w:rsidR="00A07548" w14:paraId="02669F36" w14:textId="77777777" w:rsidTr="003C32CF">
        <w:tc>
          <w:tcPr>
            <w:tcW w:w="1836" w:type="dxa"/>
            <w:vAlign w:val="center"/>
          </w:tcPr>
          <w:p w14:paraId="13EF6278" w14:textId="4E19091F" w:rsidR="00A07548" w:rsidRDefault="0073514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61A14462" w14:textId="6474A38A" w:rsidR="00A07548" w:rsidRDefault="0073514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  <w:tc>
          <w:tcPr>
            <w:tcW w:w="1836" w:type="dxa"/>
            <w:vAlign w:val="center"/>
          </w:tcPr>
          <w:p w14:paraId="02C9614C" w14:textId="35BF2E19" w:rsidR="00A07548" w:rsidRDefault="00F45FC1" w:rsidP="00A07548">
            <w:proofErr w:type="spellStart"/>
            <w:proofErr w:type="spell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Arpocras</w:t>
            </w:r>
          </w:p>
        </w:tc>
        <w:tc>
          <w:tcPr>
            <w:tcW w:w="1836" w:type="dxa"/>
            <w:vAlign w:val="center"/>
          </w:tcPr>
          <w:p w14:paraId="02A65BCF" w14:textId="19021F60" w:rsidR="00A07548" w:rsidRDefault="00F45FC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ointment doctor</w:t>
            </w:r>
          </w:p>
        </w:tc>
        <w:tc>
          <w:tcPr>
            <w:tcW w:w="1836" w:type="dxa"/>
            <w:vAlign w:val="center"/>
          </w:tcPr>
          <w:p w14:paraId="431CB459" w14:textId="53DA2A7B" w:rsidR="00A07548" w:rsidRDefault="00F45FC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w="1836" w:type="dxa"/>
            <w:vAlign w:val="center"/>
          </w:tcPr>
          <w:p w14:paraId="3F3F81E2" w14:textId="767E565F" w:rsidR="00A07548" w:rsidRDefault="00F45FC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without</w:t>
            </w:r>
          </w:p>
        </w:tc>
      </w:tr>
      <w:tr w:rsidR="00A07548" w14:paraId="203A563A" w14:textId="77777777" w:rsidTr="003C32CF">
        <w:tc>
          <w:tcPr>
            <w:tcW w:w="1836" w:type="dxa"/>
            <w:vAlign w:val="center"/>
          </w:tcPr>
          <w:p w14:paraId="515BFE92" w14:textId="091A1E10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mora</w:t>
            </w:r>
          </w:p>
        </w:tc>
        <w:tc>
          <w:tcPr>
            <w:tcW w:w="1836" w:type="dxa"/>
            <w:vAlign w:val="center"/>
          </w:tcPr>
          <w:p w14:paraId="51420E5D" w14:textId="7A1DD08B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indulsisti</w:t>
            </w:r>
            <w:proofErr w:type="spellEnd"/>
            <w:r w:rsidR="005D4FAE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6E2DF221" w14:textId="11158B04" w:rsidR="00A07548" w:rsidRDefault="005D4FAE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s</w:t>
            </w:r>
            <w:r w:rsidR="00A07548">
              <w:rPr>
                <w:rFonts w:ascii="Palatino" w:hAnsi="Palatino" w:cs="Palatino" w:eastAsia="Palatino"/>
                <w:color w:val="000000"/>
                <w:sz w:val="23"/>
              </w:rPr>
              <w:t>ed</w:t>
            </w:r>
          </w:p>
        </w:tc>
        <w:tc>
          <w:tcPr>
            <w:tcW w:w="1836" w:type="dxa"/>
            <w:vAlign w:val="center"/>
          </w:tcPr>
          <w:p w14:paraId="73AECEDA" w14:textId="20891586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cum</w:t>
            </w:r>
          </w:p>
        </w:tc>
        <w:tc>
          <w:tcPr>
            <w:tcW w:w="1836" w:type="dxa"/>
            <w:vAlign w:val="center"/>
          </w:tcPr>
          <w:p w14:paraId="14426C92" w14:textId="460B6A0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annos</w:t>
            </w:r>
            <w:proofErr w:type="spellEnd"/>
          </w:p>
        </w:tc>
        <w:tc>
          <w:tcPr>
            <w:tcW w:w="1836" w:type="dxa"/>
            <w:vAlign w:val="center"/>
          </w:tcPr>
          <w:p w14:paraId="534BDBC1" w14:textId="3EF073A7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eius</w:t>
            </w:r>
          </w:p>
        </w:tc>
      </w:tr>
      <w:tr w:rsidR="00A07548" w14:paraId="163C9BDB" w14:textId="77777777" w:rsidTr="003C32CF">
        <w:tc>
          <w:tcPr>
            <w:tcW w:w="1836" w:type="dxa"/>
            <w:vAlign w:val="center"/>
          </w:tcPr>
          <w:p w14:paraId="790AC41C" w14:textId="13FA6104" w:rsidR="00A07548" w:rsidRDefault="00995F2C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delay</w:t>
            </w:r>
          </w:p>
        </w:tc>
        <w:tc>
          <w:tcPr>
            <w:tcW w:w="1836" w:type="dxa"/>
            <w:vAlign w:val="center"/>
          </w:tcPr>
          <w:p w14:paraId="2D126C98" w14:textId="42C2E213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have graciously given</w:t>
            </w:r>
          </w:p>
        </w:tc>
        <w:tc>
          <w:tcPr>
            <w:tcW w:w="1836" w:type="dxa"/>
            <w:vAlign w:val="center"/>
          </w:tcPr>
          <w:p w14:paraId="36DCD7F7" w14:textId="39932EBA" w:rsidR="00A07548" w:rsidRDefault="005D4FAE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w="1836" w:type="dxa"/>
            <w:vAlign w:val="center"/>
          </w:tcPr>
          <w:p w14:paraId="5155E2EA" w14:textId="3EA6CD0C" w:rsidR="00A07548" w:rsidRDefault="005D4FAE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w="1836" w:type="dxa"/>
            <w:vAlign w:val="center"/>
          </w:tcPr>
          <w:p w14:paraId="66EF1016" w14:textId="390637D5" w:rsidR="00A07548" w:rsidRDefault="00E8498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years</w:t>
            </w:r>
          </w:p>
        </w:tc>
        <w:tc>
          <w:tcPr>
            <w:tcW w:w="1836" w:type="dxa"/>
            <w:vAlign w:val="center"/>
          </w:tcPr>
          <w:p w14:paraId="7C48F71A" w14:textId="64CDF814" w:rsidR="00A07548" w:rsidRDefault="00E8498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</w:tr>
      <w:tr w:rsidR="00A07548" w14:paraId="296817F1" w14:textId="77777777" w:rsidTr="003C32CF">
        <w:tc>
          <w:tcPr>
            <w:tcW w:w="1836" w:type="dxa"/>
            <w:vAlign w:val="center"/>
          </w:tcPr>
          <w:p w14:paraId="66FFFC42" w14:textId="29919BF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057D664B" w14:textId="52194BD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censum</w:t>
            </w:r>
            <w:proofErr w:type="spellEnd"/>
          </w:p>
        </w:tc>
        <w:tc>
          <w:tcPr>
            <w:tcW w:w="1836" w:type="dxa"/>
            <w:vAlign w:val="center"/>
          </w:tcPr>
          <w:p w14:paraId="36C9F774" w14:textId="2F7E58C9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sicut</w:t>
            </w:r>
          </w:p>
        </w:tc>
        <w:tc>
          <w:tcPr>
            <w:tcW w:w="1836" w:type="dxa"/>
            <w:vAlign w:val="center"/>
          </w:tcPr>
          <w:p w14:paraId="7D26FD6C" w14:textId="1D20D1E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praeceperas</w:t>
            </w:r>
            <w:proofErr w:type="spellEnd"/>
          </w:p>
        </w:tc>
        <w:tc>
          <w:tcPr>
            <w:tcW w:w="1836" w:type="dxa"/>
            <w:vAlign w:val="center"/>
          </w:tcPr>
          <w:p w14:paraId="5BD501BB" w14:textId="0F21CF02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ederem</w:t>
            </w:r>
            <w:proofErr w:type="spellEnd"/>
          </w:p>
        </w:tc>
        <w:tc>
          <w:tcPr>
            <w:tcW w:w="1836" w:type="dxa"/>
            <w:vAlign w:val="center"/>
          </w:tcPr>
          <w:p w14:paraId="15B0598C" w14:textId="1F0F40C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admonitus</w:t>
            </w:r>
            <w:proofErr w:type="spellEnd"/>
          </w:p>
        </w:tc>
      </w:tr>
      <w:tr w:rsidR="00A07548" w14:paraId="6B56BF50" w14:textId="77777777" w:rsidTr="003C32CF">
        <w:tc>
          <w:tcPr>
            <w:tcW w:w="1836" w:type="dxa"/>
            <w:vAlign w:val="center"/>
          </w:tcPr>
          <w:p w14:paraId="196B485A" w14:textId="53355042" w:rsidR="00A07548" w:rsidRDefault="009D38E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36" w:type="dxa"/>
            <w:vAlign w:val="center"/>
          </w:tcPr>
          <w:p w14:paraId="43C36954" w14:textId="5451FAED" w:rsidR="00A07548" w:rsidRDefault="00305D5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census</w:t>
            </w:r>
          </w:p>
        </w:tc>
        <w:tc>
          <w:tcPr>
            <w:tcW w:w="1836" w:type="dxa"/>
            <w:vAlign w:val="center"/>
          </w:tcPr>
          <w:p w14:paraId="3AACA40B" w14:textId="77CF4E00" w:rsidR="00A07548" w:rsidRDefault="00305D5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just as</w:t>
            </w:r>
          </w:p>
        </w:tc>
        <w:tc>
          <w:tcPr>
            <w:tcW w:w="1836" w:type="dxa"/>
            <w:vAlign w:val="center"/>
          </w:tcPr>
          <w:p w14:paraId="0C1DFC63" w14:textId="7DA49135" w:rsidR="00A07548" w:rsidRDefault="00305D5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had instructed</w:t>
            </w:r>
          </w:p>
        </w:tc>
        <w:tc>
          <w:tcPr>
            <w:tcW w:w="1836" w:type="dxa"/>
            <w:vAlign w:val="center"/>
          </w:tcPr>
          <w:p w14:paraId="756812E4" w14:textId="2654077F" w:rsidR="00A07548" w:rsidRDefault="005D4FAE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gave out</w:t>
            </w:r>
          </w:p>
        </w:tc>
        <w:tc>
          <w:tcPr>
            <w:tcW w:w="1836" w:type="dxa"/>
            <w:vAlign w:val="center"/>
          </w:tcPr>
          <w:p w14:paraId="34A9A61F" w14:textId="7664E362" w:rsidR="00A07548" w:rsidRDefault="00C403CE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have been advised</w:t>
            </w:r>
          </w:p>
        </w:tc>
      </w:tr>
      <w:tr w:rsidR="00A07548" w14:paraId="4F484721" w14:textId="77777777" w:rsidTr="003C32CF">
        <w:tc>
          <w:tcPr>
            <w:tcW w:w="1836" w:type="dxa"/>
            <w:vAlign w:val="center"/>
          </w:tcPr>
          <w:p w14:paraId="6325218F" w14:textId="27346C2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sum</w:t>
            </w:r>
          </w:p>
        </w:tc>
        <w:tc>
          <w:tcPr>
            <w:tcW w:w="1836" w:type="dxa"/>
            <w:vAlign w:val="center"/>
          </w:tcPr>
          <w:p w14:paraId="22854FCE" w14:textId="212602EA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</w:p>
        </w:tc>
        <w:tc>
          <w:tcPr>
            <w:tcW w:w="1836" w:type="dxa"/>
            <w:vAlign w:val="center"/>
          </w:tcPr>
          <w:p w14:paraId="6F53580B" w14:textId="4A4A9051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peritioribus</w:t>
            </w:r>
            <w:proofErr w:type="spellEnd"/>
          </w:p>
        </w:tc>
        <w:tc>
          <w:tcPr>
            <w:tcW w:w="1836" w:type="dxa"/>
            <w:vAlign w:val="center"/>
          </w:tcPr>
          <w:p w14:paraId="6B657F67" w14:textId="298F4DF1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debuisse</w:t>
            </w:r>
            <w:proofErr w:type="spellEnd"/>
          </w:p>
        </w:tc>
        <w:tc>
          <w:tcPr>
            <w:tcW w:w="1836" w:type="dxa"/>
            <w:vAlign w:val="center"/>
          </w:tcPr>
          <w:p w14:paraId="2FD5715A" w14:textId="79ADDA35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me</w:t>
            </w:r>
          </w:p>
        </w:tc>
        <w:tc>
          <w:tcPr>
            <w:tcW w:w="1836" w:type="dxa"/>
            <w:vAlign w:val="center"/>
          </w:tcPr>
          <w:p w14:paraId="2A6A68EE" w14:textId="1D99244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ante</w:t>
            </w:r>
          </w:p>
        </w:tc>
      </w:tr>
      <w:tr w:rsidR="00A07548" w14:paraId="473D6ACF" w14:textId="77777777" w:rsidTr="003C32CF">
        <w:tc>
          <w:tcPr>
            <w:tcW w:w="1836" w:type="dxa"/>
            <w:vAlign w:val="center"/>
          </w:tcPr>
          <w:p w14:paraId="22DDA092" w14:textId="77777777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9= </w:t>
            </w:r>
          </w:p>
        </w:tc>
        <w:tc>
          <w:tcPr>
            <w:tcW w:w="1836" w:type="dxa"/>
            <w:vAlign w:val="center"/>
          </w:tcPr>
          <w:p w14:paraId="2B65C3E0" w14:textId="5DDD1A13" w:rsidR="00A07548" w:rsidRDefault="009B088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w="1836" w:type="dxa"/>
            <w:vAlign w:val="center"/>
          </w:tcPr>
          <w:p w14:paraId="7A18431C" w14:textId="369E332E" w:rsidR="00A07548" w:rsidRDefault="009B088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(those) more skilled</w:t>
            </w:r>
          </w:p>
        </w:tc>
        <w:tc>
          <w:tcPr>
            <w:tcW w:w="1836" w:type="dxa"/>
            <w:vAlign w:val="center"/>
          </w:tcPr>
          <w:p w14:paraId="0FD3881B" w14:textId="21662FA5" w:rsidR="00A07548" w:rsidRDefault="009B088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should</w:t>
            </w:r>
          </w:p>
        </w:tc>
        <w:tc>
          <w:tcPr>
            <w:tcW w:w="1836" w:type="dxa"/>
            <w:vAlign w:val="center"/>
          </w:tcPr>
          <w:p w14:paraId="41191BE5" w14:textId="744FFE3A" w:rsidR="00A07548" w:rsidRDefault="009B0883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I</w:t>
            </w:r>
          </w:p>
        </w:tc>
        <w:tc>
          <w:tcPr>
            <w:tcW w:w="1836" w:type="dxa"/>
            <w:vAlign w:val="center"/>
          </w:tcPr>
          <w:p w14:paraId="7B5000D8" w14:textId="2C77C5B5" w:rsidR="00A07548" w:rsidRDefault="00CB27B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previously</w:t>
            </w:r>
          </w:p>
        </w:tc>
      </w:tr>
      <w:tr w:rsidR="00A07548" w14:paraId="750CD73B" w14:textId="77777777" w:rsidTr="003C32CF">
        <w:tc>
          <w:tcPr>
            <w:tcW w:w="1836" w:type="dxa"/>
            <w:vAlign w:val="center"/>
          </w:tcPr>
          <w:p w14:paraId="656FF0A8" w14:textId="1711AFE8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ei</w:t>
            </w:r>
            <w:proofErr w:type="spellEnd"/>
          </w:p>
        </w:tc>
        <w:tc>
          <w:tcPr>
            <w:tcW w:w="1836" w:type="dxa"/>
            <w:vAlign w:val="center"/>
          </w:tcPr>
          <w:p w14:paraId="127049C1" w14:textId="1C961147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Alexandrinam</w:t>
            </w:r>
            <w:proofErr w:type="spellEnd"/>
          </w:p>
        </w:tc>
        <w:tc>
          <w:tcPr>
            <w:tcW w:w="1836" w:type="dxa"/>
            <w:vAlign w:val="center"/>
          </w:tcPr>
          <w:p w14:paraId="78CA3A17" w14:textId="44219AE6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civitatem</w:t>
            </w:r>
            <w:proofErr w:type="spellEnd"/>
          </w:p>
        </w:tc>
        <w:tc>
          <w:tcPr>
            <w:tcW w:w="1836" w:type="dxa"/>
            <w:vAlign w:val="center"/>
          </w:tcPr>
          <w:p w14:paraId="0123816A" w14:textId="584035A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impetrare</w:t>
            </w:r>
            <w:proofErr w:type="spellEnd"/>
          </w:p>
        </w:tc>
        <w:tc>
          <w:tcPr>
            <w:tcW w:w="1836" w:type="dxa"/>
            <w:vAlign w:val="center"/>
          </w:tcPr>
          <w:p w14:paraId="4A287921" w14:textId="32584308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deinde</w:t>
            </w:r>
            <w:proofErr w:type="spellEnd"/>
          </w:p>
        </w:tc>
        <w:tc>
          <w:tcPr>
            <w:tcW w:w="1836" w:type="dxa"/>
            <w:vAlign w:val="center"/>
          </w:tcPr>
          <w:p w14:paraId="0DBBB49E" w14:textId="7F10562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Romanam</w:t>
            </w:r>
            <w:proofErr w:type="spellEnd"/>
          </w:p>
        </w:tc>
      </w:tr>
      <w:tr w:rsidR="00A07548" w14:paraId="59BCD540" w14:textId="77777777" w:rsidTr="003C32CF">
        <w:tc>
          <w:tcPr>
            <w:tcW w:w="1836" w:type="dxa"/>
            <w:vAlign w:val="center"/>
          </w:tcPr>
          <w:p w14:paraId="08A9D75E" w14:textId="15C783B1" w:rsidR="00A07548" w:rsidRDefault="00CB27B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him</w:t>
            </w:r>
          </w:p>
        </w:tc>
        <w:tc>
          <w:tcPr>
            <w:tcW w:w="1836" w:type="dxa"/>
            <w:vAlign w:val="center"/>
          </w:tcPr>
          <w:p w14:paraId="76B7D809" w14:textId="38DAB404" w:rsidR="00A07548" w:rsidRDefault="00CB27B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Alexandrian</w:t>
            </w:r>
          </w:p>
        </w:tc>
        <w:tc>
          <w:tcPr>
            <w:tcW w:w="1836" w:type="dxa"/>
            <w:vAlign w:val="center"/>
          </w:tcPr>
          <w:p w14:paraId="05E7B587" w14:textId="7DFDB2E4" w:rsidR="00A07548" w:rsidRDefault="00CB27B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252BB105" w14:textId="4C015FAC" w:rsidR="00A07548" w:rsidRDefault="00D21C8A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obtain</w:t>
            </w:r>
          </w:p>
        </w:tc>
        <w:tc>
          <w:tcPr>
            <w:tcW w:w="1836" w:type="dxa"/>
            <w:vAlign w:val="center"/>
          </w:tcPr>
          <w:p w14:paraId="1832D068" w14:textId="50B18078" w:rsidR="00A07548" w:rsidRDefault="00892B6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w="1836" w:type="dxa"/>
            <w:vAlign w:val="center"/>
          </w:tcPr>
          <w:p w14:paraId="7071D31C" w14:textId="1D656336" w:rsidR="00A07548" w:rsidRDefault="00892B6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</w:tr>
      <w:tr w:rsidR="00A07548" w14:paraId="2E9A2D04" w14:textId="77777777" w:rsidTr="003C32CF">
        <w:tc>
          <w:tcPr>
            <w:tcW w:w="1836" w:type="dxa"/>
            <w:vAlign w:val="center"/>
          </w:tcPr>
          <w:p w14:paraId="2BA31AEC" w14:textId="30C71F7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quoniam</w:t>
            </w:r>
          </w:p>
        </w:tc>
        <w:tc>
          <w:tcPr>
            <w:tcW w:w="1836" w:type="dxa"/>
            <w:vAlign w:val="center"/>
          </w:tcPr>
          <w:p w14:paraId="2B4C8A68" w14:textId="620F02B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esset</w:t>
            </w:r>
            <w:proofErr w:type="spellEnd"/>
          </w:p>
        </w:tc>
        <w:tc>
          <w:tcPr>
            <w:tcW w:w="1836" w:type="dxa"/>
            <w:vAlign w:val="center"/>
          </w:tcPr>
          <w:p w14:paraId="326673E0" w14:textId="3B2C488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Aegyptius</w:t>
            </w:r>
            <w:proofErr w:type="spellEnd"/>
            <w:r w:rsidR="00892B61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1F7825C7" w14:textId="4F429609" w:rsidR="00A07548" w:rsidRDefault="00892B61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A07548">
              <w:rPr>
                <w:rFonts w:ascii="Palatino" w:hAnsi="Palatino" w:cs="Palatino" w:eastAsia="Palatino"/>
                <w:color w:val="000000"/>
                <w:sz w:val="23"/>
              </w:rPr>
              <w:t>go</w:t>
            </w:r>
          </w:p>
        </w:tc>
        <w:tc>
          <w:tcPr>
            <w:tcW w:w="1836" w:type="dxa"/>
            <w:vAlign w:val="center"/>
          </w:tcPr>
          <w:p w14:paraId="5F4E0F1E" w14:textId="2699930B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autem</w:t>
            </w:r>
          </w:p>
        </w:tc>
        <w:tc>
          <w:tcPr>
            <w:tcW w:w="1836" w:type="dxa"/>
            <w:vAlign w:val="center"/>
          </w:tcPr>
          <w:p w14:paraId="50A6EB35" w14:textId="6CAAD141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quia</w:t>
            </w:r>
          </w:p>
        </w:tc>
      </w:tr>
      <w:tr w:rsidR="00A07548" w14:paraId="1668D9C0" w14:textId="77777777" w:rsidTr="003C32CF">
        <w:tc>
          <w:tcPr>
            <w:tcW w:w="1836" w:type="dxa"/>
            <w:vAlign w:val="center"/>
          </w:tcPr>
          <w:p w14:paraId="6BBDC758" w14:textId="57277B3B" w:rsidR="00A07548" w:rsidRDefault="00892B6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</w:t>
            </w:r>
          </w:p>
        </w:tc>
        <w:tc>
          <w:tcPr>
            <w:tcW w:w="1836" w:type="dxa"/>
            <w:vAlign w:val="center"/>
          </w:tcPr>
          <w:p w14:paraId="6A957373" w14:textId="6A51A626" w:rsidR="00A07548" w:rsidRDefault="00892B6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was</w:t>
            </w:r>
          </w:p>
        </w:tc>
        <w:tc>
          <w:tcPr>
            <w:tcW w:w="1836" w:type="dxa"/>
            <w:vAlign w:val="center"/>
          </w:tcPr>
          <w:p w14:paraId="027B05FB" w14:textId="37AE7787" w:rsidR="00A07548" w:rsidRDefault="00892B6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Egyptian</w:t>
            </w:r>
          </w:p>
        </w:tc>
        <w:tc>
          <w:tcPr>
            <w:tcW w:w="1836" w:type="dxa"/>
            <w:vAlign w:val="center"/>
          </w:tcPr>
          <w:p w14:paraId="44A123AF" w14:textId="5753020B" w:rsidR="00A07548" w:rsidRDefault="00892B61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w="1836" w:type="dxa"/>
            <w:vAlign w:val="center"/>
          </w:tcPr>
          <w:p w14:paraId="74E2BE93" w14:textId="476D2A59" w:rsidR="00A07548" w:rsidRDefault="00892B61" w:rsidP="00A0754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however</w:t>
            </w:r>
          </w:p>
        </w:tc>
        <w:tc>
          <w:tcPr>
            <w:tcW w:w="1836" w:type="dxa"/>
            <w:vAlign w:val="center"/>
          </w:tcPr>
          <w:p w14:paraId="39B6019E" w14:textId="2039D380" w:rsidR="00A07548" w:rsidRDefault="00E26EB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</w:t>
            </w:r>
          </w:p>
        </w:tc>
      </w:tr>
      <w:tr w:rsidR="00A07548" w14:paraId="0B568104" w14:textId="77777777" w:rsidTr="003C32CF">
        <w:tc>
          <w:tcPr>
            <w:tcW w:w="1836" w:type="dxa"/>
            <w:vAlign w:val="center"/>
          </w:tcPr>
          <w:p w14:paraId="516D809B" w14:textId="702A96A8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inter</w:t>
            </w:r>
          </w:p>
        </w:tc>
        <w:tc>
          <w:tcPr>
            <w:tcW w:w="1836" w:type="dxa"/>
            <w:vAlign w:val="center"/>
          </w:tcPr>
          <w:p w14:paraId="70EBA707" w14:textId="2CE2A88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Aegyptios</w:t>
            </w:r>
            <w:proofErr w:type="spellEnd"/>
          </w:p>
        </w:tc>
        <w:tc>
          <w:tcPr>
            <w:tcW w:w="1836" w:type="dxa"/>
            <w:vAlign w:val="center"/>
          </w:tcPr>
          <w:p w14:paraId="1B73A6E4" w14:textId="0E68733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ceterosque</w:t>
            </w:r>
            <w:proofErr w:type="spellEnd"/>
          </w:p>
        </w:tc>
        <w:tc>
          <w:tcPr>
            <w:tcW w:w="1836" w:type="dxa"/>
            <w:vAlign w:val="center"/>
          </w:tcPr>
          <w:p w14:paraId="3ED6294F" w14:textId="581846C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peregrinos</w:t>
            </w:r>
            <w:proofErr w:type="spellEnd"/>
          </w:p>
        </w:tc>
        <w:tc>
          <w:tcPr>
            <w:tcW w:w="1836" w:type="dxa"/>
            <w:vAlign w:val="center"/>
          </w:tcPr>
          <w:p w14:paraId="38FB832E" w14:textId="3660965D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nihil</w:t>
            </w:r>
          </w:p>
        </w:tc>
        <w:tc>
          <w:tcPr>
            <w:tcW w:w="1836" w:type="dxa"/>
            <w:vAlign w:val="center"/>
          </w:tcPr>
          <w:p w14:paraId="23E4607E" w14:textId="3275459A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interesse</w:t>
            </w:r>
          </w:p>
        </w:tc>
      </w:tr>
      <w:tr w:rsidR="00A07548" w14:paraId="621FE8C9" w14:textId="77777777" w:rsidTr="003C32CF">
        <w:tc>
          <w:tcPr>
            <w:tcW w:w="1836" w:type="dxa"/>
            <w:vAlign w:val="center"/>
          </w:tcPr>
          <w:p w14:paraId="10A0359F" w14:textId="0D89057E" w:rsidR="00A07548" w:rsidRDefault="004B44F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between</w:t>
            </w:r>
          </w:p>
        </w:tc>
        <w:tc>
          <w:tcPr>
            <w:tcW w:w="1836" w:type="dxa"/>
            <w:vAlign w:val="center"/>
          </w:tcPr>
          <w:p w14:paraId="6D35CCF5" w14:textId="0AB11BA7" w:rsidR="00A07548" w:rsidRDefault="004B44F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Egyptians</w:t>
            </w:r>
          </w:p>
        </w:tc>
        <w:tc>
          <w:tcPr>
            <w:tcW w:w="1836" w:type="dxa"/>
            <w:vAlign w:val="center"/>
          </w:tcPr>
          <w:p w14:paraId="4404B5AF" w14:textId="28C53DE5" w:rsidR="00A07548" w:rsidRDefault="004B44F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36" w:type="dxa"/>
            <w:vAlign w:val="center"/>
          </w:tcPr>
          <w:p w14:paraId="03BADCF6" w14:textId="77777777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</w:p>
        </w:tc>
        <w:tc>
          <w:tcPr>
            <w:tcW w:w="1836" w:type="dxa"/>
            <w:vAlign w:val="center"/>
          </w:tcPr>
          <w:p w14:paraId="32BB6970" w14:textId="259652D4" w:rsidR="00A07548" w:rsidRDefault="0008440D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nothing</w:t>
            </w:r>
          </w:p>
        </w:tc>
        <w:tc>
          <w:tcPr>
            <w:tcW w:w="1836" w:type="dxa"/>
            <w:vAlign w:val="center"/>
          </w:tcPr>
          <w:p w14:paraId="5AC8BDA2" w14:textId="6F1854F9" w:rsidR="00A07548" w:rsidRDefault="0008440D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it differs</w:t>
            </w:r>
          </w:p>
        </w:tc>
      </w:tr>
      <w:tr w:rsidR="00A07548" w14:paraId="4E61A79A" w14:textId="77777777" w:rsidTr="003C32CF">
        <w:tc>
          <w:tcPr>
            <w:tcW w:w="1836" w:type="dxa"/>
            <w:vAlign w:val="center"/>
          </w:tcPr>
          <w:p w14:paraId="77396514" w14:textId="57FBFA4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credebam</w:t>
            </w:r>
            <w:proofErr w:type="spellEnd"/>
          </w:p>
        </w:tc>
        <w:tc>
          <w:tcPr>
            <w:tcW w:w="1836" w:type="dxa"/>
            <w:vAlign w:val="center"/>
          </w:tcPr>
          <w:p w14:paraId="6FE7AA2C" w14:textId="78BDBE73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contentus</w:t>
            </w:r>
            <w:proofErr w:type="spellEnd"/>
          </w:p>
        </w:tc>
        <w:tc>
          <w:tcPr>
            <w:tcW w:w="1836" w:type="dxa"/>
            <w:vAlign w:val="center"/>
          </w:tcPr>
          <w:p w14:paraId="25784835" w14:textId="22402C41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fueram</w:t>
            </w:r>
            <w:proofErr w:type="spellEnd"/>
          </w:p>
        </w:tc>
        <w:tc>
          <w:tcPr>
            <w:tcW w:w="1836" w:type="dxa"/>
            <w:vAlign w:val="center"/>
          </w:tcPr>
          <w:p w14:paraId="1276D43A" w14:textId="12EE7170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hoc</w:t>
            </w:r>
          </w:p>
        </w:tc>
        <w:tc>
          <w:tcPr>
            <w:tcW w:w="1836" w:type="dxa"/>
            <w:vAlign w:val="center"/>
          </w:tcPr>
          <w:p w14:paraId="73B866AC" w14:textId="60829586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solum</w:t>
            </w:r>
          </w:p>
        </w:tc>
        <w:tc>
          <w:tcPr>
            <w:tcW w:w="1836" w:type="dxa"/>
            <w:vAlign w:val="center"/>
          </w:tcPr>
          <w:p w14:paraId="0447B7C5" w14:textId="0CAF2C98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scribere</w:t>
            </w:r>
            <w:proofErr w:type="spellEnd"/>
          </w:p>
        </w:tc>
      </w:tr>
      <w:tr w:rsidR="00A07548" w14:paraId="791F9FF6" w14:textId="77777777" w:rsidTr="003C32CF">
        <w:tc>
          <w:tcPr>
            <w:tcW w:w="1836" w:type="dxa"/>
            <w:vAlign w:val="center"/>
          </w:tcPr>
          <w:p w14:paraId="1367B124" w14:textId="1ECEE86E" w:rsidR="00A07548" w:rsidRDefault="00E26EB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was believing</w:t>
            </w:r>
          </w:p>
        </w:tc>
        <w:tc>
          <w:tcPr>
            <w:tcW w:w="1836" w:type="dxa"/>
            <w:vAlign w:val="center"/>
          </w:tcPr>
          <w:p w14:paraId="0C035EAA" w14:textId="6B44A292" w:rsidR="00A07548" w:rsidRDefault="005D580C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satisfied</w:t>
            </w:r>
          </w:p>
        </w:tc>
        <w:tc>
          <w:tcPr>
            <w:tcW w:w="1836" w:type="dxa"/>
            <w:vAlign w:val="center"/>
          </w:tcPr>
          <w:p w14:paraId="78535627" w14:textId="423408EB" w:rsidR="00A07548" w:rsidRDefault="005D580C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been</w:t>
            </w:r>
          </w:p>
        </w:tc>
        <w:tc>
          <w:tcPr>
            <w:tcW w:w="1836" w:type="dxa"/>
            <w:vAlign w:val="center"/>
          </w:tcPr>
          <w:p w14:paraId="301D116D" w14:textId="3E6BB855" w:rsidR="00A07548" w:rsidRDefault="0030724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w="1836" w:type="dxa"/>
            <w:vAlign w:val="center"/>
          </w:tcPr>
          <w:p w14:paraId="663254CB" w14:textId="14D9EFC4" w:rsidR="00A07548" w:rsidRDefault="0030724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  <w:tc>
          <w:tcPr>
            <w:tcW w:w="1836" w:type="dxa"/>
            <w:vAlign w:val="center"/>
          </w:tcPr>
          <w:p w14:paraId="33EBD38D" w14:textId="1FD2CC61" w:rsidR="00A07548" w:rsidRDefault="005D580C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write</w:t>
            </w:r>
          </w:p>
        </w:tc>
      </w:tr>
      <w:tr w:rsidR="00A07548" w14:paraId="563450DE" w14:textId="77777777" w:rsidTr="003C32CF">
        <w:tc>
          <w:tcPr>
            <w:tcW w:w="1836" w:type="dxa"/>
            <w:vAlign w:val="center"/>
          </w:tcPr>
          <w:p w14:paraId="6C7F3D31" w14:textId="374E80D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tibi</w:t>
            </w:r>
            <w:proofErr w:type="spellEnd"/>
          </w:p>
        </w:tc>
        <w:tc>
          <w:tcPr>
            <w:tcW w:w="1836" w:type="dxa"/>
            <w:vAlign w:val="center"/>
          </w:tcPr>
          <w:p w14:paraId="685B78D5" w14:textId="59B06AE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esse</w:t>
            </w:r>
            <w:proofErr w:type="spellEnd"/>
          </w:p>
        </w:tc>
        <w:tc>
          <w:tcPr>
            <w:tcW w:w="1836" w:type="dxa"/>
            <w:vAlign w:val="center"/>
          </w:tcPr>
          <w:p w14:paraId="18378349" w14:textId="6000FFDF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eum</w:t>
            </w:r>
            <w:proofErr w:type="spellEnd"/>
          </w:p>
        </w:tc>
        <w:tc>
          <w:tcPr>
            <w:tcW w:w="1836" w:type="dxa"/>
            <w:vAlign w:val="center"/>
          </w:tcPr>
          <w:p w14:paraId="24B43D52" w14:textId="2164E874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</w:p>
        </w:tc>
        <w:tc>
          <w:tcPr>
            <w:tcW w:w="1836" w:type="dxa"/>
            <w:vAlign w:val="center"/>
          </w:tcPr>
          <w:p w14:paraId="31A1364D" w14:textId="373666D5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peregrina</w:t>
            </w:r>
          </w:p>
        </w:tc>
        <w:tc>
          <w:tcPr>
            <w:tcW w:w="1836" w:type="dxa"/>
            <w:vAlign w:val="center"/>
          </w:tcPr>
          <w:p w14:paraId="10ACF4B4" w14:textId="3D13D82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manumissum</w:t>
            </w:r>
            <w:proofErr w:type="spellEnd"/>
          </w:p>
        </w:tc>
      </w:tr>
      <w:tr w:rsidR="00A07548" w14:paraId="7C75BBA7" w14:textId="77777777" w:rsidTr="003C32CF">
        <w:tc>
          <w:tcPr>
            <w:tcW w:w="1836" w:type="dxa"/>
            <w:vAlign w:val="center"/>
          </w:tcPr>
          <w:p w14:paraId="300F2652" w14:textId="462D1956" w:rsidR="00A07548" w:rsidRDefault="0030724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w="1836" w:type="dxa"/>
            <w:vAlign w:val="center"/>
          </w:tcPr>
          <w:p w14:paraId="503DF12E" w14:textId="77777777" w:rsidR="00A07548" w:rsidRDefault="00A0754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18= </w:t>
            </w:r>
          </w:p>
        </w:tc>
        <w:tc>
          <w:tcPr>
            <w:tcW w:w="1836" w:type="dxa"/>
            <w:vAlign w:val="center"/>
          </w:tcPr>
          <w:p w14:paraId="735A3FEF" w14:textId="783274A1" w:rsidR="00A07548" w:rsidRDefault="0030724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he</w:t>
            </w:r>
          </w:p>
        </w:tc>
        <w:tc>
          <w:tcPr>
            <w:tcW w:w="1836" w:type="dxa"/>
            <w:vAlign w:val="center"/>
          </w:tcPr>
          <w:p w14:paraId="6853A5F0" w14:textId="0FA568C9" w:rsidR="00A07548" w:rsidRDefault="008B7B8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w="1836" w:type="dxa"/>
            <w:vAlign w:val="center"/>
          </w:tcPr>
          <w:p w14:paraId="6C11DA9A" w14:textId="36DD0842" w:rsidR="00A07548" w:rsidRDefault="008B7B8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foreign woman</w:t>
            </w:r>
          </w:p>
        </w:tc>
        <w:tc>
          <w:tcPr>
            <w:tcW w:w="1836" w:type="dxa"/>
            <w:vAlign w:val="center"/>
          </w:tcPr>
          <w:p w14:paraId="03FC2DCD" w14:textId="413626BD" w:rsidR="00A07548" w:rsidRDefault="008B7B8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been freed</w:t>
            </w:r>
          </w:p>
        </w:tc>
      </w:tr>
      <w:tr w:rsidR="00A07548" w14:paraId="2722C07C" w14:textId="77777777" w:rsidTr="003C32CF">
        <w:tc>
          <w:tcPr>
            <w:tcW w:w="1836" w:type="dxa"/>
            <w:vAlign w:val="center"/>
          </w:tcPr>
          <w:p w14:paraId="20EDDAA1" w14:textId="3D58947B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patronamque</w:t>
            </w:r>
            <w:proofErr w:type="spellEnd"/>
          </w:p>
        </w:tc>
        <w:tc>
          <w:tcPr>
            <w:tcW w:w="1836" w:type="dxa"/>
            <w:vAlign w:val="center"/>
          </w:tcPr>
          <w:p w14:paraId="5FE91639" w14:textId="0A4508A1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eius</w:t>
            </w:r>
          </w:p>
        </w:tc>
        <w:tc>
          <w:tcPr>
            <w:tcW w:w="1836" w:type="dxa"/>
            <w:vAlign w:val="center"/>
          </w:tcPr>
          <w:p w14:paraId="0C0675D8" w14:textId="1568C91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iam</w:t>
            </w:r>
            <w:proofErr w:type="spellEnd"/>
          </w:p>
        </w:tc>
        <w:tc>
          <w:tcPr>
            <w:tcW w:w="1836" w:type="dxa"/>
            <w:vAlign w:val="center"/>
          </w:tcPr>
          <w:p w14:paraId="6EE39544" w14:textId="6FF6CDC5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pridem</w:t>
            </w:r>
            <w:proofErr w:type="spellEnd"/>
          </w:p>
        </w:tc>
        <w:tc>
          <w:tcPr>
            <w:tcW w:w="1836" w:type="dxa"/>
            <w:vAlign w:val="center"/>
          </w:tcPr>
          <w:p w14:paraId="2BE23B94" w14:textId="133717C8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decessisse</w:t>
            </w:r>
            <w:proofErr w:type="spellEnd"/>
            <w:r w:rsidR="00A3337D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21146992" w14:textId="7E36C5BF" w:rsidR="00A07548" w:rsidRDefault="004F5F36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d</w:t>
            </w:r>
            <w:r w:rsidR="00A07548"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</w:p>
        </w:tc>
      </w:tr>
      <w:tr w:rsidR="00A07548" w14:paraId="7EFCA1D1" w14:textId="77777777" w:rsidTr="003C32CF">
        <w:tc>
          <w:tcPr>
            <w:tcW w:w="1836" w:type="dxa"/>
            <w:vAlign w:val="center"/>
          </w:tcPr>
          <w:p w14:paraId="7B3F2298" w14:textId="6287A22D" w:rsidR="00A07548" w:rsidRDefault="00EA4B2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patron</w:t>
            </w:r>
          </w:p>
        </w:tc>
        <w:tc>
          <w:tcPr>
            <w:tcW w:w="1836" w:type="dxa"/>
            <w:vAlign w:val="center"/>
          </w:tcPr>
          <w:p w14:paraId="401F2159" w14:textId="5CB9A317" w:rsidR="00A07548" w:rsidRDefault="00EA4B2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  <w:tc>
          <w:tcPr>
            <w:tcW w:w="1836" w:type="dxa"/>
            <w:vAlign w:val="center"/>
          </w:tcPr>
          <w:p w14:paraId="054F1E30" w14:textId="4552A7F5" w:rsidR="00A07548" w:rsidRDefault="00EA4B2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now</w:t>
            </w:r>
          </w:p>
        </w:tc>
        <w:tc>
          <w:tcPr>
            <w:tcW w:w="1836" w:type="dxa"/>
            <w:vAlign w:val="center"/>
          </w:tcPr>
          <w:p w14:paraId="4745DC85" w14:textId="419C7763" w:rsidR="00A07548" w:rsidRDefault="00EA4B2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 long time</w:t>
            </w:r>
          </w:p>
        </w:tc>
        <w:tc>
          <w:tcPr>
            <w:tcW w:w="1836" w:type="dxa"/>
            <w:vAlign w:val="center"/>
          </w:tcPr>
          <w:p w14:paraId="5E29C649" w14:textId="78E83045" w:rsidR="00A07548" w:rsidRDefault="00EA4B2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died</w:t>
            </w:r>
          </w:p>
        </w:tc>
        <w:tc>
          <w:tcPr>
            <w:tcW w:w="1836" w:type="dxa"/>
            <w:vAlign w:val="center"/>
          </w:tcPr>
          <w:p w14:paraId="03A8D4E9" w14:textId="5FAEA169" w:rsidR="00A07548" w:rsidRDefault="0024153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</w:t>
            </w:r>
          </w:p>
        </w:tc>
      </w:tr>
      <w:tr w:rsidR="00A07548" w14:paraId="52771967" w14:textId="77777777" w:rsidTr="003C32CF">
        <w:tc>
          <w:tcPr>
            <w:tcW w:w="1836" w:type="dxa"/>
            <w:vAlign w:val="center"/>
          </w:tcPr>
          <w:p w14:paraId="2633CB0A" w14:textId="68C95DEC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qua</w:t>
            </w:r>
          </w:p>
        </w:tc>
        <w:tc>
          <w:tcPr>
            <w:tcW w:w="1836" w:type="dxa"/>
            <w:vAlign w:val="center"/>
          </w:tcPr>
          <w:p w14:paraId="2C010DC2" w14:textId="1025194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ignorantia</w:t>
            </w:r>
            <w:proofErr w:type="spellEnd"/>
          </w:p>
        </w:tc>
        <w:tc>
          <w:tcPr>
            <w:tcW w:w="1836" w:type="dxa"/>
            <w:vAlign w:val="center"/>
          </w:tcPr>
          <w:p w14:paraId="3F799E1F" w14:textId="7A486E65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mea</w:t>
            </w:r>
            <w:proofErr w:type="spellEnd"/>
          </w:p>
        </w:tc>
        <w:tc>
          <w:tcPr>
            <w:tcW w:w="1836" w:type="dxa"/>
            <w:vAlign w:val="center"/>
          </w:tcPr>
          <w:p w14:paraId="37B3F284" w14:textId="47C00736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  <w:tc>
          <w:tcPr>
            <w:tcW w:w="1836" w:type="dxa"/>
            <w:vAlign w:val="center"/>
          </w:tcPr>
          <w:p w14:paraId="0D6B70F9" w14:textId="2CE17976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queror</w:t>
            </w:r>
            <w:proofErr w:type="spellEnd"/>
          </w:p>
        </w:tc>
        <w:tc>
          <w:tcPr>
            <w:tcW w:w="1836" w:type="dxa"/>
            <w:vAlign w:val="center"/>
          </w:tcPr>
          <w:p w14:paraId="6DD9AAB7" w14:textId="60FD6B59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per</w:t>
            </w:r>
          </w:p>
        </w:tc>
      </w:tr>
      <w:tr w:rsidR="00A07548" w14:paraId="000EB542" w14:textId="77777777" w:rsidTr="003C32CF">
        <w:tc>
          <w:tcPr>
            <w:tcW w:w="1836" w:type="dxa"/>
            <w:vAlign w:val="center"/>
          </w:tcPr>
          <w:p w14:paraId="3E16660D" w14:textId="49FC64C5" w:rsidR="00A07548" w:rsidRDefault="0024153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w="1836" w:type="dxa"/>
            <w:vAlign w:val="center"/>
          </w:tcPr>
          <w:p w14:paraId="7C55CE32" w14:textId="41D3ABD0" w:rsidR="00A07548" w:rsidRDefault="006B043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ignorance</w:t>
            </w:r>
          </w:p>
        </w:tc>
        <w:tc>
          <w:tcPr>
            <w:tcW w:w="1836" w:type="dxa"/>
            <w:vAlign w:val="center"/>
          </w:tcPr>
          <w:p w14:paraId="02D44D54" w14:textId="3C2ACF32" w:rsidR="00A07548" w:rsidRDefault="006B043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w="1836" w:type="dxa"/>
            <w:vAlign w:val="center"/>
          </w:tcPr>
          <w:p w14:paraId="25A7380E" w14:textId="00DD2D12" w:rsidR="00A07548" w:rsidRDefault="0024153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836" w:type="dxa"/>
            <w:vAlign w:val="center"/>
          </w:tcPr>
          <w:p w14:paraId="1B1E2ED5" w14:textId="52D5DA47" w:rsidR="00A07548" w:rsidRDefault="0024153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am complaining</w:t>
            </w:r>
          </w:p>
        </w:tc>
        <w:tc>
          <w:tcPr>
            <w:tcW w:w="1836" w:type="dxa"/>
            <w:vAlign w:val="center"/>
          </w:tcPr>
          <w:p w14:paraId="6FF75F44" w14:textId="6CC26B4B" w:rsidR="00A07548" w:rsidRDefault="006B043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</w:tr>
      <w:tr w:rsidR="00A07548" w14:paraId="449CFBF6" w14:textId="77777777" w:rsidTr="003C32CF">
        <w:tc>
          <w:tcPr>
            <w:tcW w:w="1836" w:type="dxa"/>
            <w:vAlign w:val="center"/>
          </w:tcPr>
          <w:p w14:paraId="7D090F95" w14:textId="750C1A1C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quam</w:t>
            </w:r>
            <w:proofErr w:type="spellEnd"/>
          </w:p>
        </w:tc>
        <w:tc>
          <w:tcPr>
            <w:tcW w:w="1836" w:type="dxa"/>
            <w:vAlign w:val="center"/>
          </w:tcPr>
          <w:p w14:paraId="5FA7CF6C" w14:textId="6C5289C6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stetit</w:t>
            </w:r>
            <w:proofErr w:type="spellEnd"/>
          </w:p>
        </w:tc>
        <w:tc>
          <w:tcPr>
            <w:tcW w:w="1836" w:type="dxa"/>
            <w:vAlign w:val="center"/>
          </w:tcPr>
          <w:p w14:paraId="43CD4BA9" w14:textId="357C5675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  <w:proofErr w:type="spellEnd"/>
          </w:p>
        </w:tc>
        <w:tc>
          <w:tcPr>
            <w:tcW w:w="1836" w:type="dxa"/>
            <w:vAlign w:val="center"/>
          </w:tcPr>
          <w:p w14:paraId="35DC5BAD" w14:textId="7E0DA523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tibi</w:t>
            </w:r>
            <w:proofErr w:type="spellEnd"/>
          </w:p>
        </w:tc>
        <w:tc>
          <w:tcPr>
            <w:tcW w:w="1836" w:type="dxa"/>
            <w:vAlign w:val="center"/>
          </w:tcPr>
          <w:p w14:paraId="61B5C80C" w14:textId="6C85195D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pro</w:t>
            </w:r>
          </w:p>
        </w:tc>
        <w:tc>
          <w:tcPr>
            <w:tcW w:w="1836" w:type="dxa"/>
            <w:vAlign w:val="center"/>
          </w:tcPr>
          <w:p w14:paraId="15C86A26" w14:textId="492AE31F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eodem</w:t>
            </w:r>
            <w:proofErr w:type="spellEnd"/>
          </w:p>
        </w:tc>
      </w:tr>
      <w:tr w:rsidR="00A07548" w14:paraId="7F14CD16" w14:textId="77777777" w:rsidTr="003C32CF">
        <w:tc>
          <w:tcPr>
            <w:tcW w:w="1836" w:type="dxa"/>
            <w:vAlign w:val="center"/>
          </w:tcPr>
          <w:p w14:paraId="557AE322" w14:textId="415FFF76" w:rsidR="00A07548" w:rsidRDefault="006B043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36" w:type="dxa"/>
            <w:vAlign w:val="center"/>
          </w:tcPr>
          <w:p w14:paraId="6668763A" w14:textId="6CFBAD24" w:rsidR="00A07548" w:rsidRDefault="006B043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stands</w:t>
            </w:r>
          </w:p>
        </w:tc>
        <w:tc>
          <w:tcPr>
            <w:tcW w:w="1836" w:type="dxa"/>
            <w:vAlign w:val="center"/>
          </w:tcPr>
          <w:p w14:paraId="508C77F8" w14:textId="63487324" w:rsidR="00A07548" w:rsidRDefault="00FC5FE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836" w:type="dxa"/>
            <w:vAlign w:val="center"/>
          </w:tcPr>
          <w:p w14:paraId="37E34A53" w14:textId="7C1872BE" w:rsidR="00A07548" w:rsidRDefault="00FC5FE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w="1836" w:type="dxa"/>
            <w:vAlign w:val="center"/>
          </w:tcPr>
          <w:p w14:paraId="25A714D7" w14:textId="3D26C89D" w:rsidR="00A07548" w:rsidRDefault="000918C7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w="1836" w:type="dxa"/>
            <w:vAlign w:val="center"/>
          </w:tcPr>
          <w:p w14:paraId="15D748E9" w14:textId="01BCF9FA" w:rsidR="00A07548" w:rsidRDefault="000918C7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same</w:t>
            </w:r>
          </w:p>
        </w:tc>
      </w:tr>
      <w:tr w:rsidR="00A07548" w14:paraId="4735D56B" w14:textId="77777777" w:rsidTr="003C32CF">
        <w:tc>
          <w:tcPr>
            <w:tcW w:w="1836" w:type="dxa"/>
            <w:vAlign w:val="center"/>
          </w:tcPr>
          <w:p w14:paraId="686EC036" w14:textId="0D57EA1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homine</w:t>
            </w:r>
            <w:proofErr w:type="spellEnd"/>
          </w:p>
        </w:tc>
        <w:tc>
          <w:tcPr>
            <w:tcW w:w="1836" w:type="dxa"/>
            <w:vAlign w:val="center"/>
          </w:tcPr>
          <w:p w14:paraId="7BD0CC21" w14:textId="00BD29D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saepius</w:t>
            </w:r>
            <w:proofErr w:type="spellEnd"/>
          </w:p>
        </w:tc>
        <w:tc>
          <w:tcPr>
            <w:tcW w:w="1836" w:type="dxa"/>
            <w:vAlign w:val="center"/>
          </w:tcPr>
          <w:p w14:paraId="1433F924" w14:textId="6B1DC9DC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obligarer</w:t>
            </w:r>
            <w:proofErr w:type="spellEnd"/>
            <w:r w:rsidR="0007566F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28E983F7" w14:textId="5C4B4725" w:rsidR="00A07548" w:rsidRDefault="0007566F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</w:t>
            </w:r>
            <w:r w:rsidR="00A07548">
              <w:rPr>
                <w:rFonts w:ascii="Palatino" w:hAnsi="Palatino" w:cs="Palatino" w:eastAsia="Palatino"/>
                <w:color w:val="000000"/>
                <w:sz w:val="23"/>
              </w:rPr>
              <w:t>ogo</w:t>
            </w:r>
            <w:proofErr w:type="spellEnd"/>
          </w:p>
        </w:tc>
        <w:tc>
          <w:tcPr>
            <w:tcW w:w="1836" w:type="dxa"/>
            <w:vAlign w:val="center"/>
          </w:tcPr>
          <w:p w14:paraId="217862D0" w14:textId="04E2206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itaque</w:t>
            </w:r>
            <w:proofErr w:type="spellEnd"/>
          </w:p>
        </w:tc>
        <w:tc>
          <w:tcPr>
            <w:tcW w:w="1836" w:type="dxa"/>
            <w:vAlign w:val="center"/>
          </w:tcPr>
          <w:p w14:paraId="2273955D" w14:textId="7202BE2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  <w:proofErr w:type="spellEnd"/>
          </w:p>
        </w:tc>
      </w:tr>
      <w:tr w:rsidR="00A07548" w14:paraId="57B15208" w14:textId="77777777" w:rsidTr="003C32CF">
        <w:tc>
          <w:tcPr>
            <w:tcW w:w="1836" w:type="dxa"/>
            <w:vAlign w:val="center"/>
          </w:tcPr>
          <w:p w14:paraId="77495265" w14:textId="4C90D3E5" w:rsidR="00A07548" w:rsidRDefault="0007566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man</w:t>
            </w:r>
          </w:p>
        </w:tc>
        <w:tc>
          <w:tcPr>
            <w:tcW w:w="1836" w:type="dxa"/>
            <w:vAlign w:val="center"/>
          </w:tcPr>
          <w:p w14:paraId="52EAD571" w14:textId="323ECFD1" w:rsidR="00A07548" w:rsidRDefault="000918C7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often</w:t>
            </w:r>
          </w:p>
        </w:tc>
        <w:tc>
          <w:tcPr>
            <w:tcW w:w="1836" w:type="dxa"/>
            <w:vAlign w:val="center"/>
          </w:tcPr>
          <w:p w14:paraId="160B277F" w14:textId="64C7CDE6" w:rsidR="00A07548" w:rsidRDefault="00FC5FE4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am obliged</w:t>
            </w:r>
          </w:p>
        </w:tc>
        <w:tc>
          <w:tcPr>
            <w:tcW w:w="1836" w:type="dxa"/>
            <w:vAlign w:val="center"/>
          </w:tcPr>
          <w:p w14:paraId="44F6E5A3" w14:textId="4A6766D7" w:rsidR="00A07548" w:rsidRDefault="0007566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ask</w:t>
            </w:r>
          </w:p>
        </w:tc>
        <w:tc>
          <w:tcPr>
            <w:tcW w:w="1836" w:type="dxa"/>
            <w:vAlign w:val="center"/>
          </w:tcPr>
          <w:p w14:paraId="4ED48863" w14:textId="27D4FEEF" w:rsidR="00A07548" w:rsidRDefault="0007566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so</w:t>
            </w:r>
          </w:p>
        </w:tc>
        <w:tc>
          <w:tcPr>
            <w:tcW w:w="1836" w:type="dxa"/>
            <w:vAlign w:val="center"/>
          </w:tcPr>
          <w:p w14:paraId="4A812690" w14:textId="57175879" w:rsidR="00A07548" w:rsidRDefault="0007566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</w:tr>
      <w:tr w:rsidR="00A07548" w14:paraId="49AF1295" w14:textId="77777777" w:rsidTr="003C32CF">
        <w:tc>
          <w:tcPr>
            <w:tcW w:w="1836" w:type="dxa"/>
            <w:vAlign w:val="center"/>
          </w:tcPr>
          <w:p w14:paraId="0BC79DEC" w14:textId="6E44CB3B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beneficio</w:t>
            </w:r>
            <w:proofErr w:type="spellEnd"/>
          </w:p>
        </w:tc>
        <w:tc>
          <w:tcPr>
            <w:tcW w:w="1836" w:type="dxa"/>
            <w:vAlign w:val="center"/>
          </w:tcPr>
          <w:p w14:paraId="0402168B" w14:textId="60358F2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tuo</w:t>
            </w:r>
            <w:proofErr w:type="spellEnd"/>
          </w:p>
        </w:tc>
        <w:tc>
          <w:tcPr>
            <w:tcW w:w="1836" w:type="dxa"/>
            <w:vAlign w:val="center"/>
          </w:tcPr>
          <w:p w14:paraId="5F2781A0" w14:textId="01C149E6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legitime</w:t>
            </w:r>
          </w:p>
        </w:tc>
        <w:tc>
          <w:tcPr>
            <w:tcW w:w="1836" w:type="dxa"/>
            <w:vAlign w:val="center"/>
          </w:tcPr>
          <w:p w14:paraId="09A4BAA2" w14:textId="6F3CACA8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frui</w:t>
            </w:r>
            <w:proofErr w:type="spellEnd"/>
          </w:p>
        </w:tc>
        <w:tc>
          <w:tcPr>
            <w:tcW w:w="1836" w:type="dxa"/>
            <w:vAlign w:val="center"/>
          </w:tcPr>
          <w:p w14:paraId="0F9894B9" w14:textId="05B89A67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possim</w:t>
            </w:r>
            <w:proofErr w:type="spellEnd"/>
          </w:p>
        </w:tc>
        <w:tc>
          <w:tcPr>
            <w:tcW w:w="1836" w:type="dxa"/>
            <w:vAlign w:val="center"/>
          </w:tcPr>
          <w:p w14:paraId="6B8E35B3" w14:textId="16082515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tribuas</w:t>
            </w:r>
            <w:proofErr w:type="spellEnd"/>
          </w:p>
        </w:tc>
      </w:tr>
      <w:tr w:rsidR="00A07548" w14:paraId="04C6EF19" w14:textId="77777777" w:rsidTr="003C32CF">
        <w:tc>
          <w:tcPr>
            <w:tcW w:w="1836" w:type="dxa"/>
            <w:vAlign w:val="center"/>
          </w:tcPr>
          <w:p w14:paraId="5C68B006" w14:textId="25EDF2EF" w:rsidR="00A07548" w:rsidRDefault="00B127F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kindness</w:t>
            </w:r>
          </w:p>
        </w:tc>
        <w:tc>
          <w:tcPr>
            <w:tcW w:w="1836" w:type="dxa"/>
            <w:vAlign w:val="center"/>
          </w:tcPr>
          <w:p w14:paraId="3735C47A" w14:textId="2F85D4AF" w:rsidR="00A07548" w:rsidRDefault="00B127F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w="1836" w:type="dxa"/>
            <w:vAlign w:val="center"/>
          </w:tcPr>
          <w:p w14:paraId="24BF3E2F" w14:textId="33CEC134" w:rsidR="00A07548" w:rsidRDefault="00B127F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lawfully</w:t>
            </w:r>
          </w:p>
        </w:tc>
        <w:tc>
          <w:tcPr>
            <w:tcW w:w="1836" w:type="dxa"/>
            <w:vAlign w:val="center"/>
          </w:tcPr>
          <w:p w14:paraId="57C15DF3" w14:textId="7D6C8D37" w:rsidR="00A07548" w:rsidRDefault="00B127F6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enjoy</w:t>
            </w:r>
          </w:p>
        </w:tc>
        <w:tc>
          <w:tcPr>
            <w:tcW w:w="1836" w:type="dxa"/>
            <w:vAlign w:val="center"/>
          </w:tcPr>
          <w:p w14:paraId="303E1B0E" w14:textId="2F17E57D" w:rsidR="00A07548" w:rsidRDefault="0007566F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am able</w:t>
            </w:r>
          </w:p>
        </w:tc>
        <w:tc>
          <w:tcPr>
            <w:tcW w:w="1836" w:type="dxa"/>
            <w:vAlign w:val="center"/>
          </w:tcPr>
          <w:p w14:paraId="59A0B184" w14:textId="63A8510D" w:rsidR="00A07548" w:rsidRDefault="00C5167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you grant</w:t>
            </w:r>
          </w:p>
        </w:tc>
      </w:tr>
      <w:tr w:rsidR="00A07548" w14:paraId="4C66C304" w14:textId="77777777" w:rsidTr="003C32CF">
        <w:tc>
          <w:tcPr>
            <w:tcW w:w="1836" w:type="dxa"/>
            <w:vAlign w:val="center"/>
          </w:tcPr>
          <w:p w14:paraId="42BD2F94" w14:textId="51834AEE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ei</w:t>
            </w:r>
            <w:proofErr w:type="spellEnd"/>
          </w:p>
        </w:tc>
        <w:tc>
          <w:tcPr>
            <w:tcW w:w="1836" w:type="dxa"/>
            <w:vAlign w:val="center"/>
          </w:tcPr>
          <w:p w14:paraId="6ED7265E" w14:textId="34DE5E0F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4EE7C9AD" w14:textId="51CB37DF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Alexandrinam</w:t>
            </w:r>
            <w:proofErr w:type="spellEnd"/>
          </w:p>
        </w:tc>
        <w:tc>
          <w:tcPr>
            <w:tcW w:w="1836" w:type="dxa"/>
            <w:vAlign w:val="center"/>
          </w:tcPr>
          <w:p w14:paraId="2D30D07C" w14:textId="7C2B385B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civitatem</w:t>
            </w:r>
            <w:proofErr w:type="spellEnd"/>
          </w:p>
        </w:tc>
        <w:tc>
          <w:tcPr>
            <w:tcW w:w="1836" w:type="dxa"/>
            <w:vAlign w:val="center"/>
          </w:tcPr>
          <w:p w14:paraId="44BAE855" w14:textId="211DECCD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516FE310" w14:textId="49885D6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Romanam</w:t>
            </w:r>
            <w:proofErr w:type="spellEnd"/>
            <w:r w:rsidR="002C0B12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</w:tr>
      <w:tr w:rsidR="00A07548" w14:paraId="4455266B" w14:textId="77777777" w:rsidTr="003C32CF">
        <w:tc>
          <w:tcPr>
            <w:tcW w:w="1836" w:type="dxa"/>
            <w:vAlign w:val="center"/>
          </w:tcPr>
          <w:p w14:paraId="1D544101" w14:textId="1480514F" w:rsidR="00A07548" w:rsidRDefault="00C5167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</w:t>
            </w:r>
          </w:p>
        </w:tc>
        <w:tc>
          <w:tcPr>
            <w:tcW w:w="1836" w:type="dxa"/>
            <w:vAlign w:val="center"/>
          </w:tcPr>
          <w:p w14:paraId="444E80F4" w14:textId="591F4474" w:rsidR="00A07548" w:rsidRDefault="00C51679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836" w:type="dxa"/>
            <w:vAlign w:val="center"/>
          </w:tcPr>
          <w:p w14:paraId="12B5F652" w14:textId="1521D3A1" w:rsidR="00A07548" w:rsidRDefault="002C0B12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Alexandrian</w:t>
            </w:r>
          </w:p>
        </w:tc>
        <w:tc>
          <w:tcPr>
            <w:tcW w:w="1836" w:type="dxa"/>
            <w:vAlign w:val="center"/>
          </w:tcPr>
          <w:p w14:paraId="69B76DEB" w14:textId="31C40F36" w:rsidR="00A07548" w:rsidRDefault="002C0B12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3D00D12C" w14:textId="0464E263" w:rsidR="00A07548" w:rsidRDefault="002C0B12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36" w:type="dxa"/>
            <w:vAlign w:val="center"/>
          </w:tcPr>
          <w:p w14:paraId="6365680A" w14:textId="00637D41" w:rsidR="00A07548" w:rsidRDefault="002C0B12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</w:tr>
      <w:tr w:rsidR="00A07548" w14:paraId="22657D8C" w14:textId="77777777" w:rsidTr="003C32CF">
        <w:tc>
          <w:tcPr>
            <w:tcW w:w="1836" w:type="dxa"/>
            <w:vAlign w:val="center"/>
          </w:tcPr>
          <w:p w14:paraId="4DD7282E" w14:textId="0285EC05" w:rsidR="00A07548" w:rsidRDefault="002C0B12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  <w:r w:rsidR="00A07548">
              <w:rPr>
                <w:rFonts w:ascii="Palatino" w:hAnsi="Palatino" w:cs="Palatino" w:eastAsia="Palatino"/>
                <w:color w:val="000000"/>
                <w:sz w:val="23"/>
              </w:rPr>
              <w:t>nnos</w:t>
            </w:r>
            <w:proofErr w:type="spellEnd"/>
          </w:p>
        </w:tc>
        <w:tc>
          <w:tcPr>
            <w:tcW w:w="1836" w:type="dxa"/>
            <w:vAlign w:val="center"/>
          </w:tcPr>
          <w:p w14:paraId="522D3C22" w14:textId="044CD88F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eius</w:t>
            </w:r>
          </w:p>
        </w:tc>
        <w:tc>
          <w:tcPr>
            <w:tcW w:w="1836" w:type="dxa"/>
            <w:vAlign w:val="center"/>
          </w:tcPr>
          <w:p w14:paraId="2C68D2DF" w14:textId="564ADC13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4C6E8BC7" w14:textId="4D5603D4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censum</w:t>
            </w:r>
            <w:proofErr w:type="spellEnd"/>
          </w:p>
        </w:tc>
        <w:tc>
          <w:tcPr>
            <w:tcW w:w="1836" w:type="dxa"/>
            <w:vAlign w:val="center"/>
          </w:tcPr>
          <w:p w14:paraId="47F5382B" w14:textId="77DDA9CA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ne</w:t>
            </w:r>
          </w:p>
        </w:tc>
        <w:tc>
          <w:tcPr>
            <w:tcW w:w="1836" w:type="dxa"/>
            <w:vAlign w:val="center"/>
          </w:tcPr>
          <w:p w14:paraId="2578B286" w14:textId="489E3C4C" w:rsidR="00A07548" w:rsidRDefault="00FE6DEB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(</w:t>
            </w: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ali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</w:rPr>
              <w:t xml:space="preserve">) </w:t>
            </w:r>
            <w:r w:rsidR="00A07548">
              <w:rPr>
                <w:rFonts w:ascii="Palatino" w:hAnsi="Palatino" w:cs="Palatino" w:eastAsia="Palatino"/>
                <w:color w:val="000000"/>
                <w:sz w:val="23"/>
              </w:rPr>
              <w:t>quid</w:t>
            </w:r>
          </w:p>
        </w:tc>
      </w:tr>
      <w:tr w:rsidR="00A07548" w14:paraId="07CB8F14" w14:textId="77777777" w:rsidTr="003C32CF">
        <w:tc>
          <w:tcPr>
            <w:tcW w:w="1836" w:type="dxa"/>
            <w:vAlign w:val="center"/>
          </w:tcPr>
          <w:p w14:paraId="2A8E268C" w14:textId="17F7D5A6" w:rsidR="00A07548" w:rsidRDefault="00FE6DE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years</w:t>
            </w:r>
          </w:p>
        </w:tc>
        <w:tc>
          <w:tcPr>
            <w:tcW w:w="1836" w:type="dxa"/>
            <w:vAlign w:val="center"/>
          </w:tcPr>
          <w:p w14:paraId="2A6995AA" w14:textId="2DA3BD9D" w:rsidR="00A07548" w:rsidRDefault="00FE6DE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  <w:tc>
          <w:tcPr>
            <w:tcW w:w="1836" w:type="dxa"/>
            <w:vAlign w:val="center"/>
          </w:tcPr>
          <w:p w14:paraId="2F9F5534" w14:textId="546A3B6F" w:rsidR="00A07548" w:rsidRDefault="00FE6DE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36" w:type="dxa"/>
            <w:vAlign w:val="center"/>
          </w:tcPr>
          <w:p w14:paraId="0E947972" w14:textId="6B126F76" w:rsidR="00A07548" w:rsidRDefault="00FE6DE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census</w:t>
            </w:r>
          </w:p>
        </w:tc>
        <w:tc>
          <w:tcPr>
            <w:tcW w:w="1836" w:type="dxa"/>
            <w:vAlign w:val="center"/>
          </w:tcPr>
          <w:p w14:paraId="7103BDD0" w14:textId="1BB6AF92" w:rsidR="00A07548" w:rsidRDefault="00FE6DE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that not</w:t>
            </w:r>
          </w:p>
        </w:tc>
        <w:tc>
          <w:tcPr>
            <w:tcW w:w="1836" w:type="dxa"/>
            <w:vAlign w:val="center"/>
          </w:tcPr>
          <w:p w14:paraId="3795C5A1" w14:textId="467657CC" w:rsidR="00A07548" w:rsidRDefault="00FE6DE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anything</w:t>
            </w:r>
          </w:p>
        </w:tc>
      </w:tr>
      <w:tr w:rsidR="00A07548" w14:paraId="3A794C96" w14:textId="77777777" w:rsidTr="003C32CF">
        <w:tc>
          <w:tcPr>
            <w:tcW w:w="1836" w:type="dxa"/>
            <w:vAlign w:val="center"/>
          </w:tcPr>
          <w:p w14:paraId="74417658" w14:textId="3D476C8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rursus</w:t>
            </w:r>
            <w:proofErr w:type="spellEnd"/>
          </w:p>
        </w:tc>
        <w:tc>
          <w:tcPr>
            <w:tcW w:w="1836" w:type="dxa"/>
            <w:vAlign w:val="center"/>
          </w:tcPr>
          <w:p w14:paraId="0E6603D6" w14:textId="781A501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indulgentiam</w:t>
            </w:r>
            <w:proofErr w:type="spellEnd"/>
          </w:p>
        </w:tc>
        <w:tc>
          <w:tcPr>
            <w:tcW w:w="1836" w:type="dxa"/>
            <w:vAlign w:val="center"/>
          </w:tcPr>
          <w:p w14:paraId="7AADE881" w14:textId="247FDAFA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tuam</w:t>
            </w:r>
            <w:proofErr w:type="spellEnd"/>
          </w:p>
        </w:tc>
        <w:tc>
          <w:tcPr>
            <w:tcW w:w="1836" w:type="dxa"/>
            <w:vAlign w:val="center"/>
          </w:tcPr>
          <w:p w14:paraId="7CBD8CCE" w14:textId="58006117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moraretur</w:t>
            </w:r>
            <w:proofErr w:type="spellEnd"/>
          </w:p>
        </w:tc>
        <w:tc>
          <w:tcPr>
            <w:tcW w:w="1836" w:type="dxa"/>
            <w:vAlign w:val="center"/>
          </w:tcPr>
          <w:p w14:paraId="0ECFA311" w14:textId="21999902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libertis</w:t>
            </w:r>
            <w:proofErr w:type="spellEnd"/>
          </w:p>
        </w:tc>
        <w:tc>
          <w:tcPr>
            <w:tcW w:w="1836" w:type="dxa"/>
            <w:vAlign w:val="center"/>
          </w:tcPr>
          <w:p w14:paraId="4EAF69C3" w14:textId="1C8F998D" w:rsidR="00A07548" w:rsidRDefault="00A07548" w:rsidP="00A07548">
            <w:r>
              <w:rPr>
                <w:rFonts w:ascii="Palatino" w:hAnsi="Palatino" w:cs="Palatino" w:eastAsia="Palatino"/>
                <w:color w:val="000000"/>
                <w:sz w:val="23"/>
              </w:rPr>
              <w:t>tuis</w:t>
            </w:r>
          </w:p>
        </w:tc>
      </w:tr>
      <w:tr w:rsidR="00A07548" w14:paraId="1128C62D" w14:textId="77777777" w:rsidTr="003C32CF">
        <w:tc>
          <w:tcPr>
            <w:tcW w:w="1836" w:type="dxa"/>
            <w:vAlign w:val="center"/>
          </w:tcPr>
          <w:p w14:paraId="5A7BDBCD" w14:textId="11F969CF" w:rsidR="00A07548" w:rsidRDefault="00DF51C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w="1836" w:type="dxa"/>
            <w:vAlign w:val="center"/>
          </w:tcPr>
          <w:p w14:paraId="5CAC21FC" w14:textId="44998A5F" w:rsidR="00A07548" w:rsidRDefault="00DF51C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indulgence</w:t>
            </w:r>
          </w:p>
        </w:tc>
        <w:tc>
          <w:tcPr>
            <w:tcW w:w="1836" w:type="dxa"/>
            <w:vAlign w:val="center"/>
          </w:tcPr>
          <w:p w14:paraId="52A0AA92" w14:textId="5BFF77D9" w:rsidR="00A07548" w:rsidRDefault="00DF51C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w="1836" w:type="dxa"/>
            <w:vAlign w:val="center"/>
          </w:tcPr>
          <w:p w14:paraId="78BC7DB3" w14:textId="3311270B" w:rsidR="00A07548" w:rsidRDefault="00DF51CB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delay</w:t>
            </w:r>
          </w:p>
        </w:tc>
        <w:tc>
          <w:tcPr>
            <w:tcW w:w="1836" w:type="dxa"/>
            <w:vAlign w:val="center"/>
          </w:tcPr>
          <w:p w14:paraId="722F33FC" w14:textId="6650B12B" w:rsidR="00A07548" w:rsidRDefault="00173778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freedmen</w:t>
            </w:r>
          </w:p>
        </w:tc>
        <w:tc>
          <w:tcPr>
            <w:tcW w:w="1836" w:type="dxa"/>
            <w:vAlign w:val="center"/>
          </w:tcPr>
          <w:p w14:paraId="17EA4369" w14:textId="02CE67C6" w:rsidR="00A07548" w:rsidRDefault="00F552D2" w:rsidP="00A0754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your</w:t>
            </w:r>
          </w:p>
        </w:tc>
      </w:tr>
      <w:tr w:rsidR="00A07548" w14:paraId="7AB90FF8" w14:textId="77777777" w:rsidTr="003C32CF">
        <w:tc>
          <w:tcPr>
            <w:tcW w:w="1836" w:type="dxa"/>
            <w:vAlign w:val="center"/>
          </w:tcPr>
          <w:p w14:paraId="5C5F73C8" w14:textId="4C02761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quibus</w:t>
            </w:r>
            <w:proofErr w:type="spellEnd"/>
          </w:p>
        </w:tc>
        <w:tc>
          <w:tcPr>
            <w:tcW w:w="1836" w:type="dxa"/>
            <w:vAlign w:val="center"/>
          </w:tcPr>
          <w:p w14:paraId="54E9AD33" w14:textId="1578145D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iusseras</w:t>
            </w:r>
            <w:proofErr w:type="spellEnd"/>
          </w:p>
        </w:tc>
        <w:tc>
          <w:tcPr>
            <w:tcW w:w="1836" w:type="dxa"/>
            <w:vAlign w:val="center"/>
          </w:tcPr>
          <w:p w14:paraId="23A66CCC" w14:textId="3AB1F160" w:rsidR="00A07548" w:rsidRDefault="00A07548" w:rsidP="00A07548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misi</w:t>
            </w:r>
            <w:proofErr w:type="spellEnd"/>
          </w:p>
        </w:tc>
        <w:tc>
          <w:tcPr>
            <w:tcW w:w="1836" w:type="dxa"/>
            <w:vAlign w:val="center"/>
          </w:tcPr>
          <w:p w14:paraId="42A89DD5" w14:textId="77777777" w:rsidR="00A07548" w:rsidRDefault="00A07548" w:rsidP="00A07548"/>
        </w:tc>
        <w:tc>
          <w:tcPr>
            <w:tcW w:w="1836" w:type="dxa"/>
            <w:vAlign w:val="center"/>
          </w:tcPr>
          <w:p w14:paraId="59BBD868" w14:textId="77777777" w:rsidR="00A07548" w:rsidRDefault="00A07548" w:rsidP="00A07548"/>
        </w:tc>
        <w:tc>
          <w:tcPr>
            <w:tcW w:w="1836" w:type="dxa"/>
            <w:vAlign w:val="center"/>
          </w:tcPr>
          <w:p w14:paraId="1669FA6E" w14:textId="77777777" w:rsidR="00A07548" w:rsidRDefault="00A07548" w:rsidP="00A07548"/>
        </w:tc>
      </w:tr>
      <w:tr w:rsidR="00A07548" w14:paraId="159D2CB1" w14:textId="77777777" w:rsidTr="003C32CF">
        <w:tc>
          <w:tcPr>
            <w:tcW w:w="1836" w:type="dxa"/>
            <w:vAlign w:val="center"/>
          </w:tcPr>
          <w:p w14:paraId="3887F1EF" w14:textId="41EF4A49" w:rsidR="00A07548" w:rsidRDefault="000D086C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whom</w:t>
            </w:r>
          </w:p>
        </w:tc>
        <w:tc>
          <w:tcPr>
            <w:tcW w:w="1836" w:type="dxa"/>
            <w:vAlign w:val="center"/>
          </w:tcPr>
          <w:p w14:paraId="52593304" w14:textId="3BDD484C" w:rsidR="00A07548" w:rsidRDefault="000D086C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had ordered (this task)</w:t>
            </w:r>
          </w:p>
        </w:tc>
        <w:tc>
          <w:tcPr>
            <w:tcW w:w="1836" w:type="dxa"/>
            <w:vAlign w:val="center"/>
          </w:tcPr>
          <w:p w14:paraId="43070E73" w14:textId="3FCF842F" w:rsidR="00A07548" w:rsidRDefault="00F552D2" w:rsidP="00A0754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sent (this)</w:t>
            </w:r>
          </w:p>
        </w:tc>
        <w:tc>
          <w:tcPr>
            <w:tcW w:w="1836" w:type="dxa"/>
            <w:vAlign w:val="center"/>
          </w:tcPr>
          <w:p w14:paraId="00C21E22" w14:textId="77777777" w:rsidR="00A07548" w:rsidRDefault="00A07548" w:rsidP="00A07548"/>
        </w:tc>
        <w:tc>
          <w:tcPr>
            <w:tcW w:w="1836" w:type="dxa"/>
            <w:vAlign w:val="center"/>
          </w:tcPr>
          <w:p w14:paraId="320AB55A" w14:textId="77777777" w:rsidR="00A07548" w:rsidRDefault="00A07548" w:rsidP="00A07548"/>
        </w:tc>
        <w:tc>
          <w:tcPr>
            <w:tcW w:w="1836" w:type="dxa"/>
            <w:vAlign w:val="center"/>
          </w:tcPr>
          <w:p w14:paraId="5FDBFD9C" w14:textId="77777777" w:rsidR="00A07548" w:rsidRDefault="00A07548" w:rsidP="00A07548"/>
        </w:tc>
      </w:tr>
    </w:tbl>
    <w:p w14:paraId="6F5ED23A" w14:textId="77777777" w:rsidR="000D086C" w:rsidRPr="00A07548" w:rsidRDefault="000D086C" w:rsidP="00A07548"/>
    <w:sectPr w:rsidR="00000000" w:rsidRPr="00A07548" w:rsidSect="00A075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4254104">
    <w:abstractNumId w:val="8"/>
  </w:num>
  <w:num w:numId="2" w16cid:durableId="1371418252">
    <w:abstractNumId w:val="6"/>
  </w:num>
  <w:num w:numId="3" w16cid:durableId="1133013465">
    <w:abstractNumId w:val="5"/>
  </w:num>
  <w:num w:numId="4" w16cid:durableId="559680631">
    <w:abstractNumId w:val="4"/>
  </w:num>
  <w:num w:numId="5" w16cid:durableId="931357762">
    <w:abstractNumId w:val="7"/>
  </w:num>
  <w:num w:numId="6" w16cid:durableId="625620818">
    <w:abstractNumId w:val="3"/>
  </w:num>
  <w:num w:numId="7" w16cid:durableId="388576975">
    <w:abstractNumId w:val="2"/>
  </w:num>
  <w:num w:numId="8" w16cid:durableId="1227034592">
    <w:abstractNumId w:val="1"/>
  </w:num>
  <w:num w:numId="9" w16cid:durableId="1549801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66F"/>
    <w:rsid w:val="0008440D"/>
    <w:rsid w:val="000918C7"/>
    <w:rsid w:val="000D086C"/>
    <w:rsid w:val="0015074B"/>
    <w:rsid w:val="00173778"/>
    <w:rsid w:val="00241534"/>
    <w:rsid w:val="00264118"/>
    <w:rsid w:val="0029639D"/>
    <w:rsid w:val="002C0B12"/>
    <w:rsid w:val="00305D53"/>
    <w:rsid w:val="00307244"/>
    <w:rsid w:val="00326F90"/>
    <w:rsid w:val="004B44F9"/>
    <w:rsid w:val="004F5F36"/>
    <w:rsid w:val="005D4FAE"/>
    <w:rsid w:val="005D580C"/>
    <w:rsid w:val="00605157"/>
    <w:rsid w:val="006141E7"/>
    <w:rsid w:val="0062387B"/>
    <w:rsid w:val="006B0439"/>
    <w:rsid w:val="00735143"/>
    <w:rsid w:val="00892B61"/>
    <w:rsid w:val="008B7B84"/>
    <w:rsid w:val="009318CA"/>
    <w:rsid w:val="00943598"/>
    <w:rsid w:val="00995F2C"/>
    <w:rsid w:val="009B0883"/>
    <w:rsid w:val="009D38E4"/>
    <w:rsid w:val="00A07548"/>
    <w:rsid w:val="00A3337D"/>
    <w:rsid w:val="00AA1D8D"/>
    <w:rsid w:val="00AE0B50"/>
    <w:rsid w:val="00AE0D2A"/>
    <w:rsid w:val="00B127F6"/>
    <w:rsid w:val="00B420B0"/>
    <w:rsid w:val="00B4583C"/>
    <w:rsid w:val="00B47730"/>
    <w:rsid w:val="00B827CC"/>
    <w:rsid w:val="00C1027A"/>
    <w:rsid w:val="00C403CE"/>
    <w:rsid w:val="00C51679"/>
    <w:rsid w:val="00CB0664"/>
    <w:rsid w:val="00CB27BF"/>
    <w:rsid w:val="00D17E42"/>
    <w:rsid w:val="00D21C8A"/>
    <w:rsid w:val="00D979F7"/>
    <w:rsid w:val="00DF51CB"/>
    <w:rsid w:val="00E26EB9"/>
    <w:rsid w:val="00E84986"/>
    <w:rsid w:val="00EA4B26"/>
    <w:rsid w:val="00F45FC1"/>
    <w:rsid w:val="00F552D2"/>
    <w:rsid w:val="00FC5FE4"/>
    <w:rsid w:val="00FC693F"/>
    <w:rsid w:val="00FE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C081A5"/>
  <w14:defaultImageDpi w14:val="300"/>
  <w15:docId w15:val="{ED25BD9B-0616-4F6D-A024-FE60B95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433</Words>
  <Characters>1846</Characters>
  <Application>Microsoft Office Word</Application>
  <DocSecurity>0</DocSecurity>
  <Lines>461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Hills</cp:lastModifiedBy>
  <cp:revision>45</cp:revision>
  <dcterms:created xsi:type="dcterms:W3CDTF">2025-06-19T14:05:00Z</dcterms:created>
  <dcterms:modified xsi:type="dcterms:W3CDTF">2025-06-19T14:45:00Z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cf05bf13-68ee-47f0-b737-eac55c0ae001</vt:lpwstr>
  </property>
</Properties>
</file>