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BE487" w14:textId="6CC3F7C1" w:rsidR="00FC4FB1" w:rsidRDefault="00FC4FB1" w:rsidP="00FC4FB1">
      <w:pPr>
        <w:jc w:val="center"/>
      </w:pPr>
      <w:r>
        <w:rPr>
          <w:rFonts w:ascii="Palatino" w:hAnsi="Palatino" w:cs="Palatino" w:eastAsia="Palatino"/>
          <w:color w:val="000000"/>
          <w:sz w:val="23"/>
        </w:rPr>
        <w:t>10.5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5"/>
        <w:gridCol w:w="1812"/>
        <w:gridCol w:w="1797"/>
        <w:gridCol w:w="1822"/>
        <w:gridCol w:w="1799"/>
        <w:gridCol w:w="1785"/>
      </w:tblGrid>
      <w:tr w:rsidR="00FC4FB1" w14:paraId="1AD71308" w14:textId="77777777" w:rsidTr="00A71383">
        <w:tc>
          <w:tcPr>
            <w:tcW w:w="1836" w:type="dxa"/>
            <w:vAlign w:val="center"/>
          </w:tcPr>
          <w:p w14:paraId="7C7AB9D3" w14:textId="2CF4A867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C.</w:t>
            </w:r>
          </w:p>
        </w:tc>
        <w:tc>
          <w:tcPr>
            <w:tcW w:w="1836" w:type="dxa"/>
            <w:vAlign w:val="center"/>
          </w:tcPr>
          <w:p w14:paraId="0B37D9C7" w14:textId="40ED3469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PLINIUS</w:t>
            </w:r>
          </w:p>
        </w:tc>
        <w:tc>
          <w:tcPr>
            <w:tcW w:w="1836" w:type="dxa"/>
            <w:vAlign w:val="center"/>
          </w:tcPr>
          <w:p w14:paraId="78AA6029" w14:textId="67007470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TRAIANO</w:t>
            </w:r>
          </w:p>
        </w:tc>
        <w:tc>
          <w:tcPr>
            <w:tcW w:w="1836" w:type="dxa"/>
            <w:vAlign w:val="center"/>
          </w:tcPr>
          <w:p w14:paraId="3B37FFED" w14:textId="177FD3CB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IMPERATORI</w:t>
            </w:r>
          </w:p>
        </w:tc>
        <w:tc>
          <w:tcPr>
            <w:tcW w:w="1836" w:type="dxa"/>
            <w:vAlign w:val="center"/>
          </w:tcPr>
          <w:p w14:paraId="6E620AD3" w14:textId="49CA5A82" w:rsidR="00FC4FB1" w:rsidRDefault="0033093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</w:t>
            </w:r>
            <w:r w:rsidR="00FC4FB1">
              <w:rPr>
                <w:rFonts w:ascii="Palatino" w:hAnsi="Palatino" w:cs="Palatino" w:eastAsia="Palatino"/>
                <w:color w:val="000000"/>
                <w:sz w:val="23"/>
              </w:rPr>
              <w:t>roximo</w:t>
            </w:r>
          </w:p>
        </w:tc>
        <w:tc>
          <w:tcPr>
            <w:tcW w:w="1836" w:type="dxa"/>
            <w:vAlign w:val="center"/>
          </w:tcPr>
          <w:p w14:paraId="424637CA" w14:textId="1F214E85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anno</w:t>
            </w:r>
          </w:p>
        </w:tc>
      </w:tr>
      <w:tr w:rsidR="00FC4FB1" w14:paraId="74927C5A" w14:textId="77777777" w:rsidTr="00A71383">
        <w:tc>
          <w:tcPr>
            <w:tcW w:w="1836" w:type="dxa"/>
            <w:vAlign w:val="center"/>
          </w:tcPr>
          <w:p w14:paraId="4801DACB" w14:textId="0BE4EE47" w:rsidR="00FC4FB1" w:rsidRDefault="0033093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Gaius</w:t>
            </w:r>
          </w:p>
        </w:tc>
        <w:tc>
          <w:tcPr>
            <w:tcW w:w="1836" w:type="dxa"/>
            <w:vAlign w:val="center"/>
          </w:tcPr>
          <w:p w14:paraId="0A338321" w14:textId="03CF612E" w:rsidR="00FC4FB1" w:rsidRDefault="0033093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Plinius</w:t>
            </w:r>
          </w:p>
        </w:tc>
        <w:tc>
          <w:tcPr>
            <w:tcW w:w="1836" w:type="dxa"/>
            <w:vAlign w:val="center"/>
          </w:tcPr>
          <w:p w14:paraId="753A333F" w14:textId="2EB7B2EB" w:rsidR="00FC4FB1" w:rsidRDefault="00BA27D4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Trajan</w:t>
            </w:r>
          </w:p>
        </w:tc>
        <w:tc>
          <w:tcPr>
            <w:tcW w:w="1836" w:type="dxa"/>
            <w:vAlign w:val="center"/>
          </w:tcPr>
          <w:p w14:paraId="54CCE2CF" w14:textId="3FF37A3F" w:rsidR="00FC4FB1" w:rsidRDefault="0033093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Emperor</w:t>
            </w:r>
          </w:p>
        </w:tc>
        <w:tc>
          <w:tcPr>
            <w:tcW w:w="1836" w:type="dxa"/>
            <w:vAlign w:val="center"/>
          </w:tcPr>
          <w:p w14:paraId="532600D4" w14:textId="6AC58932" w:rsidR="00FC4FB1" w:rsidRDefault="00BA27D4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previous</w:t>
            </w:r>
          </w:p>
        </w:tc>
        <w:tc>
          <w:tcPr>
            <w:tcW w:w="1836" w:type="dxa"/>
            <w:vAlign w:val="center"/>
          </w:tcPr>
          <w:p w14:paraId="73FAB8DA" w14:textId="3F3F906E" w:rsidR="00FC4FB1" w:rsidRDefault="00BA27D4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year</w:t>
            </w:r>
          </w:p>
        </w:tc>
      </w:tr>
      <w:tr w:rsidR="00FC4FB1" w14:paraId="2619A3F9" w14:textId="77777777" w:rsidTr="00A71383">
        <w:tc>
          <w:tcPr>
            <w:tcW w:w="1836" w:type="dxa"/>
            <w:vAlign w:val="center"/>
          </w:tcPr>
          <w:p w14:paraId="16185770" w14:textId="5BCE0820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domine</w:t>
            </w:r>
          </w:p>
        </w:tc>
        <w:tc>
          <w:tcPr>
            <w:tcW w:w="1836" w:type="dxa"/>
            <w:vAlign w:val="center"/>
          </w:tcPr>
          <w:p w14:paraId="3EDF2BEB" w14:textId="0A1A9C3A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gravissima</w:t>
            </w:r>
          </w:p>
        </w:tc>
        <w:tc>
          <w:tcPr>
            <w:tcW w:w="1836" w:type="dxa"/>
            <w:vAlign w:val="center"/>
          </w:tcPr>
          <w:p w14:paraId="12A4B41C" w14:textId="39E8266D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valetudine</w:t>
            </w:r>
          </w:p>
        </w:tc>
        <w:tc>
          <w:tcPr>
            <w:tcW w:w="1836" w:type="dxa"/>
            <w:vAlign w:val="center"/>
          </w:tcPr>
          <w:p w14:paraId="539E5290" w14:textId="1A16F6C5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usque</w:t>
            </w:r>
          </w:p>
        </w:tc>
        <w:tc>
          <w:tcPr>
            <w:tcW w:w="1836" w:type="dxa"/>
            <w:vAlign w:val="center"/>
          </w:tcPr>
          <w:p w14:paraId="7BD24795" w14:textId="7E05AEDE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ad</w:t>
            </w:r>
          </w:p>
        </w:tc>
        <w:tc>
          <w:tcPr>
            <w:tcW w:w="1836" w:type="dxa"/>
            <w:vAlign w:val="center"/>
          </w:tcPr>
          <w:p w14:paraId="4D112733" w14:textId="3B12698B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periculum</w:t>
            </w:r>
          </w:p>
        </w:tc>
      </w:tr>
      <w:tr w:rsidR="00FC4FB1" w14:paraId="05E671A8" w14:textId="77777777" w:rsidTr="00A71383">
        <w:tc>
          <w:tcPr>
            <w:tcW w:w="1836" w:type="dxa"/>
            <w:vAlign w:val="center"/>
          </w:tcPr>
          <w:p w14:paraId="40B45622" w14:textId="45E5B4AE" w:rsidR="00FC4FB1" w:rsidRDefault="00BA27D4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Lord</w:t>
            </w:r>
          </w:p>
        </w:tc>
        <w:tc>
          <w:tcPr>
            <w:tcW w:w="1836" w:type="dxa"/>
            <w:vAlign w:val="center"/>
          </w:tcPr>
          <w:p w14:paraId="6159258D" w14:textId="0D87B19A" w:rsidR="00FC4FB1" w:rsidRDefault="00D664D0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very serious</w:t>
            </w:r>
          </w:p>
        </w:tc>
        <w:tc>
          <w:tcPr>
            <w:tcW w:w="1836" w:type="dxa"/>
            <w:vAlign w:val="center"/>
          </w:tcPr>
          <w:p w14:paraId="34026BD7" w14:textId="796769C0" w:rsidR="00FC4FB1" w:rsidRDefault="00D664D0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health</w:t>
            </w:r>
          </w:p>
        </w:tc>
        <w:tc>
          <w:tcPr>
            <w:tcW w:w="1836" w:type="dxa"/>
            <w:vAlign w:val="center"/>
          </w:tcPr>
          <w:p w14:paraId="5BEFD3DF" w14:textId="7AD9526A" w:rsidR="00FC4FB1" w:rsidRDefault="00E852C3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right up</w:t>
            </w:r>
          </w:p>
        </w:tc>
        <w:tc>
          <w:tcPr>
            <w:tcW w:w="1836" w:type="dxa"/>
            <w:vAlign w:val="center"/>
          </w:tcPr>
          <w:p w14:paraId="1A9FF7C4" w14:textId="162481B5" w:rsidR="00FC4FB1" w:rsidRDefault="00E852C3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w="1836" w:type="dxa"/>
            <w:vAlign w:val="center"/>
          </w:tcPr>
          <w:p w14:paraId="05F0E74F" w14:textId="2C821576" w:rsidR="00FC4FB1" w:rsidRDefault="00E852C3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danger</w:t>
            </w:r>
          </w:p>
        </w:tc>
      </w:tr>
      <w:tr w:rsidR="00FC4FB1" w14:paraId="1EA76441" w14:textId="77777777" w:rsidTr="00A71383">
        <w:tc>
          <w:tcPr>
            <w:tcW w:w="1836" w:type="dxa"/>
            <w:vAlign w:val="center"/>
          </w:tcPr>
          <w:p w14:paraId="5B6C5A03" w14:textId="4C67CCBE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vitae</w:t>
            </w:r>
          </w:p>
        </w:tc>
        <w:tc>
          <w:tcPr>
            <w:tcW w:w="1836" w:type="dxa"/>
            <w:vAlign w:val="center"/>
          </w:tcPr>
          <w:p w14:paraId="66C618A1" w14:textId="4526674B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vexatus</w:t>
            </w:r>
          </w:p>
        </w:tc>
        <w:tc>
          <w:tcPr>
            <w:tcW w:w="1836" w:type="dxa"/>
            <w:vAlign w:val="center"/>
          </w:tcPr>
          <w:p w14:paraId="58ABB5C6" w14:textId="6D559304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iatralipten</w:t>
            </w:r>
          </w:p>
        </w:tc>
        <w:tc>
          <w:tcPr>
            <w:tcW w:w="1836" w:type="dxa"/>
            <w:vAlign w:val="center"/>
          </w:tcPr>
          <w:p w14:paraId="4E694C3D" w14:textId="06F5FA71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assumpsi</w:t>
            </w:r>
          </w:p>
        </w:tc>
        <w:tc>
          <w:tcPr>
            <w:tcW w:w="1836" w:type="dxa"/>
            <w:vAlign w:val="center"/>
          </w:tcPr>
          <w:p w14:paraId="389E9BCC" w14:textId="25956970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cuius</w:t>
            </w:r>
          </w:p>
        </w:tc>
        <w:tc>
          <w:tcPr>
            <w:tcW w:w="1836" w:type="dxa"/>
            <w:vAlign w:val="center"/>
          </w:tcPr>
          <w:p w14:paraId="37CBC092" w14:textId="6FFAC3DA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sollicitudini</w:t>
            </w:r>
          </w:p>
        </w:tc>
      </w:tr>
      <w:tr w:rsidR="00FC4FB1" w14:paraId="799AB228" w14:textId="77777777" w:rsidTr="00A71383">
        <w:tc>
          <w:tcPr>
            <w:tcW w:w="1836" w:type="dxa"/>
            <w:vAlign w:val="center"/>
          </w:tcPr>
          <w:p w14:paraId="16BDC278" w14:textId="40FB223B" w:rsidR="00FC4FB1" w:rsidRDefault="00E852C3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(my) life</w:t>
            </w:r>
          </w:p>
        </w:tc>
        <w:tc>
          <w:tcPr>
            <w:tcW w:w="1836" w:type="dxa"/>
            <w:vAlign w:val="center"/>
          </w:tcPr>
          <w:p w14:paraId="08DA398F" w14:textId="4DEC84E0" w:rsidR="00FC4FB1" w:rsidRDefault="00BA27D4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afflicted</w:t>
            </w:r>
          </w:p>
        </w:tc>
        <w:tc>
          <w:tcPr>
            <w:tcW w:w="1836" w:type="dxa"/>
            <w:vAlign w:val="center"/>
          </w:tcPr>
          <w:p w14:paraId="36DECCC3" w14:textId="5D12FF42" w:rsidR="00FC4FB1" w:rsidRDefault="00BC2739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doctor</w:t>
            </w:r>
          </w:p>
        </w:tc>
        <w:tc>
          <w:tcPr>
            <w:tcW w:w="1836" w:type="dxa"/>
            <w:vAlign w:val="center"/>
          </w:tcPr>
          <w:p w14:paraId="1C6215F4" w14:textId="085F470B" w:rsidR="00FC4FB1" w:rsidRDefault="00BC2739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acquired</w:t>
            </w:r>
          </w:p>
        </w:tc>
        <w:tc>
          <w:tcPr>
            <w:tcW w:w="1836" w:type="dxa"/>
            <w:vAlign w:val="center"/>
          </w:tcPr>
          <w:p w14:paraId="79F1058F" w14:textId="225FF1F3" w:rsidR="00FC4FB1" w:rsidRDefault="00D40804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whose</w:t>
            </w:r>
          </w:p>
        </w:tc>
        <w:tc>
          <w:tcPr>
            <w:tcW w:w="1836" w:type="dxa"/>
            <w:vAlign w:val="center"/>
          </w:tcPr>
          <w:p w14:paraId="2E6F2993" w14:textId="02DC6C0C" w:rsidR="00FC4FB1" w:rsidRDefault="007F6E1C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worry</w:t>
            </w:r>
          </w:p>
        </w:tc>
      </w:tr>
      <w:tr w:rsidR="00FC4FB1" w14:paraId="093A8D2E" w14:textId="77777777" w:rsidTr="00A71383">
        <w:tc>
          <w:tcPr>
            <w:tcW w:w="1836" w:type="dxa"/>
            <w:vAlign w:val="center"/>
          </w:tcPr>
          <w:p w14:paraId="6569001C" w14:textId="02387E0E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36" w:type="dxa"/>
            <w:vAlign w:val="center"/>
          </w:tcPr>
          <w:p w14:paraId="083612C2" w14:textId="4C489C4D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studio</w:t>
            </w:r>
          </w:p>
        </w:tc>
        <w:tc>
          <w:tcPr>
            <w:tcW w:w="1836" w:type="dxa"/>
            <w:vAlign w:val="center"/>
          </w:tcPr>
          <w:p w14:paraId="1D7A5520" w14:textId="18A11F2D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tuae</w:t>
            </w:r>
          </w:p>
        </w:tc>
        <w:tc>
          <w:tcPr>
            <w:tcW w:w="1836" w:type="dxa"/>
            <w:vAlign w:val="center"/>
          </w:tcPr>
          <w:p w14:paraId="79206C63" w14:textId="7835CCB9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tantum</w:t>
            </w:r>
          </w:p>
        </w:tc>
        <w:tc>
          <w:tcPr>
            <w:tcW w:w="1836" w:type="dxa"/>
            <w:vAlign w:val="center"/>
          </w:tcPr>
          <w:p w14:paraId="6BEB01E8" w14:textId="42FBCB12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indulgentiae</w:t>
            </w:r>
          </w:p>
        </w:tc>
        <w:tc>
          <w:tcPr>
            <w:tcW w:w="1836" w:type="dxa"/>
            <w:vAlign w:val="center"/>
          </w:tcPr>
          <w:p w14:paraId="31B50982" w14:textId="50AA40BD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beneficio</w:t>
            </w:r>
          </w:p>
        </w:tc>
      </w:tr>
      <w:tr w:rsidR="00FC4FB1" w14:paraId="0441E108" w14:textId="77777777" w:rsidTr="00A71383">
        <w:tc>
          <w:tcPr>
            <w:tcW w:w="1836" w:type="dxa"/>
            <w:vAlign w:val="center"/>
          </w:tcPr>
          <w:p w14:paraId="2646E618" w14:textId="28379EAC" w:rsidR="00FC4FB1" w:rsidRDefault="007F6E1C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36" w:type="dxa"/>
            <w:vAlign w:val="center"/>
          </w:tcPr>
          <w:p w14:paraId="08F5EC08" w14:textId="7E9247C1" w:rsidR="00FC4FB1" w:rsidRDefault="007F6E1C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enthusiasm</w:t>
            </w:r>
          </w:p>
        </w:tc>
        <w:tc>
          <w:tcPr>
            <w:tcW w:w="1836" w:type="dxa"/>
            <w:vAlign w:val="center"/>
          </w:tcPr>
          <w:p w14:paraId="5D6CA30E" w14:textId="51E8176F" w:rsidR="00FC4FB1" w:rsidRDefault="002C28BC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your</w:t>
            </w:r>
          </w:p>
        </w:tc>
        <w:tc>
          <w:tcPr>
            <w:tcW w:w="1836" w:type="dxa"/>
            <w:vAlign w:val="center"/>
          </w:tcPr>
          <w:p w14:paraId="2BB83A1C" w14:textId="70E7291F" w:rsidR="00FC4FB1" w:rsidRDefault="00E50C2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only</w:t>
            </w:r>
          </w:p>
        </w:tc>
        <w:tc>
          <w:tcPr>
            <w:tcW w:w="1836" w:type="dxa"/>
            <w:vAlign w:val="center"/>
          </w:tcPr>
          <w:p w14:paraId="559A1ED6" w14:textId="31BB8530" w:rsidR="00FC4FB1" w:rsidRDefault="002C28BC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graciousness</w:t>
            </w:r>
          </w:p>
        </w:tc>
        <w:tc>
          <w:tcPr>
            <w:tcW w:w="1836" w:type="dxa"/>
            <w:vAlign w:val="center"/>
          </w:tcPr>
          <w:p w14:paraId="149DC958" w14:textId="1173210E" w:rsidR="00FC4FB1" w:rsidRDefault="002C28BC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kindness</w:t>
            </w:r>
          </w:p>
        </w:tc>
      </w:tr>
      <w:tr w:rsidR="00FC4FB1" w14:paraId="16A00FFB" w14:textId="77777777" w:rsidTr="00A71383">
        <w:tc>
          <w:tcPr>
            <w:tcW w:w="1836" w:type="dxa"/>
            <w:vAlign w:val="center"/>
          </w:tcPr>
          <w:p w14:paraId="32992DBC" w14:textId="2E826C47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referre</w:t>
            </w:r>
          </w:p>
        </w:tc>
        <w:tc>
          <w:tcPr>
            <w:tcW w:w="1836" w:type="dxa"/>
            <w:vAlign w:val="center"/>
          </w:tcPr>
          <w:p w14:paraId="397C442A" w14:textId="5C809C8F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gratiam</w:t>
            </w:r>
          </w:p>
        </w:tc>
        <w:tc>
          <w:tcPr>
            <w:tcW w:w="1836" w:type="dxa"/>
            <w:vAlign w:val="center"/>
          </w:tcPr>
          <w:p w14:paraId="6F4FC1F1" w14:textId="4D02FFB4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parem</w:t>
            </w:r>
          </w:p>
        </w:tc>
        <w:tc>
          <w:tcPr>
            <w:tcW w:w="1836" w:type="dxa"/>
            <w:vAlign w:val="center"/>
          </w:tcPr>
          <w:p w14:paraId="61D02DB7" w14:textId="01F15BD5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possum</w:t>
            </w:r>
            <w:r w:rsidR="002C28BC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36" w:type="dxa"/>
            <w:vAlign w:val="center"/>
          </w:tcPr>
          <w:p w14:paraId="0A76A65E" w14:textId="33C8F048" w:rsidR="00FC4FB1" w:rsidRDefault="002C28BC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q</w:t>
            </w:r>
            <w:r w:rsidR="00FC4FB1">
              <w:rPr>
                <w:rFonts w:ascii="Palatino" w:hAnsi="Palatino" w:cs="Palatino" w:eastAsia="Palatino"/>
                <w:color w:val="000000"/>
                <w:sz w:val="23"/>
              </w:rPr>
              <w:t>uare</w:t>
            </w:r>
          </w:p>
        </w:tc>
        <w:tc>
          <w:tcPr>
            <w:tcW w:w="1836" w:type="dxa"/>
            <w:vAlign w:val="center"/>
          </w:tcPr>
          <w:p w14:paraId="04D9124F" w14:textId="19959ECA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rogo</w:t>
            </w:r>
          </w:p>
        </w:tc>
      </w:tr>
      <w:tr w:rsidR="00FC4FB1" w14:paraId="7B5DE466" w14:textId="77777777" w:rsidTr="00A71383">
        <w:tc>
          <w:tcPr>
            <w:tcW w:w="1836" w:type="dxa"/>
            <w:vAlign w:val="center"/>
          </w:tcPr>
          <w:p w14:paraId="1591DB44" w14:textId="4D809A60" w:rsidR="00FC4FB1" w:rsidRDefault="00E50C2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bring back / repay</w:t>
            </w:r>
          </w:p>
        </w:tc>
        <w:tc>
          <w:tcPr>
            <w:tcW w:w="1836" w:type="dxa"/>
            <w:vAlign w:val="center"/>
          </w:tcPr>
          <w:p w14:paraId="17957355" w14:textId="7E2EEC0B" w:rsidR="00FC4FB1" w:rsidRDefault="00E50C2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thanjs</w:t>
            </w:r>
          </w:p>
        </w:tc>
        <w:tc>
          <w:tcPr>
            <w:tcW w:w="1836" w:type="dxa"/>
            <w:vAlign w:val="center"/>
          </w:tcPr>
          <w:p w14:paraId="5B763D1F" w14:textId="4EA49972" w:rsidR="00FC4FB1" w:rsidRDefault="00E50C2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equal</w:t>
            </w:r>
          </w:p>
        </w:tc>
        <w:tc>
          <w:tcPr>
            <w:tcW w:w="1836" w:type="dxa"/>
            <w:vAlign w:val="center"/>
          </w:tcPr>
          <w:p w14:paraId="6213C5C5" w14:textId="36F72698" w:rsidR="00FC4FB1" w:rsidRDefault="005E783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can</w:t>
            </w:r>
          </w:p>
        </w:tc>
        <w:tc>
          <w:tcPr>
            <w:tcW w:w="1836" w:type="dxa"/>
            <w:vAlign w:val="center"/>
          </w:tcPr>
          <w:p w14:paraId="2B970BE8" w14:textId="71F482B5" w:rsidR="00FC4FB1" w:rsidRDefault="0074053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Therefore</w:t>
            </w:r>
          </w:p>
        </w:tc>
        <w:tc>
          <w:tcPr>
            <w:tcW w:w="1836" w:type="dxa"/>
            <w:vAlign w:val="center"/>
          </w:tcPr>
          <w:p w14:paraId="5CB087FD" w14:textId="5EB09FA6" w:rsidR="00FC4FB1" w:rsidRDefault="0074053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ask</w:t>
            </w:r>
          </w:p>
        </w:tc>
      </w:tr>
      <w:tr w:rsidR="00FC4FB1" w14:paraId="4C69455F" w14:textId="77777777" w:rsidTr="00A71383">
        <w:tc>
          <w:tcPr>
            <w:tcW w:w="1836" w:type="dxa"/>
            <w:vAlign w:val="center"/>
          </w:tcPr>
          <w:p w14:paraId="54748582" w14:textId="1BF96049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des</w:t>
            </w:r>
          </w:p>
        </w:tc>
        <w:tc>
          <w:tcPr>
            <w:tcW w:w="1836" w:type="dxa"/>
            <w:vAlign w:val="center"/>
          </w:tcPr>
          <w:p w14:paraId="1532BA73" w14:textId="48EF8D23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ei</w:t>
            </w:r>
          </w:p>
        </w:tc>
        <w:tc>
          <w:tcPr>
            <w:tcW w:w="1836" w:type="dxa"/>
            <w:vAlign w:val="center"/>
          </w:tcPr>
          <w:p w14:paraId="562788AC" w14:textId="29064F88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civitatem</w:t>
            </w:r>
          </w:p>
        </w:tc>
        <w:tc>
          <w:tcPr>
            <w:tcW w:w="1836" w:type="dxa"/>
            <w:vAlign w:val="center"/>
          </w:tcPr>
          <w:p w14:paraId="45B2FF7B" w14:textId="6BE2968D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Romanam</w:t>
            </w:r>
            <w:r w:rsidR="006C6B2A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36" w:type="dxa"/>
            <w:vAlign w:val="center"/>
          </w:tcPr>
          <w:p w14:paraId="7EFFF915" w14:textId="53452294" w:rsidR="00FC4FB1" w:rsidRDefault="006C6B2A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e</w:t>
            </w:r>
            <w:r w:rsidR="00FC4FB1">
              <w:rPr>
                <w:rFonts w:ascii="Palatino" w:hAnsi="Palatino" w:cs="Palatino" w:eastAsia="Palatino"/>
                <w:color w:val="000000"/>
                <w:sz w:val="23"/>
              </w:rPr>
              <w:t>st</w:t>
            </w:r>
          </w:p>
        </w:tc>
        <w:tc>
          <w:tcPr>
            <w:tcW w:w="1836" w:type="dxa"/>
            <w:vAlign w:val="center"/>
          </w:tcPr>
          <w:p w14:paraId="3D038DF2" w14:textId="1A014E0D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enim</w:t>
            </w:r>
          </w:p>
        </w:tc>
      </w:tr>
      <w:tr w:rsidR="00FC4FB1" w14:paraId="6A45FB72" w14:textId="77777777" w:rsidTr="00A71383">
        <w:tc>
          <w:tcPr>
            <w:tcW w:w="1836" w:type="dxa"/>
            <w:vAlign w:val="center"/>
          </w:tcPr>
          <w:p w14:paraId="7D9719C9" w14:textId="0F56FE31" w:rsidR="00FC4FB1" w:rsidRDefault="0074053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(that) you give</w:t>
            </w:r>
          </w:p>
        </w:tc>
        <w:tc>
          <w:tcPr>
            <w:tcW w:w="1836" w:type="dxa"/>
            <w:vAlign w:val="center"/>
          </w:tcPr>
          <w:p w14:paraId="28C530C7" w14:textId="499B5FE0" w:rsidR="00FC4FB1" w:rsidRDefault="0074053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him</w:t>
            </w:r>
          </w:p>
        </w:tc>
        <w:tc>
          <w:tcPr>
            <w:tcW w:w="1836" w:type="dxa"/>
            <w:vAlign w:val="center"/>
          </w:tcPr>
          <w:p w14:paraId="2FED0667" w14:textId="79BC0C5C" w:rsidR="00FC4FB1" w:rsidRDefault="0074053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citizenship</w:t>
            </w:r>
          </w:p>
        </w:tc>
        <w:tc>
          <w:tcPr>
            <w:tcW w:w="1836" w:type="dxa"/>
            <w:vAlign w:val="center"/>
          </w:tcPr>
          <w:p w14:paraId="331B7B87" w14:textId="78297D69" w:rsidR="00FC4FB1" w:rsidRDefault="0074053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Roman</w:t>
            </w:r>
          </w:p>
        </w:tc>
        <w:tc>
          <w:tcPr>
            <w:tcW w:w="1836" w:type="dxa"/>
            <w:vAlign w:val="center"/>
          </w:tcPr>
          <w:p w14:paraId="405EC947" w14:textId="1802522D" w:rsidR="00FC4FB1" w:rsidRDefault="0045248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is</w:t>
            </w:r>
          </w:p>
        </w:tc>
        <w:tc>
          <w:tcPr>
            <w:tcW w:w="1836" w:type="dxa"/>
            <w:vAlign w:val="center"/>
          </w:tcPr>
          <w:p w14:paraId="0F5C7D77" w14:textId="541CB71F" w:rsidR="00FC4FB1" w:rsidRDefault="006C6B2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Indeed</w:t>
            </w:r>
          </w:p>
        </w:tc>
      </w:tr>
      <w:tr w:rsidR="00FC4FB1" w14:paraId="309BDB1B" w14:textId="77777777" w:rsidTr="00A71383">
        <w:tc>
          <w:tcPr>
            <w:tcW w:w="1836" w:type="dxa"/>
            <w:vAlign w:val="center"/>
          </w:tcPr>
          <w:p w14:paraId="50DACF6E" w14:textId="3F1C0E68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peregrinae</w:t>
            </w:r>
          </w:p>
        </w:tc>
        <w:tc>
          <w:tcPr>
            <w:tcW w:w="1836" w:type="dxa"/>
            <w:vAlign w:val="center"/>
          </w:tcPr>
          <w:p w14:paraId="75548A25" w14:textId="326182C6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condicionis</w:t>
            </w:r>
          </w:p>
        </w:tc>
        <w:tc>
          <w:tcPr>
            <w:tcW w:w="1836" w:type="dxa"/>
            <w:vAlign w:val="center"/>
          </w:tcPr>
          <w:p w14:paraId="4744AFD1" w14:textId="61E2BB59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manumissus</w:t>
            </w:r>
          </w:p>
        </w:tc>
        <w:tc>
          <w:tcPr>
            <w:tcW w:w="1836" w:type="dxa"/>
            <w:vAlign w:val="center"/>
          </w:tcPr>
          <w:p w14:paraId="3119C0DD" w14:textId="523A21DE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a</w:t>
            </w:r>
          </w:p>
        </w:tc>
        <w:tc>
          <w:tcPr>
            <w:tcW w:w="1836" w:type="dxa"/>
            <w:vAlign w:val="center"/>
          </w:tcPr>
          <w:p w14:paraId="4408B341" w14:textId="1B322801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peregrina</w:t>
            </w:r>
          </w:p>
        </w:tc>
        <w:tc>
          <w:tcPr>
            <w:tcW w:w="1836" w:type="dxa"/>
            <w:vAlign w:val="center"/>
          </w:tcPr>
          <w:p w14:paraId="1CD19DB5" w14:textId="493CAE16" w:rsidR="00FC4FB1" w:rsidRDefault="009202E8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v</w:t>
            </w:r>
            <w:r w:rsidR="00FC4FB1">
              <w:rPr>
                <w:rFonts w:ascii="Palatino" w:hAnsi="Palatino" w:cs="Palatino" w:eastAsia="Palatino"/>
                <w:color w:val="000000"/>
                <w:sz w:val="23"/>
              </w:rPr>
              <w:t>ocatur</w:t>
            </w:r>
          </w:p>
        </w:tc>
      </w:tr>
      <w:tr w:rsidR="00FC4FB1" w14:paraId="1A445167" w14:textId="77777777" w:rsidTr="00A71383">
        <w:tc>
          <w:tcPr>
            <w:tcW w:w="1836" w:type="dxa"/>
            <w:vAlign w:val="center"/>
          </w:tcPr>
          <w:p w14:paraId="6631770B" w14:textId="402726CD" w:rsidR="00FC4FB1" w:rsidRDefault="0045248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foreign</w:t>
            </w:r>
          </w:p>
        </w:tc>
        <w:tc>
          <w:tcPr>
            <w:tcW w:w="1836" w:type="dxa"/>
            <w:vAlign w:val="center"/>
          </w:tcPr>
          <w:p w14:paraId="12B0D1D7" w14:textId="4AA47495" w:rsidR="00FC4FB1" w:rsidRDefault="0045248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status</w:t>
            </w:r>
          </w:p>
        </w:tc>
        <w:tc>
          <w:tcPr>
            <w:tcW w:w="1836" w:type="dxa"/>
            <w:vAlign w:val="center"/>
          </w:tcPr>
          <w:p w14:paraId="246EEDB7" w14:textId="4A6249A7" w:rsidR="00FC4FB1" w:rsidRDefault="0045248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been freed</w:t>
            </w:r>
          </w:p>
        </w:tc>
        <w:tc>
          <w:tcPr>
            <w:tcW w:w="1836" w:type="dxa"/>
            <w:vAlign w:val="center"/>
          </w:tcPr>
          <w:p w14:paraId="4EA23955" w14:textId="078EA2BE" w:rsidR="00FC4FB1" w:rsidRDefault="0045248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</w:t>
            </w:r>
          </w:p>
        </w:tc>
        <w:tc>
          <w:tcPr>
            <w:tcW w:w="1836" w:type="dxa"/>
            <w:vAlign w:val="center"/>
          </w:tcPr>
          <w:p w14:paraId="407E4008" w14:textId="33D5283C" w:rsidR="00FC4FB1" w:rsidRDefault="0045248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foreign woman.</w:t>
            </w:r>
          </w:p>
        </w:tc>
        <w:tc>
          <w:tcPr>
            <w:tcW w:w="1836" w:type="dxa"/>
            <w:vAlign w:val="center"/>
          </w:tcPr>
          <w:p w14:paraId="466B37B1" w14:textId="2A81FAAE" w:rsidR="00FC4FB1" w:rsidRDefault="009202E8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called</w:t>
            </w:r>
          </w:p>
        </w:tc>
      </w:tr>
      <w:tr w:rsidR="00FC4FB1" w14:paraId="1B555E6B" w14:textId="77777777" w:rsidTr="00A71383">
        <w:tc>
          <w:tcPr>
            <w:tcW w:w="1836" w:type="dxa"/>
            <w:vAlign w:val="center"/>
          </w:tcPr>
          <w:p w14:paraId="4C45C459" w14:textId="11A97EC3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ipse</w:t>
            </w:r>
          </w:p>
        </w:tc>
        <w:tc>
          <w:tcPr>
            <w:tcW w:w="1836" w:type="dxa"/>
            <w:vAlign w:val="center"/>
          </w:tcPr>
          <w:p w14:paraId="2B8A5F74" w14:textId="2E70BEE8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Arpocras</w:t>
            </w:r>
          </w:p>
        </w:tc>
        <w:tc>
          <w:tcPr>
            <w:tcW w:w="1836" w:type="dxa"/>
            <w:vAlign w:val="center"/>
          </w:tcPr>
          <w:p w14:paraId="767CA5CD" w14:textId="3658895F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patronam</w:t>
            </w:r>
          </w:p>
        </w:tc>
        <w:tc>
          <w:tcPr>
            <w:tcW w:w="1836" w:type="dxa"/>
            <w:vAlign w:val="center"/>
          </w:tcPr>
          <w:p w14:paraId="26F1A050" w14:textId="7D9AD919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habuit</w:t>
            </w:r>
          </w:p>
        </w:tc>
        <w:tc>
          <w:tcPr>
            <w:tcW w:w="1836" w:type="dxa"/>
            <w:vAlign w:val="center"/>
          </w:tcPr>
          <w:p w14:paraId="1E9FD3D6" w14:textId="3887A13F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Thermuthin</w:t>
            </w:r>
          </w:p>
        </w:tc>
        <w:tc>
          <w:tcPr>
            <w:tcW w:w="1836" w:type="dxa"/>
            <w:vAlign w:val="center"/>
          </w:tcPr>
          <w:p w14:paraId="748E8A1D" w14:textId="4641CFD1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Theonis</w:t>
            </w:r>
          </w:p>
        </w:tc>
      </w:tr>
      <w:tr w:rsidR="00FC4FB1" w14:paraId="4245DD14" w14:textId="77777777" w:rsidTr="00A71383">
        <w:tc>
          <w:tcPr>
            <w:tcW w:w="1836" w:type="dxa"/>
            <w:vAlign w:val="center"/>
          </w:tcPr>
          <w:p w14:paraId="3513E74B" w14:textId="1115CDF8" w:rsidR="00FC4FB1" w:rsidRDefault="009202E8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himself</w:t>
            </w:r>
          </w:p>
        </w:tc>
        <w:tc>
          <w:tcPr>
            <w:tcW w:w="1836" w:type="dxa"/>
            <w:vAlign w:val="center"/>
          </w:tcPr>
          <w:p w14:paraId="579CF978" w14:textId="150C57D8" w:rsidR="00FC4FB1" w:rsidRDefault="00E153A8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Arpocras</w:t>
            </w:r>
          </w:p>
        </w:tc>
        <w:tc>
          <w:tcPr>
            <w:tcW w:w="1836" w:type="dxa"/>
            <w:vAlign w:val="center"/>
          </w:tcPr>
          <w:p w14:paraId="3C1B4689" w14:textId="68FA7E1A" w:rsidR="00FC4FB1" w:rsidRDefault="00C3711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a patron</w:t>
            </w:r>
          </w:p>
        </w:tc>
        <w:tc>
          <w:tcPr>
            <w:tcW w:w="1836" w:type="dxa"/>
            <w:vAlign w:val="center"/>
          </w:tcPr>
          <w:p w14:paraId="7D6DDCB8" w14:textId="33C8E537" w:rsidR="00FC4FB1" w:rsidRDefault="00C3711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had</w:t>
            </w:r>
          </w:p>
        </w:tc>
        <w:tc>
          <w:tcPr>
            <w:tcW w:w="1836" w:type="dxa"/>
            <w:vAlign w:val="center"/>
          </w:tcPr>
          <w:p w14:paraId="7AB96EB5" w14:textId="28A141FB" w:rsidR="00FC4FB1" w:rsidRDefault="00C3711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Thermuthis</w:t>
            </w:r>
          </w:p>
        </w:tc>
        <w:tc>
          <w:tcPr>
            <w:tcW w:w="1836" w:type="dxa"/>
            <w:vAlign w:val="center"/>
          </w:tcPr>
          <w:p w14:paraId="36D91D4D" w14:textId="29C6FD1D" w:rsidR="00FC4FB1" w:rsidRDefault="00C3711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Theon</w:t>
            </w:r>
          </w:p>
        </w:tc>
      </w:tr>
      <w:tr w:rsidR="00FC4FB1" w14:paraId="5A8A1761" w14:textId="77777777" w:rsidTr="00A71383">
        <w:tc>
          <w:tcPr>
            <w:tcW w:w="1836" w:type="dxa"/>
            <w:vAlign w:val="center"/>
          </w:tcPr>
          <w:p w14:paraId="35B44BDE" w14:textId="65CE6E46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quae</w:t>
            </w:r>
          </w:p>
        </w:tc>
        <w:tc>
          <w:tcPr>
            <w:tcW w:w="1836" w:type="dxa"/>
            <w:vAlign w:val="center"/>
          </w:tcPr>
          <w:p w14:paraId="60CF4356" w14:textId="3B695C1B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iam</w:t>
            </w:r>
          </w:p>
        </w:tc>
        <w:tc>
          <w:tcPr>
            <w:tcW w:w="1836" w:type="dxa"/>
            <w:vAlign w:val="center"/>
          </w:tcPr>
          <w:p w14:paraId="0A572338" w14:textId="53FF4821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pridem</w:t>
            </w:r>
          </w:p>
        </w:tc>
        <w:tc>
          <w:tcPr>
            <w:tcW w:w="1836" w:type="dxa"/>
            <w:vAlign w:val="center"/>
          </w:tcPr>
          <w:p w14:paraId="4BEEE12D" w14:textId="037F0F68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defuncta</w:t>
            </w:r>
          </w:p>
        </w:tc>
        <w:tc>
          <w:tcPr>
            <w:tcW w:w="1836" w:type="dxa"/>
            <w:vAlign w:val="center"/>
          </w:tcPr>
          <w:p w14:paraId="26416047" w14:textId="6E2A9ABF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est</w:t>
            </w:r>
            <w:r w:rsidR="00BF6D6E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36" w:type="dxa"/>
            <w:vAlign w:val="center"/>
          </w:tcPr>
          <w:p w14:paraId="351750F8" w14:textId="7F20E9B0" w:rsidR="00FC4FB1" w:rsidRDefault="00BF6D6E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i</w:t>
            </w:r>
            <w:r w:rsidR="00FC4FB1">
              <w:rPr>
                <w:rFonts w:ascii="Palatino" w:hAnsi="Palatino" w:cs="Palatino" w:eastAsia="Palatino"/>
                <w:color w:val="000000"/>
                <w:sz w:val="23"/>
              </w:rPr>
              <w:t>tem</w:t>
            </w:r>
          </w:p>
        </w:tc>
      </w:tr>
      <w:tr w:rsidR="00FC4FB1" w14:paraId="255C7AD8" w14:textId="77777777" w:rsidTr="00A71383">
        <w:tc>
          <w:tcPr>
            <w:tcW w:w="1836" w:type="dxa"/>
            <w:vAlign w:val="center"/>
          </w:tcPr>
          <w:p w14:paraId="7EAFC38B" w14:textId="032B6F56" w:rsidR="00FC4FB1" w:rsidRDefault="00DC48A8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</w:t>
            </w:r>
          </w:p>
        </w:tc>
        <w:tc>
          <w:tcPr>
            <w:tcW w:w="1836" w:type="dxa"/>
            <w:vAlign w:val="center"/>
          </w:tcPr>
          <w:p w14:paraId="37EDAD7F" w14:textId="30E3FE17" w:rsidR="00FC4FB1" w:rsidRDefault="00BF6D6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w="1836" w:type="dxa"/>
            <w:vAlign w:val="center"/>
          </w:tcPr>
          <w:p w14:paraId="3425C0AC" w14:textId="71B5FFFE" w:rsidR="00FC4FB1" w:rsidRDefault="00BF6D6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a long time</w:t>
            </w:r>
          </w:p>
        </w:tc>
        <w:tc>
          <w:tcPr>
            <w:tcW w:w="1836" w:type="dxa"/>
            <w:vAlign w:val="center"/>
          </w:tcPr>
          <w:p w14:paraId="275D50AA" w14:textId="52BAA68E" w:rsidR="00FC4FB1" w:rsidRDefault="00DC48A8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died</w:t>
            </w:r>
          </w:p>
        </w:tc>
        <w:tc>
          <w:tcPr>
            <w:tcW w:w="1836" w:type="dxa"/>
            <w:vAlign w:val="center"/>
          </w:tcPr>
          <w:p w14:paraId="41EC5CDA" w14:textId="77777777" w:rsidR="00FC4FB1" w:rsidRDefault="00FC4FB1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9= </w:t>
            </w:r>
          </w:p>
        </w:tc>
        <w:tc>
          <w:tcPr>
            <w:tcW w:w="1836" w:type="dxa"/>
            <w:vAlign w:val="center"/>
          </w:tcPr>
          <w:p w14:paraId="23B301E5" w14:textId="4B73977D" w:rsidR="00FC4FB1" w:rsidRDefault="00BF6D6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Likewise</w:t>
            </w:r>
          </w:p>
        </w:tc>
      </w:tr>
      <w:tr w:rsidR="00FC4FB1" w14:paraId="14059336" w14:textId="77777777" w:rsidTr="00A71383">
        <w:tc>
          <w:tcPr>
            <w:tcW w:w="1836" w:type="dxa"/>
            <w:vAlign w:val="center"/>
          </w:tcPr>
          <w:p w14:paraId="02ED150B" w14:textId="3B94E95C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rogo</w:t>
            </w:r>
          </w:p>
        </w:tc>
        <w:tc>
          <w:tcPr>
            <w:tcW w:w="1836" w:type="dxa"/>
            <w:vAlign w:val="center"/>
          </w:tcPr>
          <w:p w14:paraId="5C4CECE9" w14:textId="5AC94291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des</w:t>
            </w:r>
          </w:p>
        </w:tc>
        <w:tc>
          <w:tcPr>
            <w:tcW w:w="1836" w:type="dxa"/>
            <w:vAlign w:val="center"/>
          </w:tcPr>
          <w:p w14:paraId="0E297D0B" w14:textId="760B8DD6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ius</w:t>
            </w:r>
          </w:p>
        </w:tc>
        <w:tc>
          <w:tcPr>
            <w:tcW w:w="1836" w:type="dxa"/>
            <w:vAlign w:val="center"/>
          </w:tcPr>
          <w:p w14:paraId="68AEC3AB" w14:textId="344D50CA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Quiritium</w:t>
            </w:r>
          </w:p>
        </w:tc>
        <w:tc>
          <w:tcPr>
            <w:tcW w:w="1836" w:type="dxa"/>
            <w:vAlign w:val="center"/>
          </w:tcPr>
          <w:p w14:paraId="13956B90" w14:textId="15212D94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libertis</w:t>
            </w:r>
          </w:p>
        </w:tc>
        <w:tc>
          <w:tcPr>
            <w:tcW w:w="1836" w:type="dxa"/>
            <w:vAlign w:val="center"/>
          </w:tcPr>
          <w:p w14:paraId="664C3120" w14:textId="34DE323A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Antoniae</w:t>
            </w:r>
          </w:p>
        </w:tc>
      </w:tr>
      <w:tr w:rsidR="00FC4FB1" w14:paraId="18F77991" w14:textId="77777777" w:rsidTr="00A71383">
        <w:tc>
          <w:tcPr>
            <w:tcW w:w="1836" w:type="dxa"/>
            <w:vAlign w:val="center"/>
          </w:tcPr>
          <w:p w14:paraId="34ED3863" w14:textId="5B2414EB" w:rsidR="00FC4FB1" w:rsidRDefault="00BF6D6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ask</w:t>
            </w:r>
          </w:p>
        </w:tc>
        <w:tc>
          <w:tcPr>
            <w:tcW w:w="1836" w:type="dxa"/>
            <w:vAlign w:val="center"/>
          </w:tcPr>
          <w:p w14:paraId="0B990988" w14:textId="542A172B" w:rsidR="00FC4FB1" w:rsidRDefault="007E42B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(that) you give</w:t>
            </w:r>
          </w:p>
        </w:tc>
        <w:tc>
          <w:tcPr>
            <w:tcW w:w="1836" w:type="dxa"/>
            <w:vAlign w:val="center"/>
          </w:tcPr>
          <w:p w14:paraId="090F5889" w14:textId="396A54D9" w:rsidR="00FC4FB1" w:rsidRDefault="007E42B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full roman</w:t>
            </w:r>
          </w:p>
        </w:tc>
        <w:tc>
          <w:tcPr>
            <w:tcW w:w="1836" w:type="dxa"/>
            <w:vAlign w:val="center"/>
          </w:tcPr>
          <w:p w14:paraId="2CC4471A" w14:textId="201400F6" w:rsidR="00FC4FB1" w:rsidRDefault="007E42B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citizenship</w:t>
            </w:r>
          </w:p>
        </w:tc>
        <w:tc>
          <w:tcPr>
            <w:tcW w:w="1836" w:type="dxa"/>
            <w:vAlign w:val="center"/>
          </w:tcPr>
          <w:p w14:paraId="00E8874B" w14:textId="1DB27C0F" w:rsidR="00FC4FB1" w:rsidRDefault="00805C4C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freed-women</w:t>
            </w:r>
          </w:p>
        </w:tc>
        <w:tc>
          <w:tcPr>
            <w:tcW w:w="1836" w:type="dxa"/>
            <w:vAlign w:val="center"/>
          </w:tcPr>
          <w:p w14:paraId="739AE95D" w14:textId="40D12B15" w:rsidR="00FC4FB1" w:rsidRDefault="00805C4C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Antonia</w:t>
            </w:r>
          </w:p>
        </w:tc>
      </w:tr>
      <w:tr w:rsidR="00FC4FB1" w14:paraId="211EA13E" w14:textId="77777777" w:rsidTr="00A71383">
        <w:tc>
          <w:tcPr>
            <w:tcW w:w="1836" w:type="dxa"/>
            <w:vAlign w:val="center"/>
          </w:tcPr>
          <w:p w14:paraId="0703EE43" w14:textId="4B399C08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Maximillae</w:t>
            </w:r>
          </w:p>
        </w:tc>
        <w:tc>
          <w:tcPr>
            <w:tcW w:w="1836" w:type="dxa"/>
            <w:vAlign w:val="center"/>
          </w:tcPr>
          <w:p w14:paraId="3CD82667" w14:textId="7C23CB40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ornatissimae</w:t>
            </w:r>
          </w:p>
        </w:tc>
        <w:tc>
          <w:tcPr>
            <w:tcW w:w="1836" w:type="dxa"/>
            <w:vAlign w:val="center"/>
          </w:tcPr>
          <w:p w14:paraId="4B4621BF" w14:textId="0439491E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feminae</w:t>
            </w:r>
          </w:p>
        </w:tc>
        <w:tc>
          <w:tcPr>
            <w:tcW w:w="1836" w:type="dxa"/>
            <w:vAlign w:val="center"/>
          </w:tcPr>
          <w:p w14:paraId="5C897E8B" w14:textId="24B6C8E9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Hediae</w:t>
            </w:r>
          </w:p>
        </w:tc>
        <w:tc>
          <w:tcPr>
            <w:tcW w:w="1836" w:type="dxa"/>
            <w:vAlign w:val="center"/>
          </w:tcPr>
          <w:p w14:paraId="21C87264" w14:textId="1346514A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36" w:type="dxa"/>
            <w:vAlign w:val="center"/>
          </w:tcPr>
          <w:p w14:paraId="21D91C47" w14:textId="0BA931AB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Antoniae</w:t>
            </w:r>
          </w:p>
        </w:tc>
      </w:tr>
      <w:tr w:rsidR="00FC4FB1" w14:paraId="73F16E4E" w14:textId="77777777" w:rsidTr="00A71383">
        <w:tc>
          <w:tcPr>
            <w:tcW w:w="1836" w:type="dxa"/>
            <w:vAlign w:val="center"/>
          </w:tcPr>
          <w:p w14:paraId="2F1C8C02" w14:textId="11F3175B" w:rsidR="00FC4FB1" w:rsidRDefault="00805C4C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Maximilla</w:t>
            </w:r>
          </w:p>
        </w:tc>
        <w:tc>
          <w:tcPr>
            <w:tcW w:w="1836" w:type="dxa"/>
            <w:vAlign w:val="center"/>
          </w:tcPr>
          <w:p w14:paraId="75340350" w14:textId="35F24440" w:rsidR="00FC4FB1" w:rsidRDefault="00805C4C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very distinguished</w:t>
            </w:r>
          </w:p>
        </w:tc>
        <w:tc>
          <w:tcPr>
            <w:tcW w:w="1836" w:type="dxa"/>
            <w:vAlign w:val="center"/>
          </w:tcPr>
          <w:p w14:paraId="6770050D" w14:textId="424ABF5B" w:rsidR="00FC4FB1" w:rsidRDefault="008B51C5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woman</w:t>
            </w:r>
          </w:p>
        </w:tc>
        <w:tc>
          <w:tcPr>
            <w:tcW w:w="1836" w:type="dxa"/>
            <w:vAlign w:val="center"/>
          </w:tcPr>
          <w:p w14:paraId="4F7EC0A1" w14:textId="57B91B2D" w:rsidR="00FC4FB1" w:rsidRDefault="008B51C5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Hedia</w:t>
            </w:r>
          </w:p>
        </w:tc>
        <w:tc>
          <w:tcPr>
            <w:tcW w:w="1836" w:type="dxa"/>
            <w:vAlign w:val="center"/>
          </w:tcPr>
          <w:p w14:paraId="4CB0B276" w14:textId="6C689C79" w:rsidR="00FC4FB1" w:rsidRDefault="008B51C5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36" w:type="dxa"/>
            <w:vAlign w:val="center"/>
          </w:tcPr>
          <w:p w14:paraId="31BB27C5" w14:textId="6AAD1064" w:rsidR="00FC4FB1" w:rsidRDefault="008B51C5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Antonia</w:t>
            </w:r>
          </w:p>
        </w:tc>
      </w:tr>
      <w:tr w:rsidR="00FC4FB1" w14:paraId="5C4D188C" w14:textId="77777777" w:rsidTr="00A71383">
        <w:tc>
          <w:tcPr>
            <w:tcW w:w="1836" w:type="dxa"/>
            <w:vAlign w:val="center"/>
          </w:tcPr>
          <w:p w14:paraId="25B71AA2" w14:textId="74E31FEB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lastRenderedPageBreak/>
              <w:t>Harmeridi</w:t>
            </w:r>
          </w:p>
        </w:tc>
        <w:tc>
          <w:tcPr>
            <w:tcW w:w="1836" w:type="dxa"/>
            <w:vAlign w:val="center"/>
          </w:tcPr>
          <w:p w14:paraId="7C857D7C" w14:textId="484C806B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quod</w:t>
            </w:r>
          </w:p>
        </w:tc>
        <w:tc>
          <w:tcPr>
            <w:tcW w:w="1836" w:type="dxa"/>
            <w:vAlign w:val="center"/>
          </w:tcPr>
          <w:p w14:paraId="282BE693" w14:textId="39E76110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a</w:t>
            </w:r>
          </w:p>
        </w:tc>
        <w:tc>
          <w:tcPr>
            <w:tcW w:w="1836" w:type="dxa"/>
            <w:vAlign w:val="center"/>
          </w:tcPr>
          <w:p w14:paraId="373957DD" w14:textId="7C8374A1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te</w:t>
            </w:r>
          </w:p>
        </w:tc>
        <w:tc>
          <w:tcPr>
            <w:tcW w:w="1836" w:type="dxa"/>
            <w:vAlign w:val="center"/>
          </w:tcPr>
          <w:p w14:paraId="2DEC978C" w14:textId="5A1E522D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petente</w:t>
            </w:r>
          </w:p>
        </w:tc>
        <w:tc>
          <w:tcPr>
            <w:tcW w:w="1836" w:type="dxa"/>
            <w:vAlign w:val="center"/>
          </w:tcPr>
          <w:p w14:paraId="687E9CAA" w14:textId="584374C5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patrona</w:t>
            </w:r>
          </w:p>
        </w:tc>
      </w:tr>
      <w:tr w:rsidR="00FC4FB1" w14:paraId="20054B5A" w14:textId="77777777" w:rsidTr="00A71383">
        <w:tc>
          <w:tcPr>
            <w:tcW w:w="1836" w:type="dxa"/>
            <w:vAlign w:val="center"/>
          </w:tcPr>
          <w:p w14:paraId="14B39731" w14:textId="6E2F1146" w:rsidR="00FC4FB1" w:rsidRDefault="00BC358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Harmeris</w:t>
            </w:r>
          </w:p>
        </w:tc>
        <w:tc>
          <w:tcPr>
            <w:tcW w:w="1836" w:type="dxa"/>
            <w:vAlign w:val="center"/>
          </w:tcPr>
          <w:p w14:paraId="48BBEE98" w14:textId="4E832459" w:rsidR="00FC4FB1" w:rsidRDefault="00BC358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836" w:type="dxa"/>
            <w:vAlign w:val="center"/>
          </w:tcPr>
          <w:p w14:paraId="6CBD151B" w14:textId="595984C7" w:rsidR="00FC4FB1" w:rsidRDefault="00BC358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w="1836" w:type="dxa"/>
            <w:vAlign w:val="center"/>
          </w:tcPr>
          <w:p w14:paraId="2CDFAF7C" w14:textId="21640A37" w:rsidR="00FC4FB1" w:rsidRDefault="00BC358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w="1836" w:type="dxa"/>
            <w:vAlign w:val="center"/>
          </w:tcPr>
          <w:p w14:paraId="1C5BF97F" w14:textId="65C1C3C2" w:rsidR="00FC4FB1" w:rsidRDefault="00CD6C4A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asking</w:t>
            </w:r>
          </w:p>
        </w:tc>
        <w:tc>
          <w:tcPr>
            <w:tcW w:w="1836" w:type="dxa"/>
            <w:vAlign w:val="center"/>
          </w:tcPr>
          <w:p w14:paraId="0F7F41A0" w14:textId="149B29EA" w:rsidR="00FC4FB1" w:rsidRDefault="00BC358E" w:rsidP="00FC4FB1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(their) patron</w:t>
            </w:r>
          </w:p>
        </w:tc>
      </w:tr>
      <w:tr w:rsidR="00FC4FB1" w14:paraId="73F732F8" w14:textId="77777777" w:rsidTr="00A71383">
        <w:tc>
          <w:tcPr>
            <w:tcW w:w="1836" w:type="dxa"/>
            <w:vAlign w:val="center"/>
          </w:tcPr>
          <w:p w14:paraId="14C7E976" w14:textId="2EE37D0A" w:rsidR="00FC4FB1" w:rsidRDefault="00FC4FB1" w:rsidP="00FC4FB1">
            <w:r>
              <w:rPr>
                <w:rFonts w:ascii="Palatino" w:hAnsi="Palatino" w:cs="Palatino" w:eastAsia="Palatino"/>
                <w:color w:val="000000"/>
                <w:sz w:val="23"/>
              </w:rPr>
              <w:t>peto</w:t>
            </w:r>
          </w:p>
        </w:tc>
        <w:tc>
          <w:tcPr>
            <w:tcW w:w="1836" w:type="dxa"/>
            <w:vAlign w:val="center"/>
          </w:tcPr>
          <w:p w14:paraId="54540625" w14:textId="77777777" w:rsidR="00FC4FB1" w:rsidRDefault="00FC4FB1" w:rsidP="00FC4FB1"/>
        </w:tc>
        <w:tc>
          <w:tcPr>
            <w:tcW w:w="1836" w:type="dxa"/>
            <w:vAlign w:val="center"/>
          </w:tcPr>
          <w:p w14:paraId="367C8EB6" w14:textId="77777777" w:rsidR="00FC4FB1" w:rsidRDefault="00FC4FB1" w:rsidP="00FC4FB1"/>
        </w:tc>
        <w:tc>
          <w:tcPr>
            <w:tcW w:w="1836" w:type="dxa"/>
            <w:vAlign w:val="center"/>
          </w:tcPr>
          <w:p w14:paraId="637BAAB7" w14:textId="77777777" w:rsidR="00FC4FB1" w:rsidRDefault="00FC4FB1" w:rsidP="00FC4FB1"/>
        </w:tc>
        <w:tc>
          <w:tcPr>
            <w:tcW w:w="1836" w:type="dxa"/>
            <w:vAlign w:val="center"/>
          </w:tcPr>
          <w:p w14:paraId="1A511D14" w14:textId="77777777" w:rsidR="00FC4FB1" w:rsidRDefault="00FC4FB1" w:rsidP="00FC4FB1"/>
        </w:tc>
        <w:tc>
          <w:tcPr>
            <w:tcW w:w="1836" w:type="dxa"/>
            <w:vAlign w:val="center"/>
          </w:tcPr>
          <w:p w14:paraId="34D53FA3" w14:textId="77777777" w:rsidR="00FC4FB1" w:rsidRDefault="00FC4FB1" w:rsidP="00FC4FB1"/>
        </w:tc>
      </w:tr>
      <w:tr w:rsidR="00FC4FB1" w14:paraId="4E64C15A" w14:textId="77777777" w:rsidTr="00A71383">
        <w:tc>
          <w:tcPr>
            <w:tcW w:w="1836" w:type="dxa"/>
            <w:vAlign w:val="center"/>
          </w:tcPr>
          <w:p w14:paraId="465F4A30" w14:textId="1D591D2A" w:rsidR="00FC4FB1" w:rsidRDefault="00BC358E" w:rsidP="00FC4FB1">
            <w:pPr>
              <w:rPr>
                <w:color w:val="000000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seek</w:t>
            </w:r>
          </w:p>
        </w:tc>
        <w:tc>
          <w:tcPr>
            <w:tcW w:w="1836" w:type="dxa"/>
            <w:vAlign w:val="center"/>
          </w:tcPr>
          <w:p w14:paraId="50ADDE5D" w14:textId="77777777" w:rsidR="00FC4FB1" w:rsidRDefault="00FC4FB1" w:rsidP="00FC4FB1"/>
        </w:tc>
        <w:tc>
          <w:tcPr>
            <w:tcW w:w="1836" w:type="dxa"/>
            <w:vAlign w:val="center"/>
          </w:tcPr>
          <w:p w14:paraId="39388834" w14:textId="77777777" w:rsidR="00FC4FB1" w:rsidRDefault="00FC4FB1" w:rsidP="00FC4FB1"/>
        </w:tc>
        <w:tc>
          <w:tcPr>
            <w:tcW w:w="1836" w:type="dxa"/>
            <w:vAlign w:val="center"/>
          </w:tcPr>
          <w:p w14:paraId="48CDF461" w14:textId="77777777" w:rsidR="00FC4FB1" w:rsidRDefault="00FC4FB1" w:rsidP="00FC4FB1"/>
        </w:tc>
        <w:tc>
          <w:tcPr>
            <w:tcW w:w="1836" w:type="dxa"/>
            <w:vAlign w:val="center"/>
          </w:tcPr>
          <w:p w14:paraId="2024FDA3" w14:textId="77777777" w:rsidR="00FC4FB1" w:rsidRDefault="00FC4FB1" w:rsidP="00FC4FB1"/>
        </w:tc>
        <w:tc>
          <w:tcPr>
            <w:tcW w:w="1836" w:type="dxa"/>
            <w:vAlign w:val="center"/>
          </w:tcPr>
          <w:p w14:paraId="46232C3C" w14:textId="77777777" w:rsidR="00FC4FB1" w:rsidRDefault="00FC4FB1" w:rsidP="00FC4FB1"/>
        </w:tc>
      </w:tr>
    </w:tbl>
    <w:p w14:paraId="01D523F9" w14:textId="77777777" w:rsidR="00CD6C4A" w:rsidRPr="00FC4FB1" w:rsidRDefault="00CD6C4A" w:rsidP="00FC4FB1"/>
    <w:sectPr w:rsidR="00000000" w:rsidRPr="00FC4FB1" w:rsidSect="00FC4F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3314910">
    <w:abstractNumId w:val="8"/>
  </w:num>
  <w:num w:numId="2" w16cid:durableId="1854759200">
    <w:abstractNumId w:val="6"/>
  </w:num>
  <w:num w:numId="3" w16cid:durableId="684017693">
    <w:abstractNumId w:val="5"/>
  </w:num>
  <w:num w:numId="4" w16cid:durableId="43873732">
    <w:abstractNumId w:val="4"/>
  </w:num>
  <w:num w:numId="5" w16cid:durableId="1573390373">
    <w:abstractNumId w:val="7"/>
  </w:num>
  <w:num w:numId="6" w16cid:durableId="62417332">
    <w:abstractNumId w:val="3"/>
  </w:num>
  <w:num w:numId="7" w16cid:durableId="165437247">
    <w:abstractNumId w:val="2"/>
  </w:num>
  <w:num w:numId="8" w16cid:durableId="2060321593">
    <w:abstractNumId w:val="1"/>
  </w:num>
  <w:num w:numId="9" w16cid:durableId="1169783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28BC"/>
    <w:rsid w:val="00326F90"/>
    <w:rsid w:val="00330931"/>
    <w:rsid w:val="0045248A"/>
    <w:rsid w:val="00575597"/>
    <w:rsid w:val="005E783A"/>
    <w:rsid w:val="006C6B2A"/>
    <w:rsid w:val="0074053A"/>
    <w:rsid w:val="007E42BE"/>
    <w:rsid w:val="007F6E1C"/>
    <w:rsid w:val="00805C4C"/>
    <w:rsid w:val="008B51C5"/>
    <w:rsid w:val="009202E8"/>
    <w:rsid w:val="009E42AF"/>
    <w:rsid w:val="00AA1D8D"/>
    <w:rsid w:val="00B4583C"/>
    <w:rsid w:val="00B47730"/>
    <w:rsid w:val="00BA27D4"/>
    <w:rsid w:val="00BC2739"/>
    <w:rsid w:val="00BC358E"/>
    <w:rsid w:val="00BF6D6E"/>
    <w:rsid w:val="00C37111"/>
    <w:rsid w:val="00CB0664"/>
    <w:rsid w:val="00CD6C4A"/>
    <w:rsid w:val="00D16132"/>
    <w:rsid w:val="00D40804"/>
    <w:rsid w:val="00D664D0"/>
    <w:rsid w:val="00DC48A8"/>
    <w:rsid w:val="00E153A8"/>
    <w:rsid w:val="00E50C21"/>
    <w:rsid w:val="00E852C3"/>
    <w:rsid w:val="00FC4F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3E9DD9"/>
  <w14:defaultImageDpi w14:val="300"/>
  <w15:docId w15:val="{ED25BD9B-0616-4F6D-A024-FE60B95E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cs="Palatino" w:eastAsia="Palatino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268</Words>
  <Characters>1183</Characters>
  <Application>Microsoft Office Word</Application>
  <DocSecurity>0</DocSecurity>
  <Lines>591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Jonathan Hills</cp:lastModifiedBy>
  <cp:revision>27</cp:revision>
  <dcterms:created xsi:type="dcterms:W3CDTF">2025-06-19T13:18:00Z</dcterms:created>
  <dcterms:modified xsi:type="dcterms:W3CDTF">2025-06-19T13:35:00Z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165718de-079e-456a-9e11-4f1cd2585c03</vt:lpwstr>
  </property>
</Properties>
</file>