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3"/>
        <w:gridCol w:w="1789"/>
        <w:gridCol w:w="1823"/>
        <w:gridCol w:w="1892"/>
        <w:gridCol w:w="1774"/>
        <w:gridCol w:w="1779"/>
      </w:tblGrid>
      <w:tr w:rsidR="004A4CF6" w14:paraId="7B888DB0" w14:textId="77777777" w:rsidTr="004A4CF6">
        <w:tc>
          <w:tcPr>
            <w:tcW w:w="1815" w:type="dxa"/>
            <w:vAlign w:val="center"/>
          </w:tcPr>
          <w:p w14:paraId="5A3B8B3B" w14:textId="50AE277A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C.</w:t>
            </w:r>
          </w:p>
        </w:tc>
        <w:tc>
          <w:tcPr>
            <w:tcW w:w="1827" w:type="dxa"/>
            <w:vAlign w:val="center"/>
          </w:tcPr>
          <w:p w14:paraId="39593392" w14:textId="442D41B2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PLINIUS</w:t>
            </w:r>
          </w:p>
        </w:tc>
        <w:tc>
          <w:tcPr>
            <w:tcW w:w="1833" w:type="dxa"/>
            <w:vAlign w:val="center"/>
          </w:tcPr>
          <w:p w14:paraId="2E1C396A" w14:textId="173E235B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TRAIANO</w:t>
            </w:r>
          </w:p>
        </w:tc>
        <w:tc>
          <w:tcPr>
            <w:tcW w:w="1892" w:type="dxa"/>
            <w:vAlign w:val="center"/>
          </w:tcPr>
          <w:p w14:paraId="0BD35507" w14:textId="0CFA43B2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IMPERATORI.</w:t>
            </w:r>
          </w:p>
        </w:tc>
        <w:tc>
          <w:tcPr>
            <w:tcW w:w="1824" w:type="dxa"/>
            <w:vAlign w:val="center"/>
          </w:tcPr>
          <w:p w14:paraId="4571A5E4" w14:textId="47FB4105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in</w:t>
            </w:r>
          </w:p>
        </w:tc>
        <w:tc>
          <w:tcPr>
            <w:tcW w:w="1825" w:type="dxa"/>
            <w:vAlign w:val="center"/>
          </w:tcPr>
          <w:p w14:paraId="33F5E615" w14:textId="1EDB14B7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aquae</w:t>
            </w:r>
          </w:p>
        </w:tc>
      </w:tr>
      <w:tr w:rsidR="004A4CF6" w14:paraId="3D611A00" w14:textId="77777777" w:rsidTr="004A4CF6">
        <w:tc>
          <w:tcPr>
            <w:tcW w:w="1815" w:type="dxa"/>
            <w:vAlign w:val="center"/>
          </w:tcPr>
          <w:p w14:paraId="40B0A5E1" w14:textId="173AF77A" w:rsidR="004A4CF6" w:rsidRDefault="004A4CF6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Gaius</w:t>
            </w:r>
          </w:p>
        </w:tc>
        <w:tc>
          <w:tcPr>
            <w:tcW w:w="1827" w:type="dxa"/>
            <w:vAlign w:val="center"/>
          </w:tcPr>
          <w:p w14:paraId="53D875D7" w14:textId="07E9D5A9" w:rsidR="004A4CF6" w:rsidRDefault="004A4CF6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Plinius</w:t>
            </w:r>
          </w:p>
        </w:tc>
        <w:tc>
          <w:tcPr>
            <w:tcW w:w="1833" w:type="dxa"/>
            <w:vAlign w:val="center"/>
          </w:tcPr>
          <w:p w14:paraId="322D8F6D" w14:textId="09100E71" w:rsidR="004A4CF6" w:rsidRDefault="004A4CF6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Trajan</w:t>
            </w:r>
          </w:p>
        </w:tc>
        <w:tc>
          <w:tcPr>
            <w:tcW w:w="1892" w:type="dxa"/>
            <w:vAlign w:val="center"/>
          </w:tcPr>
          <w:p w14:paraId="18E405AB" w14:textId="33C4C3B7" w:rsidR="004A4CF6" w:rsidRDefault="004A4CF6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the emperor</w:t>
            </w:r>
          </w:p>
        </w:tc>
        <w:tc>
          <w:tcPr>
            <w:tcW w:w="1824" w:type="dxa"/>
            <w:vAlign w:val="center"/>
          </w:tcPr>
          <w:p w14:paraId="7EBA2604" w14:textId="3C1A103D" w:rsidR="004A4CF6" w:rsidRDefault="004A4CF6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</w:t>
            </w:r>
          </w:p>
        </w:tc>
        <w:tc>
          <w:tcPr>
            <w:tcW w:w="1825" w:type="dxa"/>
            <w:vAlign w:val="center"/>
          </w:tcPr>
          <w:p w14:paraId="465170CC" w14:textId="185C1CF6" w:rsidR="004A4CF6" w:rsidRDefault="004A4CF6" w:rsidP="004A4CF6">
            <w:proofErr w:type="spellStart"/>
            <w:proofErr w:type="gramStart"/>
            <w:proofErr w:type="spellEnd"/>
            <w:proofErr w:type="gramEnd"/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 aqueduct</w:t>
            </w:r>
          </w:p>
        </w:tc>
      </w:tr>
      <w:tr w:rsidR="004A4CF6" w14:paraId="019F6CA7" w14:textId="77777777" w:rsidTr="004A4CF6">
        <w:tc>
          <w:tcPr>
            <w:tcW w:w="1815" w:type="dxa"/>
            <w:vAlign w:val="center"/>
          </w:tcPr>
          <w:p w14:paraId="032121F3" w14:textId="55B68346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ductum</w:t>
            </w:r>
            <w:proofErr w:type="spellEnd"/>
          </w:p>
        </w:tc>
        <w:tc>
          <w:tcPr>
            <w:tcW w:w="1827" w:type="dxa"/>
            <w:vAlign w:val="center"/>
          </w:tcPr>
          <w:p w14:paraId="29201AFB" w14:textId="55D7099E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domine</w:t>
            </w:r>
          </w:p>
        </w:tc>
        <w:tc>
          <w:tcPr>
            <w:tcW w:w="1833" w:type="dxa"/>
            <w:vAlign w:val="center"/>
          </w:tcPr>
          <w:p w14:paraId="4FB7CF66" w14:textId="3598CF89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Nicomedenses</w:t>
            </w:r>
            <w:proofErr w:type="spellEnd"/>
          </w:p>
        </w:tc>
        <w:tc>
          <w:tcPr>
            <w:tcW w:w="1892" w:type="dxa"/>
            <w:vAlign w:val="center"/>
          </w:tcPr>
          <w:p w14:paraId="599C6015" w14:textId="425E8C24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impenderunt</w:t>
            </w:r>
            <w:proofErr w:type="spellEnd"/>
          </w:p>
        </w:tc>
        <w:tc>
          <w:tcPr>
            <w:tcW w:w="1824" w:type="dxa"/>
            <w:vAlign w:val="center"/>
          </w:tcPr>
          <w:p w14:paraId="5F1EF246" w14:textId="403324F5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HS</w:t>
            </w:r>
          </w:p>
        </w:tc>
        <w:tc>
          <w:tcPr>
            <w:tcW w:w="1825" w:type="dxa"/>
            <w:vAlign w:val="center"/>
          </w:tcPr>
          <w:p w14:paraId="41414FCE" w14:textId="051DA9B8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XXX</w:t>
            </w:r>
          </w:p>
        </w:tc>
      </w:tr>
      <w:tr w:rsidR="004A4CF6" w14:paraId="6DF42ED0" w14:textId="77777777" w:rsidTr="004A4CF6">
        <w:tc>
          <w:tcPr>
            <w:tcW w:w="1815" w:type="dxa"/>
            <w:vAlign w:val="center"/>
          </w:tcPr>
          <w:p w14:paraId="5C17FBD6" w14:textId="77777777" w:rsidR="004A4CF6" w:rsidRDefault="004A4CF6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2= </w:t>
            </w:r>
          </w:p>
        </w:tc>
        <w:tc>
          <w:tcPr>
            <w:tcW w:w="1827" w:type="dxa"/>
            <w:vAlign w:val="center"/>
          </w:tcPr>
          <w:p w14:paraId="1F25314A" w14:textId="79A800C0" w:rsidR="004A4CF6" w:rsidRDefault="004A4CF6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master</w:t>
            </w:r>
          </w:p>
        </w:tc>
        <w:tc>
          <w:tcPr>
            <w:tcW w:w="1833" w:type="dxa"/>
            <w:vAlign w:val="center"/>
          </w:tcPr>
          <w:p w14:paraId="70E09C14" w14:textId="47C2359B" w:rsidR="004A4CF6" w:rsidRDefault="004A4CF6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people of Nicomedia</w:t>
            </w:r>
          </w:p>
        </w:tc>
        <w:tc>
          <w:tcPr>
            <w:tcW w:w="1892" w:type="dxa"/>
            <w:vAlign w:val="center"/>
          </w:tcPr>
          <w:p w14:paraId="73D08DF1" w14:textId="26DA99F5" w:rsidR="004A4CF6" w:rsidRDefault="004A4CF6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have spent</w:t>
            </w:r>
          </w:p>
        </w:tc>
        <w:tc>
          <w:tcPr>
            <w:tcW w:w="1824" w:type="dxa"/>
            <w:vAlign w:val="center"/>
          </w:tcPr>
          <w:p w14:paraId="22E25F4C" w14:textId="5EC9ABFC" w:rsidR="004A4CF6" w:rsidRDefault="004A4CF6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sesterces</w:t>
            </w:r>
          </w:p>
        </w:tc>
        <w:tc>
          <w:tcPr>
            <w:tcW w:w="1825" w:type="dxa"/>
            <w:vAlign w:val="center"/>
          </w:tcPr>
          <w:p w14:paraId="616EAD1D" w14:textId="276A86D8" w:rsidR="004A4CF6" w:rsidRDefault="004A4CF6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3,318,000</w:t>
            </w:r>
          </w:p>
        </w:tc>
      </w:tr>
      <w:tr w:rsidR="004A4CF6" w14:paraId="351811C2" w14:textId="77777777" w:rsidTr="004A4CF6">
        <w:tc>
          <w:tcPr>
            <w:tcW w:w="1815" w:type="dxa"/>
            <w:vAlign w:val="center"/>
          </w:tcPr>
          <w:p w14:paraId="1E79F111" w14:textId="5E049BBC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CCCXVIII</w:t>
            </w:r>
          </w:p>
        </w:tc>
        <w:tc>
          <w:tcPr>
            <w:tcW w:w="1827" w:type="dxa"/>
            <w:vAlign w:val="center"/>
          </w:tcPr>
          <w:p w14:paraId="4721E228" w14:textId="71D7555C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qui</w:t>
            </w:r>
          </w:p>
        </w:tc>
        <w:tc>
          <w:tcPr>
            <w:tcW w:w="1833" w:type="dxa"/>
            <w:vAlign w:val="center"/>
          </w:tcPr>
          <w:p w14:paraId="79EDEF38" w14:textId="6CF290FF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imperfectus</w:t>
            </w:r>
            <w:proofErr w:type="spellEnd"/>
          </w:p>
        </w:tc>
        <w:tc>
          <w:tcPr>
            <w:tcW w:w="1892" w:type="dxa"/>
            <w:vAlign w:val="center"/>
          </w:tcPr>
          <w:p w14:paraId="37FF3D9E" w14:textId="30B17A1A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adhuc</w:t>
            </w:r>
            <w:proofErr w:type="spellEnd"/>
          </w:p>
        </w:tc>
        <w:tc>
          <w:tcPr>
            <w:tcW w:w="1824" w:type="dxa"/>
            <w:vAlign w:val="center"/>
          </w:tcPr>
          <w:p w14:paraId="55EB9D0E" w14:textId="23A60DD7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omissus</w:t>
            </w:r>
          </w:p>
        </w:tc>
        <w:tc>
          <w:tcPr>
            <w:tcW w:w="1825" w:type="dxa"/>
            <w:vAlign w:val="center"/>
          </w:tcPr>
          <w:p w14:paraId="4AF506F0" w14:textId="346DB524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destructus</w:t>
            </w:r>
            <w:proofErr w:type="spellEnd"/>
          </w:p>
        </w:tc>
      </w:tr>
      <w:tr w:rsidR="004A4CF6" w14:paraId="130AF821" w14:textId="77777777" w:rsidTr="004A4CF6">
        <w:tc>
          <w:tcPr>
            <w:tcW w:w="1815" w:type="dxa"/>
            <w:vAlign w:val="center"/>
          </w:tcPr>
          <w:p w14:paraId="776E20E1" w14:textId="77777777" w:rsidR="004A4CF6" w:rsidRDefault="004A4CF6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6= </w:t>
            </w:r>
          </w:p>
        </w:tc>
        <w:tc>
          <w:tcPr>
            <w:tcW w:w="1827" w:type="dxa"/>
            <w:vAlign w:val="center"/>
          </w:tcPr>
          <w:p w14:paraId="56F05D09" w14:textId="3238EE16" w:rsidR="004A4CF6" w:rsidRDefault="004A4CF6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which</w:t>
            </w:r>
          </w:p>
        </w:tc>
        <w:tc>
          <w:tcPr>
            <w:tcW w:w="1833" w:type="dxa"/>
            <w:vAlign w:val="center"/>
          </w:tcPr>
          <w:p w14:paraId="5E2E0180" w14:textId="3FD8316F" w:rsidR="004A4CF6" w:rsidRDefault="004A4CF6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unfinished</w:t>
            </w:r>
          </w:p>
        </w:tc>
        <w:tc>
          <w:tcPr>
            <w:tcW w:w="1892" w:type="dxa"/>
            <w:vAlign w:val="center"/>
          </w:tcPr>
          <w:p w14:paraId="25FC8689" w14:textId="5C217E44" w:rsidR="004A4CF6" w:rsidRDefault="004A4CF6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still</w:t>
            </w:r>
          </w:p>
        </w:tc>
        <w:tc>
          <w:tcPr>
            <w:tcW w:w="1824" w:type="dxa"/>
            <w:vAlign w:val="center"/>
          </w:tcPr>
          <w:p w14:paraId="63C1F2FC" w14:textId="2C9955D4" w:rsidR="004A4CF6" w:rsidRDefault="0024107F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neglected</w:t>
            </w:r>
          </w:p>
        </w:tc>
        <w:tc>
          <w:tcPr>
            <w:tcW w:w="1825" w:type="dxa"/>
            <w:vAlign w:val="center"/>
          </w:tcPr>
          <w:p w14:paraId="229396C0" w14:textId="41B3C700" w:rsidR="004A4CF6" w:rsidRDefault="0024107F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ruined</w:t>
            </w:r>
          </w:p>
        </w:tc>
      </w:tr>
      <w:tr w:rsidR="004A4CF6" w14:paraId="7F06716E" w14:textId="77777777" w:rsidTr="004A4CF6">
        <w:tc>
          <w:tcPr>
            <w:tcW w:w="1815" w:type="dxa"/>
            <w:vAlign w:val="center"/>
          </w:tcPr>
          <w:p w14:paraId="0A0E3DBE" w14:textId="6FCAFD38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etiam</w:t>
            </w:r>
            <w:proofErr w:type="spellEnd"/>
          </w:p>
        </w:tc>
        <w:tc>
          <w:tcPr>
            <w:tcW w:w="1827" w:type="dxa"/>
            <w:vAlign w:val="center"/>
          </w:tcPr>
          <w:p w14:paraId="5F63458A" w14:textId="28E6170E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est</w:t>
            </w:r>
            <w:proofErr w:type="spellEnd"/>
            <w:r w:rsidR="0024107F">
              <w:rPr>
                <w:rFonts w:ascii="Palatino" w:hAnsi="Palatino" w:cs="Palatino" w:eastAsia="Palatino"/>
                <w:color w:val="000000"/>
                <w:sz w:val="23"/>
              </w:rPr>
              <w:t>;</w:t>
            </w:r>
          </w:p>
        </w:tc>
        <w:tc>
          <w:tcPr>
            <w:tcW w:w="1833" w:type="dxa"/>
            <w:vAlign w:val="center"/>
          </w:tcPr>
          <w:p w14:paraId="7E6F9CB7" w14:textId="0096177A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rursus</w:t>
            </w:r>
            <w:proofErr w:type="spellEnd"/>
          </w:p>
        </w:tc>
        <w:tc>
          <w:tcPr>
            <w:tcW w:w="1892" w:type="dxa"/>
            <w:vAlign w:val="center"/>
          </w:tcPr>
          <w:p w14:paraId="1ADC13AA" w14:textId="190F4BA2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in</w:t>
            </w:r>
          </w:p>
        </w:tc>
        <w:tc>
          <w:tcPr>
            <w:tcW w:w="1824" w:type="dxa"/>
            <w:vAlign w:val="center"/>
          </w:tcPr>
          <w:p w14:paraId="07EB2BEA" w14:textId="7AD5550C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alium</w:t>
            </w:r>
            <w:proofErr w:type="spellEnd"/>
          </w:p>
        </w:tc>
        <w:tc>
          <w:tcPr>
            <w:tcW w:w="1825" w:type="dxa"/>
            <w:vAlign w:val="center"/>
          </w:tcPr>
          <w:p w14:paraId="64006A9A" w14:textId="652CB8D6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ductum</w:t>
            </w:r>
            <w:proofErr w:type="spellEnd"/>
          </w:p>
        </w:tc>
      </w:tr>
      <w:tr w:rsidR="004A4CF6" w14:paraId="4ACF3C47" w14:textId="77777777" w:rsidTr="004A4CF6">
        <w:tc>
          <w:tcPr>
            <w:tcW w:w="1815" w:type="dxa"/>
            <w:vAlign w:val="center"/>
          </w:tcPr>
          <w:p w14:paraId="353A80D9" w14:textId="683B21FC" w:rsidR="004A4CF6" w:rsidRDefault="0024107F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even</w:t>
            </w:r>
          </w:p>
        </w:tc>
        <w:tc>
          <w:tcPr>
            <w:tcW w:w="1827" w:type="dxa"/>
            <w:vAlign w:val="center"/>
          </w:tcPr>
          <w:p w14:paraId="206DD049" w14:textId="38F89664" w:rsidR="004A4CF6" w:rsidRDefault="004A4CF6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</w:t>
            </w:r>
          </w:p>
        </w:tc>
        <w:tc>
          <w:tcPr>
            <w:tcW w:w="1833" w:type="dxa"/>
            <w:vAlign w:val="center"/>
          </w:tcPr>
          <w:p w14:paraId="2FDC56FD" w14:textId="24DD5E7B" w:rsidR="004A4CF6" w:rsidRDefault="0024107F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again</w:t>
            </w:r>
          </w:p>
        </w:tc>
        <w:tc>
          <w:tcPr>
            <w:tcW w:w="1892" w:type="dxa"/>
            <w:vAlign w:val="center"/>
          </w:tcPr>
          <w:p w14:paraId="3301F2EA" w14:textId="09482D2F" w:rsidR="004A4CF6" w:rsidRDefault="0024107F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into/for</w:t>
            </w:r>
          </w:p>
        </w:tc>
        <w:tc>
          <w:tcPr>
            <w:tcW w:w="1824" w:type="dxa"/>
            <w:vAlign w:val="center"/>
          </w:tcPr>
          <w:p w14:paraId="6CD0CE07" w14:textId="7321851F" w:rsidR="004A4CF6" w:rsidRDefault="0024107F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another</w:t>
            </w:r>
          </w:p>
        </w:tc>
        <w:tc>
          <w:tcPr>
            <w:tcW w:w="1825" w:type="dxa"/>
            <w:vAlign w:val="center"/>
          </w:tcPr>
          <w:p w14:paraId="217CC646" w14:textId="77777777" w:rsidR="004A4CF6" w:rsidRDefault="004A4CF6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</w:p>
        </w:tc>
      </w:tr>
      <w:tr w:rsidR="004A4CF6" w14:paraId="21435DCC" w14:textId="77777777" w:rsidTr="004A4CF6">
        <w:tc>
          <w:tcPr>
            <w:tcW w:w="1815" w:type="dxa"/>
            <w:vAlign w:val="center"/>
          </w:tcPr>
          <w:p w14:paraId="1FB9DF27" w14:textId="7FBBDB8E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erogata</w:t>
            </w:r>
            <w:proofErr w:type="spellEnd"/>
          </w:p>
        </w:tc>
        <w:tc>
          <w:tcPr>
            <w:tcW w:w="1827" w:type="dxa"/>
            <w:vAlign w:val="center"/>
          </w:tcPr>
          <w:p w14:paraId="38B29D08" w14:textId="64E2D36A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sunt</w:t>
            </w:r>
          </w:p>
        </w:tc>
        <w:tc>
          <w:tcPr>
            <w:tcW w:w="1833" w:type="dxa"/>
            <w:vAlign w:val="center"/>
          </w:tcPr>
          <w:p w14:paraId="373F08C9" w14:textId="382345BF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CC</w:t>
            </w:r>
            <w:r w:rsidR="0024107F">
              <w:rPr>
                <w:rFonts w:ascii="Palatino" w:hAnsi="Palatino" w:cs="Palatino" w:eastAsia="Palatino"/>
                <w:color w:val="000000"/>
                <w:sz w:val="23"/>
              </w:rPr>
              <w:t xml:space="preserve"> (milia</w:t>
            </w:r>
          </w:p>
        </w:tc>
        <w:tc>
          <w:tcPr>
            <w:tcW w:w="1892" w:type="dxa"/>
            <w:vAlign w:val="center"/>
          </w:tcPr>
          <w:p w14:paraId="0840C870" w14:textId="6BA54649" w:rsidR="004A4CF6" w:rsidRDefault="0024107F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h</w:t>
            </w:r>
            <w:r w:rsidR="004A4CF6">
              <w:rPr>
                <w:rFonts w:ascii="Palatino" w:hAnsi="Palatino" w:cs="Palatino" w:eastAsia="Palatino"/>
                <w:color w:val="000000"/>
                <w:sz w:val="23"/>
              </w:rPr>
              <w:t>oc</w:t>
            </w:r>
          </w:p>
        </w:tc>
        <w:tc>
          <w:tcPr>
            <w:tcW w:w="1824" w:type="dxa"/>
            <w:vAlign w:val="center"/>
          </w:tcPr>
          <w:p w14:paraId="385613C1" w14:textId="4F09F85A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quoque</w:t>
            </w:r>
          </w:p>
        </w:tc>
        <w:tc>
          <w:tcPr>
            <w:tcW w:w="1825" w:type="dxa"/>
            <w:vAlign w:val="center"/>
          </w:tcPr>
          <w:p w14:paraId="5940AD40" w14:textId="4C897427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relicto</w:t>
            </w:r>
            <w:proofErr w:type="spellEnd"/>
          </w:p>
        </w:tc>
      </w:tr>
      <w:tr w:rsidR="004A4CF6" w14:paraId="2FED0112" w14:textId="77777777" w:rsidTr="004A4CF6">
        <w:tc>
          <w:tcPr>
            <w:tcW w:w="1815" w:type="dxa"/>
            <w:vAlign w:val="center"/>
          </w:tcPr>
          <w:p w14:paraId="30722404" w14:textId="7D266335" w:rsidR="004A4CF6" w:rsidRDefault="0024107F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have been raised up</w:t>
            </w:r>
          </w:p>
        </w:tc>
        <w:tc>
          <w:tcPr>
            <w:tcW w:w="1827" w:type="dxa"/>
            <w:vAlign w:val="center"/>
          </w:tcPr>
          <w:p w14:paraId="25DC7D2E" w14:textId="77777777" w:rsidR="004A4CF6" w:rsidRDefault="004A4CF6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15= </w:t>
            </w:r>
          </w:p>
        </w:tc>
        <w:tc>
          <w:tcPr>
            <w:tcW w:w="1833" w:type="dxa"/>
            <w:vAlign w:val="center"/>
          </w:tcPr>
          <w:p w14:paraId="16BB0B61" w14:textId="24ACF76C" w:rsidR="004A4CF6" w:rsidRDefault="0024107F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200,000 (sesterces)</w:t>
            </w:r>
          </w:p>
        </w:tc>
        <w:tc>
          <w:tcPr>
            <w:tcW w:w="1892" w:type="dxa"/>
            <w:vAlign w:val="center"/>
          </w:tcPr>
          <w:p w14:paraId="20B04E86" w14:textId="2AEC2732" w:rsidR="004A4CF6" w:rsidRDefault="0024107F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this (one)</w:t>
            </w:r>
          </w:p>
        </w:tc>
        <w:tc>
          <w:tcPr>
            <w:tcW w:w="1824" w:type="dxa"/>
            <w:vAlign w:val="center"/>
          </w:tcPr>
          <w:p w14:paraId="26C12CB2" w14:textId="32136D6C" w:rsidR="004A4CF6" w:rsidRDefault="0024107F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also</w:t>
            </w:r>
          </w:p>
        </w:tc>
        <w:tc>
          <w:tcPr>
            <w:tcW w:w="1825" w:type="dxa"/>
            <w:vAlign w:val="center"/>
          </w:tcPr>
          <w:p w14:paraId="5BDC5D1D" w14:textId="3DBFCA6B" w:rsidR="004A4CF6" w:rsidRDefault="0024107F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abandoned</w:t>
            </w:r>
          </w:p>
        </w:tc>
      </w:tr>
      <w:tr w:rsidR="004A4CF6" w14:paraId="6F0D878F" w14:textId="77777777" w:rsidTr="004A4CF6">
        <w:tc>
          <w:tcPr>
            <w:tcW w:w="1815" w:type="dxa"/>
            <w:vAlign w:val="center"/>
          </w:tcPr>
          <w:p w14:paraId="4624F44E" w14:textId="5039E5BE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novo</w:t>
            </w:r>
          </w:p>
        </w:tc>
        <w:tc>
          <w:tcPr>
            <w:tcW w:w="1827" w:type="dxa"/>
            <w:vAlign w:val="center"/>
          </w:tcPr>
          <w:p w14:paraId="12BD3093" w14:textId="582F813D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impendio</w:t>
            </w:r>
            <w:proofErr w:type="spellEnd"/>
          </w:p>
        </w:tc>
        <w:tc>
          <w:tcPr>
            <w:tcW w:w="1833" w:type="dxa"/>
            <w:vAlign w:val="center"/>
          </w:tcPr>
          <w:p w14:paraId="7EFD41E1" w14:textId="317DEB7C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est</w:t>
            </w:r>
            <w:proofErr w:type="spellEnd"/>
          </w:p>
        </w:tc>
        <w:tc>
          <w:tcPr>
            <w:tcW w:w="1892" w:type="dxa"/>
            <w:vAlign w:val="center"/>
          </w:tcPr>
          <w:p w14:paraId="54D543B5" w14:textId="46BFC438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opus</w:t>
            </w:r>
          </w:p>
        </w:tc>
        <w:tc>
          <w:tcPr>
            <w:tcW w:w="1824" w:type="dxa"/>
            <w:vAlign w:val="center"/>
          </w:tcPr>
          <w:p w14:paraId="1493510C" w14:textId="45D77FD2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ut</w:t>
            </w:r>
            <w:proofErr w:type="spellEnd"/>
          </w:p>
        </w:tc>
        <w:tc>
          <w:tcPr>
            <w:tcW w:w="1825" w:type="dxa"/>
            <w:vAlign w:val="center"/>
          </w:tcPr>
          <w:p w14:paraId="7298E81D" w14:textId="774F6F35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aquam</w:t>
            </w:r>
            <w:proofErr w:type="spellEnd"/>
          </w:p>
        </w:tc>
      </w:tr>
      <w:tr w:rsidR="004A4CF6" w14:paraId="16FDE462" w14:textId="77777777" w:rsidTr="004A4CF6">
        <w:tc>
          <w:tcPr>
            <w:tcW w:w="1815" w:type="dxa"/>
            <w:vAlign w:val="center"/>
          </w:tcPr>
          <w:p w14:paraId="75166FDC" w14:textId="08EE3D23" w:rsidR="004A4CF6" w:rsidRDefault="0024107F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 new</w:t>
            </w:r>
          </w:p>
        </w:tc>
        <w:tc>
          <w:tcPr>
            <w:tcW w:w="1827" w:type="dxa"/>
            <w:vAlign w:val="center"/>
          </w:tcPr>
          <w:p w14:paraId="78CE2EF3" w14:textId="4FC1A3C0" w:rsidR="004A4CF6" w:rsidRDefault="0024107F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expenditure</w:t>
            </w:r>
          </w:p>
        </w:tc>
        <w:tc>
          <w:tcPr>
            <w:tcW w:w="1833" w:type="dxa"/>
            <w:vAlign w:val="center"/>
          </w:tcPr>
          <w:p w14:paraId="18EC0D00" w14:textId="624A8475" w:rsidR="004A4CF6" w:rsidRDefault="0024107F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there is</w:t>
            </w:r>
          </w:p>
        </w:tc>
        <w:tc>
          <w:tcPr>
            <w:tcW w:w="1892" w:type="dxa"/>
            <w:vAlign w:val="center"/>
          </w:tcPr>
          <w:p w14:paraId="32BB820E" w14:textId="18B0E803" w:rsidR="004A4CF6" w:rsidRDefault="0024107F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need</w:t>
            </w:r>
          </w:p>
        </w:tc>
        <w:tc>
          <w:tcPr>
            <w:tcW w:w="1824" w:type="dxa"/>
            <w:vAlign w:val="center"/>
          </w:tcPr>
          <w:p w14:paraId="5E7930BF" w14:textId="64324238" w:rsidR="004A4CF6" w:rsidRDefault="0024107F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 order that</w:t>
            </w:r>
          </w:p>
        </w:tc>
        <w:tc>
          <w:tcPr>
            <w:tcW w:w="1825" w:type="dxa"/>
            <w:vAlign w:val="center"/>
          </w:tcPr>
          <w:p w14:paraId="6A4FEB2C" w14:textId="3CE52E39" w:rsidR="004A4CF6" w:rsidRDefault="0024107F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water</w:t>
            </w:r>
          </w:p>
        </w:tc>
      </w:tr>
      <w:tr w:rsidR="004A4CF6" w14:paraId="00C3980F" w14:textId="77777777" w:rsidTr="004A4CF6">
        <w:tc>
          <w:tcPr>
            <w:tcW w:w="1815" w:type="dxa"/>
            <w:vAlign w:val="center"/>
          </w:tcPr>
          <w:p w14:paraId="08EE6A5C" w14:textId="3D6A2EE1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habeant</w:t>
            </w:r>
            <w:proofErr w:type="spellEnd"/>
          </w:p>
        </w:tc>
        <w:tc>
          <w:tcPr>
            <w:tcW w:w="1827" w:type="dxa"/>
            <w:vAlign w:val="center"/>
          </w:tcPr>
          <w:p w14:paraId="3D730BC9" w14:textId="2D95337F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qui</w:t>
            </w:r>
          </w:p>
        </w:tc>
        <w:tc>
          <w:tcPr>
            <w:tcW w:w="1833" w:type="dxa"/>
            <w:vAlign w:val="center"/>
          </w:tcPr>
          <w:p w14:paraId="0197F8FD" w14:textId="4FE56D19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tantam</w:t>
            </w:r>
            <w:proofErr w:type="spellEnd"/>
          </w:p>
        </w:tc>
        <w:tc>
          <w:tcPr>
            <w:tcW w:w="1892" w:type="dxa"/>
            <w:vAlign w:val="center"/>
          </w:tcPr>
          <w:p w14:paraId="3E37A2A7" w14:textId="2F972961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pecuniam</w:t>
            </w:r>
            <w:proofErr w:type="spellEnd"/>
          </w:p>
        </w:tc>
        <w:tc>
          <w:tcPr>
            <w:tcW w:w="1824" w:type="dxa"/>
            <w:vAlign w:val="center"/>
          </w:tcPr>
          <w:p w14:paraId="7767C8F7" w14:textId="551B4B26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male</w:t>
            </w:r>
          </w:p>
        </w:tc>
        <w:tc>
          <w:tcPr>
            <w:tcW w:w="1825" w:type="dxa"/>
            <w:vAlign w:val="center"/>
          </w:tcPr>
          <w:p w14:paraId="6395B167" w14:textId="131ED3A3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perdiderunt</w:t>
            </w:r>
            <w:proofErr w:type="spellEnd"/>
          </w:p>
        </w:tc>
      </w:tr>
      <w:tr w:rsidR="004A4CF6" w14:paraId="77F2CC6D" w14:textId="77777777" w:rsidTr="004A4CF6">
        <w:tc>
          <w:tcPr>
            <w:tcW w:w="1815" w:type="dxa"/>
            <w:vAlign w:val="center"/>
          </w:tcPr>
          <w:p w14:paraId="6AAD308B" w14:textId="7E3B3EBC" w:rsidR="004A4CF6" w:rsidRDefault="0024107F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they may have</w:t>
            </w:r>
          </w:p>
        </w:tc>
        <w:tc>
          <w:tcPr>
            <w:tcW w:w="1827" w:type="dxa"/>
            <w:vAlign w:val="center"/>
          </w:tcPr>
          <w:p w14:paraId="112C2E13" w14:textId="19805741" w:rsidR="004A4CF6" w:rsidRDefault="0024107F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who</w:t>
            </w:r>
          </w:p>
        </w:tc>
        <w:tc>
          <w:tcPr>
            <w:tcW w:w="1833" w:type="dxa"/>
            <w:vAlign w:val="center"/>
          </w:tcPr>
          <w:p w14:paraId="66F04B38" w14:textId="4598C9A0" w:rsidR="004A4CF6" w:rsidRDefault="009958C6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 much</w:t>
            </w:r>
          </w:p>
        </w:tc>
        <w:tc>
          <w:tcPr>
            <w:tcW w:w="1892" w:type="dxa"/>
            <w:vAlign w:val="center"/>
          </w:tcPr>
          <w:p w14:paraId="2B8285A7" w14:textId="2BCE8B51" w:rsidR="004A4CF6" w:rsidRDefault="009958C6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money</w:t>
            </w:r>
          </w:p>
        </w:tc>
        <w:tc>
          <w:tcPr>
            <w:tcW w:w="1824" w:type="dxa"/>
            <w:vAlign w:val="center"/>
          </w:tcPr>
          <w:p w14:paraId="494E1722" w14:textId="1DC80949" w:rsidR="004A4CF6" w:rsidRDefault="009958C6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badly</w:t>
            </w:r>
          </w:p>
        </w:tc>
        <w:tc>
          <w:tcPr>
            <w:tcW w:w="1825" w:type="dxa"/>
            <w:vAlign w:val="center"/>
          </w:tcPr>
          <w:p w14:paraId="53DA476C" w14:textId="2D92DD7F" w:rsidR="004A4CF6" w:rsidRDefault="0024107F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have lost</w:t>
            </w:r>
          </w:p>
        </w:tc>
      </w:tr>
      <w:tr w:rsidR="004A4CF6" w14:paraId="6EA10122" w14:textId="77777777" w:rsidTr="004A4CF6">
        <w:tc>
          <w:tcPr>
            <w:tcW w:w="1815" w:type="dxa"/>
            <w:vAlign w:val="center"/>
          </w:tcPr>
          <w:p w14:paraId="646A1976" w14:textId="3E34CEC9" w:rsidR="004A4CF6" w:rsidRDefault="009958C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i</w:t>
            </w:r>
            <w:r w:rsidR="004A4CF6">
              <w:rPr>
                <w:rFonts w:ascii="Palatino" w:hAnsi="Palatino" w:cs="Palatino" w:eastAsia="Palatino"/>
                <w:color w:val="000000"/>
                <w:sz w:val="23"/>
              </w:rPr>
              <w:t>pse</w:t>
            </w:r>
          </w:p>
        </w:tc>
        <w:tc>
          <w:tcPr>
            <w:tcW w:w="1827" w:type="dxa"/>
            <w:vAlign w:val="center"/>
          </w:tcPr>
          <w:p w14:paraId="555FAA12" w14:textId="2FBA1C4E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perveni</w:t>
            </w:r>
            <w:proofErr w:type="spellEnd"/>
          </w:p>
        </w:tc>
        <w:tc>
          <w:tcPr>
            <w:tcW w:w="1833" w:type="dxa"/>
            <w:vAlign w:val="center"/>
          </w:tcPr>
          <w:p w14:paraId="520C4516" w14:textId="11DCB128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ad</w:t>
            </w:r>
          </w:p>
        </w:tc>
        <w:tc>
          <w:tcPr>
            <w:tcW w:w="1892" w:type="dxa"/>
            <w:vAlign w:val="center"/>
          </w:tcPr>
          <w:p w14:paraId="3BC340F2" w14:textId="5A8516AF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fontem</w:t>
            </w:r>
            <w:proofErr w:type="spellEnd"/>
          </w:p>
        </w:tc>
        <w:tc>
          <w:tcPr>
            <w:tcW w:w="1824" w:type="dxa"/>
            <w:vAlign w:val="center"/>
          </w:tcPr>
          <w:p w14:paraId="4C9F6997" w14:textId="3EC41888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purissimum</w:t>
            </w:r>
            <w:proofErr w:type="spellEnd"/>
          </w:p>
        </w:tc>
        <w:tc>
          <w:tcPr>
            <w:tcW w:w="1825" w:type="dxa"/>
            <w:vAlign w:val="center"/>
          </w:tcPr>
          <w:p w14:paraId="1AA2B25B" w14:textId="03EDF4E6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ex</w:t>
            </w:r>
          </w:p>
        </w:tc>
      </w:tr>
      <w:tr w:rsidR="004A4CF6" w14:paraId="3B196CEB" w14:textId="77777777" w:rsidTr="004A4CF6">
        <w:tc>
          <w:tcPr>
            <w:tcW w:w="1815" w:type="dxa"/>
            <w:vAlign w:val="center"/>
          </w:tcPr>
          <w:p w14:paraId="31B55868" w14:textId="215A276F" w:rsidR="004A4CF6" w:rsidRDefault="009958C6" w:rsidP="004A4CF6">
            <w:proofErr w:type="gramStart"/>
            <w:proofErr w:type="gramEnd"/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 myself</w:t>
            </w:r>
          </w:p>
        </w:tc>
        <w:tc>
          <w:tcPr>
            <w:tcW w:w="1827" w:type="dxa"/>
            <w:vAlign w:val="center"/>
          </w:tcPr>
          <w:p w14:paraId="150D6CB8" w14:textId="7DEAA66E" w:rsidR="004A4CF6" w:rsidRDefault="009958C6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have come</w:t>
            </w:r>
          </w:p>
        </w:tc>
        <w:tc>
          <w:tcPr>
            <w:tcW w:w="1833" w:type="dxa"/>
            <w:vAlign w:val="center"/>
          </w:tcPr>
          <w:p w14:paraId="3F1087A4" w14:textId="595371D2" w:rsidR="004A4CF6" w:rsidRDefault="009958C6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</w:t>
            </w:r>
          </w:p>
        </w:tc>
        <w:tc>
          <w:tcPr>
            <w:tcW w:w="1892" w:type="dxa"/>
            <w:vAlign w:val="center"/>
          </w:tcPr>
          <w:p w14:paraId="78306C47" w14:textId="78A4617F" w:rsidR="004A4CF6" w:rsidRDefault="009958C6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fountain</w:t>
            </w:r>
          </w:p>
        </w:tc>
        <w:tc>
          <w:tcPr>
            <w:tcW w:w="1824" w:type="dxa"/>
            <w:vAlign w:val="center"/>
          </w:tcPr>
          <w:p w14:paraId="74B6C77E" w14:textId="481C9977" w:rsidR="004A4CF6" w:rsidRDefault="009958C6" w:rsidP="004A4CF6">
            <w:proofErr w:type="gramStart"/>
            <w:proofErr w:type="gramEnd"/>
            <w:proofErr w:type="gramStart"/>
            <w:proofErr w:type="gramEnd"/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most pure</w:t>
            </w:r>
          </w:p>
        </w:tc>
        <w:tc>
          <w:tcPr>
            <w:tcW w:w="1825" w:type="dxa"/>
            <w:vAlign w:val="center"/>
          </w:tcPr>
          <w:p w14:paraId="2310159A" w14:textId="426DC381" w:rsidR="004A4CF6" w:rsidRDefault="009958C6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</w:t>
            </w:r>
          </w:p>
        </w:tc>
      </w:tr>
      <w:tr w:rsidR="004A4CF6" w14:paraId="5CF70EC9" w14:textId="77777777" w:rsidTr="004A4CF6">
        <w:tc>
          <w:tcPr>
            <w:tcW w:w="1815" w:type="dxa"/>
            <w:vAlign w:val="center"/>
          </w:tcPr>
          <w:p w14:paraId="20726C38" w14:textId="5AD8C6B6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quo</w:t>
            </w:r>
          </w:p>
        </w:tc>
        <w:tc>
          <w:tcPr>
            <w:tcW w:w="1827" w:type="dxa"/>
            <w:vAlign w:val="center"/>
          </w:tcPr>
          <w:p w14:paraId="60AE5DEF" w14:textId="494C25EF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videtur</w:t>
            </w:r>
            <w:proofErr w:type="spellEnd"/>
          </w:p>
        </w:tc>
        <w:tc>
          <w:tcPr>
            <w:tcW w:w="1833" w:type="dxa"/>
            <w:vAlign w:val="center"/>
          </w:tcPr>
          <w:p w14:paraId="1C567F81" w14:textId="0958184C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aqua</w:t>
            </w:r>
          </w:p>
        </w:tc>
        <w:tc>
          <w:tcPr>
            <w:tcW w:w="1892" w:type="dxa"/>
            <w:vAlign w:val="center"/>
          </w:tcPr>
          <w:p w14:paraId="3D663DFF" w14:textId="13A8C041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debere</w:t>
            </w:r>
            <w:proofErr w:type="spellEnd"/>
          </w:p>
        </w:tc>
        <w:tc>
          <w:tcPr>
            <w:tcW w:w="1824" w:type="dxa"/>
            <w:vAlign w:val="center"/>
          </w:tcPr>
          <w:p w14:paraId="16653A14" w14:textId="4BE42A45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perduci</w:t>
            </w:r>
            <w:proofErr w:type="spellEnd"/>
          </w:p>
        </w:tc>
        <w:tc>
          <w:tcPr>
            <w:tcW w:w="1825" w:type="dxa"/>
            <w:vAlign w:val="center"/>
          </w:tcPr>
          <w:p w14:paraId="4471CDF5" w14:textId="0B367CCD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sicut</w:t>
            </w:r>
          </w:p>
        </w:tc>
      </w:tr>
      <w:tr w:rsidR="004A4CF6" w14:paraId="1448390D" w14:textId="77777777" w:rsidTr="004A4CF6">
        <w:tc>
          <w:tcPr>
            <w:tcW w:w="1815" w:type="dxa"/>
            <w:vAlign w:val="center"/>
          </w:tcPr>
          <w:p w14:paraId="0CFF2C9C" w14:textId="0D3F57C7" w:rsidR="004A4CF6" w:rsidRDefault="00F72125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which</w:t>
            </w:r>
          </w:p>
        </w:tc>
        <w:tc>
          <w:tcPr>
            <w:tcW w:w="1827" w:type="dxa"/>
            <w:vAlign w:val="center"/>
          </w:tcPr>
          <w:p w14:paraId="345F0C41" w14:textId="793633CB" w:rsidR="004A4CF6" w:rsidRDefault="00F72125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seems</w:t>
            </w:r>
          </w:p>
        </w:tc>
        <w:tc>
          <w:tcPr>
            <w:tcW w:w="1833" w:type="dxa"/>
            <w:vAlign w:val="center"/>
          </w:tcPr>
          <w:p w14:paraId="3D65DA34" w14:textId="3EB02CA5" w:rsidR="004A4CF6" w:rsidRDefault="009958C6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water</w:t>
            </w:r>
          </w:p>
        </w:tc>
        <w:tc>
          <w:tcPr>
            <w:tcW w:w="1892" w:type="dxa"/>
            <w:vAlign w:val="center"/>
          </w:tcPr>
          <w:p w14:paraId="0770C666" w14:textId="0404E43F" w:rsidR="004A4CF6" w:rsidRDefault="00F72125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 ought</w:t>
            </w:r>
          </w:p>
        </w:tc>
        <w:tc>
          <w:tcPr>
            <w:tcW w:w="1824" w:type="dxa"/>
            <w:vAlign w:val="center"/>
          </w:tcPr>
          <w:p w14:paraId="0C77F1CD" w14:textId="5090710F" w:rsidR="004A4CF6" w:rsidRDefault="00F72125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be led</w:t>
            </w:r>
          </w:p>
        </w:tc>
        <w:tc>
          <w:tcPr>
            <w:tcW w:w="1825" w:type="dxa"/>
            <w:vAlign w:val="center"/>
          </w:tcPr>
          <w:p w14:paraId="70840888" w14:textId="15D11121" w:rsidR="004A4CF6" w:rsidRDefault="00F72125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just as</w:t>
            </w:r>
          </w:p>
        </w:tc>
      </w:tr>
      <w:tr w:rsidR="004A4CF6" w14:paraId="14869068" w14:textId="77777777" w:rsidTr="004A4CF6">
        <w:tc>
          <w:tcPr>
            <w:tcW w:w="1815" w:type="dxa"/>
            <w:vAlign w:val="center"/>
          </w:tcPr>
          <w:p w14:paraId="36CB67CD" w14:textId="445E6EE2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initio</w:t>
            </w:r>
          </w:p>
        </w:tc>
        <w:tc>
          <w:tcPr>
            <w:tcW w:w="1827" w:type="dxa"/>
            <w:vAlign w:val="center"/>
          </w:tcPr>
          <w:p w14:paraId="345A0029" w14:textId="75D0A698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temptatum</w:t>
            </w:r>
            <w:proofErr w:type="spellEnd"/>
          </w:p>
        </w:tc>
        <w:tc>
          <w:tcPr>
            <w:tcW w:w="1833" w:type="dxa"/>
            <w:vAlign w:val="center"/>
          </w:tcPr>
          <w:p w14:paraId="7BC4F2D1" w14:textId="609414E5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erat</w:t>
            </w:r>
            <w:proofErr w:type="spellEnd"/>
          </w:p>
        </w:tc>
        <w:tc>
          <w:tcPr>
            <w:tcW w:w="1892" w:type="dxa"/>
            <w:vAlign w:val="center"/>
          </w:tcPr>
          <w:p w14:paraId="4DA43888" w14:textId="2BF282D0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arcuato</w:t>
            </w:r>
            <w:proofErr w:type="spellEnd"/>
          </w:p>
        </w:tc>
        <w:tc>
          <w:tcPr>
            <w:tcW w:w="1824" w:type="dxa"/>
            <w:vAlign w:val="center"/>
          </w:tcPr>
          <w:p w14:paraId="301995F2" w14:textId="11913570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opere</w:t>
            </w:r>
          </w:p>
        </w:tc>
        <w:tc>
          <w:tcPr>
            <w:tcW w:w="1825" w:type="dxa"/>
            <w:vAlign w:val="center"/>
          </w:tcPr>
          <w:p w14:paraId="609A24E7" w14:textId="0ABBD54B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ne</w:t>
            </w:r>
          </w:p>
        </w:tc>
      </w:tr>
      <w:tr w:rsidR="004A4CF6" w14:paraId="1D2CCD72" w14:textId="77777777" w:rsidTr="004A4CF6">
        <w:tc>
          <w:tcPr>
            <w:tcW w:w="1815" w:type="dxa"/>
            <w:vAlign w:val="center"/>
          </w:tcPr>
          <w:p w14:paraId="095E9B22" w14:textId="6C800B18" w:rsidR="004A4CF6" w:rsidRDefault="00F72125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at the beginning</w:t>
            </w:r>
          </w:p>
        </w:tc>
        <w:tc>
          <w:tcPr>
            <w:tcW w:w="1827" w:type="dxa"/>
            <w:vAlign w:val="center"/>
          </w:tcPr>
          <w:p w14:paraId="0D72276B" w14:textId="05FBEEDD" w:rsidR="004A4CF6" w:rsidRDefault="00F72125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 had been attempted</w:t>
            </w:r>
          </w:p>
        </w:tc>
        <w:tc>
          <w:tcPr>
            <w:tcW w:w="1833" w:type="dxa"/>
            <w:vAlign w:val="center"/>
          </w:tcPr>
          <w:p w14:paraId="6F5EF2F5" w14:textId="77777777" w:rsidR="004A4CF6" w:rsidRDefault="004A4CF6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13= </w:t>
            </w:r>
          </w:p>
        </w:tc>
        <w:tc>
          <w:tcPr>
            <w:tcW w:w="1892" w:type="dxa"/>
            <w:vAlign w:val="center"/>
          </w:tcPr>
          <w:p w14:paraId="289B9EF6" w14:textId="1A6D5C8E" w:rsidR="004A4CF6" w:rsidRDefault="00F72125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arched</w:t>
            </w:r>
          </w:p>
        </w:tc>
        <w:tc>
          <w:tcPr>
            <w:tcW w:w="1824" w:type="dxa"/>
            <w:vAlign w:val="center"/>
          </w:tcPr>
          <w:p w14:paraId="752E03E1" w14:textId="0BC2CC72" w:rsidR="004A4CF6" w:rsidRDefault="00F72125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work</w:t>
            </w:r>
          </w:p>
        </w:tc>
        <w:tc>
          <w:tcPr>
            <w:tcW w:w="1825" w:type="dxa"/>
            <w:vAlign w:val="center"/>
          </w:tcPr>
          <w:p w14:paraId="0157B7A4" w14:textId="7D2AAD36" w:rsidR="004A4CF6" w:rsidRDefault="00F72125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so that</w:t>
            </w:r>
          </w:p>
        </w:tc>
      </w:tr>
      <w:tr w:rsidR="004A4CF6" w14:paraId="2C7A69E7" w14:textId="77777777" w:rsidTr="004A4CF6">
        <w:tc>
          <w:tcPr>
            <w:tcW w:w="1815" w:type="dxa"/>
            <w:vAlign w:val="center"/>
          </w:tcPr>
          <w:p w14:paraId="1F63B9DE" w14:textId="62F25C49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tantum</w:t>
            </w:r>
          </w:p>
        </w:tc>
        <w:tc>
          <w:tcPr>
            <w:tcW w:w="1827" w:type="dxa"/>
            <w:vAlign w:val="center"/>
          </w:tcPr>
          <w:p w14:paraId="4FDE34EB" w14:textId="06CB45A6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ad</w:t>
            </w:r>
          </w:p>
        </w:tc>
        <w:tc>
          <w:tcPr>
            <w:tcW w:w="1833" w:type="dxa"/>
            <w:vAlign w:val="center"/>
          </w:tcPr>
          <w:p w14:paraId="1AA0E8D9" w14:textId="3F3B9EB6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plana</w:t>
            </w:r>
          </w:p>
        </w:tc>
        <w:tc>
          <w:tcPr>
            <w:tcW w:w="1892" w:type="dxa"/>
            <w:vAlign w:val="center"/>
          </w:tcPr>
          <w:p w14:paraId="2A119FA1" w14:textId="6D4488CD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civitatis</w:t>
            </w:r>
          </w:p>
        </w:tc>
        <w:tc>
          <w:tcPr>
            <w:tcW w:w="1824" w:type="dxa"/>
            <w:vAlign w:val="center"/>
          </w:tcPr>
          <w:p w14:paraId="0125B251" w14:textId="794114C2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  <w:tc>
          <w:tcPr>
            <w:tcW w:w="1825" w:type="dxa"/>
            <w:vAlign w:val="center"/>
          </w:tcPr>
          <w:p w14:paraId="1E368433" w14:textId="50C65315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humilia</w:t>
            </w:r>
            <w:proofErr w:type="spellEnd"/>
          </w:p>
        </w:tc>
      </w:tr>
      <w:tr w:rsidR="004A4CF6" w14:paraId="349CE033" w14:textId="77777777" w:rsidTr="004A4CF6">
        <w:tc>
          <w:tcPr>
            <w:tcW w:w="1815" w:type="dxa"/>
            <w:vAlign w:val="center"/>
          </w:tcPr>
          <w:p w14:paraId="6F3D8BEF" w14:textId="7BEEF9A9" w:rsidR="004A4CF6" w:rsidRDefault="00F72125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only</w:t>
            </w:r>
          </w:p>
        </w:tc>
        <w:tc>
          <w:tcPr>
            <w:tcW w:w="1827" w:type="dxa"/>
            <w:vAlign w:val="center"/>
          </w:tcPr>
          <w:p w14:paraId="272E3D2F" w14:textId="037EDD32" w:rsidR="004A4CF6" w:rsidRDefault="00F72125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</w:t>
            </w:r>
          </w:p>
        </w:tc>
        <w:tc>
          <w:tcPr>
            <w:tcW w:w="1833" w:type="dxa"/>
            <w:vAlign w:val="center"/>
          </w:tcPr>
          <w:p w14:paraId="33EDFEC7" w14:textId="575CBF7F" w:rsidR="004A4CF6" w:rsidRDefault="00F72125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flat</w:t>
            </w:r>
          </w:p>
        </w:tc>
        <w:tc>
          <w:tcPr>
            <w:tcW w:w="1892" w:type="dxa"/>
            <w:vAlign w:val="center"/>
          </w:tcPr>
          <w:p w14:paraId="4C53F5CE" w14:textId="4108909E" w:rsidR="004A4CF6" w:rsidRDefault="00F72125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city</w:t>
            </w:r>
          </w:p>
        </w:tc>
        <w:tc>
          <w:tcPr>
            <w:tcW w:w="1824" w:type="dxa"/>
            <w:vAlign w:val="center"/>
          </w:tcPr>
          <w:p w14:paraId="4C09ADB0" w14:textId="7C92267C" w:rsidR="004A4CF6" w:rsidRDefault="00F72125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825" w:type="dxa"/>
            <w:vAlign w:val="center"/>
          </w:tcPr>
          <w:p w14:paraId="2A590837" w14:textId="631EDA38" w:rsidR="004A4CF6" w:rsidRDefault="00F72125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low (places)</w:t>
            </w:r>
          </w:p>
        </w:tc>
      </w:tr>
      <w:tr w:rsidR="004A4CF6" w14:paraId="5FC4D7EE" w14:textId="77777777" w:rsidTr="004A4CF6">
        <w:tc>
          <w:tcPr>
            <w:tcW w:w="1815" w:type="dxa"/>
            <w:vAlign w:val="center"/>
          </w:tcPr>
          <w:p w14:paraId="27A0C045" w14:textId="00A0DD3C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perveniat</w:t>
            </w:r>
            <w:proofErr w:type="spellEnd"/>
            <w:r w:rsidR="00F72125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827" w:type="dxa"/>
            <w:vAlign w:val="center"/>
          </w:tcPr>
          <w:p w14:paraId="5CFCDA47" w14:textId="5089AC06" w:rsidR="004A4CF6" w:rsidRDefault="00F72125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m</w:t>
            </w:r>
            <w:r w:rsidR="004A4CF6">
              <w:rPr>
                <w:rFonts w:ascii="Palatino" w:hAnsi="Palatino" w:cs="Palatino" w:eastAsia="Palatino"/>
                <w:color w:val="000000"/>
                <w:sz w:val="23"/>
              </w:rPr>
              <w:t>anent</w:t>
            </w:r>
            <w:proofErr w:type="spellEnd"/>
          </w:p>
        </w:tc>
        <w:tc>
          <w:tcPr>
            <w:tcW w:w="1833" w:type="dxa"/>
            <w:vAlign w:val="center"/>
          </w:tcPr>
          <w:p w14:paraId="6B4EAD02" w14:textId="47263D28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adhuc</w:t>
            </w:r>
            <w:proofErr w:type="spellEnd"/>
          </w:p>
        </w:tc>
        <w:tc>
          <w:tcPr>
            <w:tcW w:w="1892" w:type="dxa"/>
            <w:vAlign w:val="center"/>
          </w:tcPr>
          <w:p w14:paraId="4450100D" w14:textId="2105033F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paucissimi</w:t>
            </w:r>
            <w:proofErr w:type="spellEnd"/>
          </w:p>
        </w:tc>
        <w:tc>
          <w:tcPr>
            <w:tcW w:w="1824" w:type="dxa"/>
            <w:vAlign w:val="center"/>
          </w:tcPr>
          <w:p w14:paraId="4E8492F8" w14:textId="585A47F3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arcus</w:t>
            </w:r>
          </w:p>
        </w:tc>
        <w:tc>
          <w:tcPr>
            <w:tcW w:w="1825" w:type="dxa"/>
            <w:vAlign w:val="center"/>
          </w:tcPr>
          <w:p w14:paraId="4F07228A" w14:textId="1A871ABC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possunt</w:t>
            </w:r>
            <w:proofErr w:type="spellEnd"/>
          </w:p>
        </w:tc>
      </w:tr>
      <w:tr w:rsidR="004A4CF6" w14:paraId="0A1E0A24" w14:textId="77777777" w:rsidTr="004A4CF6">
        <w:tc>
          <w:tcPr>
            <w:tcW w:w="1815" w:type="dxa"/>
            <w:vAlign w:val="center"/>
          </w:tcPr>
          <w:p w14:paraId="1D9CB076" w14:textId="47152DD6" w:rsidR="004A4CF6" w:rsidRDefault="00F72125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 may not come</w:t>
            </w:r>
          </w:p>
        </w:tc>
        <w:tc>
          <w:tcPr>
            <w:tcW w:w="1827" w:type="dxa"/>
            <w:vAlign w:val="center"/>
          </w:tcPr>
          <w:p w14:paraId="1F2A6108" w14:textId="4C00AB1F" w:rsidR="004A4CF6" w:rsidRDefault="00F72125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remain</w:t>
            </w:r>
          </w:p>
        </w:tc>
        <w:tc>
          <w:tcPr>
            <w:tcW w:w="1833" w:type="dxa"/>
            <w:vAlign w:val="center"/>
          </w:tcPr>
          <w:p w14:paraId="37D9324B" w14:textId="39A3D4B4" w:rsidR="004A4CF6" w:rsidRDefault="00F72125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still</w:t>
            </w:r>
          </w:p>
        </w:tc>
        <w:tc>
          <w:tcPr>
            <w:tcW w:w="1892" w:type="dxa"/>
            <w:vAlign w:val="center"/>
          </w:tcPr>
          <w:p w14:paraId="226B3E8A" w14:textId="5417A2C2" w:rsidR="004A4CF6" w:rsidRDefault="00F72125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fewest</w:t>
            </w:r>
          </w:p>
        </w:tc>
        <w:tc>
          <w:tcPr>
            <w:tcW w:w="1824" w:type="dxa"/>
            <w:vAlign w:val="center"/>
          </w:tcPr>
          <w:p w14:paraId="074AFF11" w14:textId="577629CA" w:rsidR="004A4CF6" w:rsidRDefault="00F72125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arches</w:t>
            </w:r>
          </w:p>
        </w:tc>
        <w:tc>
          <w:tcPr>
            <w:tcW w:w="1825" w:type="dxa"/>
            <w:vAlign w:val="center"/>
          </w:tcPr>
          <w:p w14:paraId="6327D4DD" w14:textId="0228355F" w:rsidR="004A4CF6" w:rsidRDefault="00F72125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are able</w:t>
            </w:r>
          </w:p>
        </w:tc>
      </w:tr>
      <w:tr w:rsidR="004A4CF6" w14:paraId="72F43E80" w14:textId="77777777" w:rsidTr="004A4CF6">
        <w:tc>
          <w:tcPr>
            <w:tcW w:w="1815" w:type="dxa"/>
            <w:vAlign w:val="center"/>
          </w:tcPr>
          <w:p w14:paraId="6A9D30BE" w14:textId="4C194F86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  <w:tc>
          <w:tcPr>
            <w:tcW w:w="1827" w:type="dxa"/>
            <w:vAlign w:val="center"/>
          </w:tcPr>
          <w:p w14:paraId="2B63CD5B" w14:textId="020CAE7C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erigi</w:t>
            </w:r>
            <w:proofErr w:type="spellEnd"/>
          </w:p>
        </w:tc>
        <w:tc>
          <w:tcPr>
            <w:tcW w:w="1833" w:type="dxa"/>
            <w:vAlign w:val="center"/>
          </w:tcPr>
          <w:p w14:paraId="2EC9D7DA" w14:textId="3B8E869E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quidam</w:t>
            </w:r>
            <w:proofErr w:type="spellEnd"/>
          </w:p>
        </w:tc>
        <w:tc>
          <w:tcPr>
            <w:tcW w:w="1892" w:type="dxa"/>
            <w:vAlign w:val="center"/>
          </w:tcPr>
          <w:p w14:paraId="106A9E17" w14:textId="65CF1E62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lapide</w:t>
            </w:r>
            <w:proofErr w:type="spellEnd"/>
          </w:p>
        </w:tc>
        <w:tc>
          <w:tcPr>
            <w:tcW w:w="1824" w:type="dxa"/>
            <w:vAlign w:val="center"/>
          </w:tcPr>
          <w:p w14:paraId="653F8E4D" w14:textId="55CD9547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quadrato</w:t>
            </w:r>
            <w:proofErr w:type="spellEnd"/>
          </w:p>
        </w:tc>
        <w:tc>
          <w:tcPr>
            <w:tcW w:w="1825" w:type="dxa"/>
            <w:vAlign w:val="center"/>
          </w:tcPr>
          <w:p w14:paraId="524317C8" w14:textId="4AE4B26A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qui</w:t>
            </w:r>
          </w:p>
        </w:tc>
      </w:tr>
      <w:tr w:rsidR="004A4CF6" w14:paraId="0FCEB25A" w14:textId="77777777" w:rsidTr="004A4CF6">
        <w:tc>
          <w:tcPr>
            <w:tcW w:w="1815" w:type="dxa"/>
            <w:vAlign w:val="center"/>
          </w:tcPr>
          <w:p w14:paraId="1F0EB574" w14:textId="24BFB52E" w:rsidR="004A4CF6" w:rsidRDefault="00F72125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also</w:t>
            </w:r>
          </w:p>
        </w:tc>
        <w:tc>
          <w:tcPr>
            <w:tcW w:w="1827" w:type="dxa"/>
            <w:vAlign w:val="center"/>
          </w:tcPr>
          <w:p w14:paraId="1253EDD9" w14:textId="3A95EF6B" w:rsidR="004A4CF6" w:rsidRDefault="00F72125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be lifted</w:t>
            </w:r>
          </w:p>
        </w:tc>
        <w:tc>
          <w:tcPr>
            <w:tcW w:w="1833" w:type="dxa"/>
            <w:vAlign w:val="center"/>
          </w:tcPr>
          <w:p w14:paraId="38D854FB" w14:textId="1B70C8BC" w:rsidR="004A4CF6" w:rsidRDefault="00F72125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certain ones</w:t>
            </w:r>
          </w:p>
        </w:tc>
        <w:tc>
          <w:tcPr>
            <w:tcW w:w="1892" w:type="dxa"/>
            <w:vAlign w:val="center"/>
          </w:tcPr>
          <w:p w14:paraId="5E40EF08" w14:textId="6557209F" w:rsidR="004A4CF6" w:rsidRDefault="00F72125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stone</w:t>
            </w:r>
          </w:p>
        </w:tc>
        <w:tc>
          <w:tcPr>
            <w:tcW w:w="1824" w:type="dxa"/>
            <w:vAlign w:val="center"/>
          </w:tcPr>
          <w:p w14:paraId="7C1EFB8A" w14:textId="0B7DC9E1" w:rsidR="004A4CF6" w:rsidRDefault="00F72125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squared</w:t>
            </w:r>
          </w:p>
        </w:tc>
        <w:tc>
          <w:tcPr>
            <w:tcW w:w="1825" w:type="dxa"/>
            <w:vAlign w:val="center"/>
          </w:tcPr>
          <w:p w14:paraId="4BA4E414" w14:textId="6E7A1F0C" w:rsidR="004A4CF6" w:rsidRDefault="00F72125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which</w:t>
            </w:r>
          </w:p>
        </w:tc>
      </w:tr>
      <w:tr w:rsidR="004A4CF6" w14:paraId="5B95F0FF" w14:textId="77777777" w:rsidTr="004A4CF6">
        <w:tc>
          <w:tcPr>
            <w:tcW w:w="1815" w:type="dxa"/>
            <w:vAlign w:val="center"/>
          </w:tcPr>
          <w:p w14:paraId="612A9074" w14:textId="429D5C62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lastRenderedPageBreak/>
              <w:t>ex</w:t>
            </w:r>
          </w:p>
        </w:tc>
        <w:tc>
          <w:tcPr>
            <w:tcW w:w="1827" w:type="dxa"/>
            <w:vAlign w:val="center"/>
          </w:tcPr>
          <w:p w14:paraId="38F4A382" w14:textId="29EDE735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superiore</w:t>
            </w:r>
            <w:proofErr w:type="spellEnd"/>
          </w:p>
        </w:tc>
        <w:tc>
          <w:tcPr>
            <w:tcW w:w="1833" w:type="dxa"/>
            <w:vAlign w:val="center"/>
          </w:tcPr>
          <w:p w14:paraId="1C318540" w14:textId="26CB9A4C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opere</w:t>
            </w:r>
          </w:p>
        </w:tc>
        <w:tc>
          <w:tcPr>
            <w:tcW w:w="1892" w:type="dxa"/>
            <w:vAlign w:val="center"/>
          </w:tcPr>
          <w:p w14:paraId="32D1A59E" w14:textId="6BEB185E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detractus</w:t>
            </w:r>
            <w:proofErr w:type="spellEnd"/>
          </w:p>
        </w:tc>
        <w:tc>
          <w:tcPr>
            <w:tcW w:w="1824" w:type="dxa"/>
            <w:vAlign w:val="center"/>
          </w:tcPr>
          <w:p w14:paraId="2FCB6F2C" w14:textId="3512C848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est</w:t>
            </w:r>
            <w:proofErr w:type="spellEnd"/>
          </w:p>
        </w:tc>
        <w:tc>
          <w:tcPr>
            <w:tcW w:w="1825" w:type="dxa"/>
            <w:vAlign w:val="center"/>
          </w:tcPr>
          <w:p w14:paraId="2A74BD7B" w14:textId="2C9A4EFE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aliqua</w:t>
            </w:r>
            <w:proofErr w:type="spellEnd"/>
          </w:p>
        </w:tc>
      </w:tr>
      <w:tr w:rsidR="004A4CF6" w14:paraId="4E579D16" w14:textId="77777777" w:rsidTr="004A4CF6">
        <w:tc>
          <w:tcPr>
            <w:tcW w:w="1815" w:type="dxa"/>
            <w:vAlign w:val="center"/>
          </w:tcPr>
          <w:p w14:paraId="224B5442" w14:textId="53DFF867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from</w:t>
            </w:r>
          </w:p>
        </w:tc>
        <w:tc>
          <w:tcPr>
            <w:tcW w:w="1827" w:type="dxa"/>
            <w:vAlign w:val="center"/>
          </w:tcPr>
          <w:p w14:paraId="3EEC37DA" w14:textId="6E7D6BDC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pre</w:t>
            </w:r>
          </w:p>
        </w:tc>
        <w:tc>
          <w:tcPr>
            <w:tcW w:w="1833" w:type="dxa"/>
            <w:vAlign w:val="center"/>
          </w:tcPr>
          <w:p w14:paraId="072771CD" w14:textId="77777777" w:rsidR="004A4CF6" w:rsidRDefault="004A4CF6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</w:p>
        </w:tc>
        <w:tc>
          <w:tcPr>
            <w:tcW w:w="1892" w:type="dxa"/>
            <w:vAlign w:val="center"/>
          </w:tcPr>
          <w:p w14:paraId="0F458384" w14:textId="7655D8FD" w:rsidR="004A4CF6" w:rsidRDefault="00990DB8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8=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has been pulled away</w:t>
            </w:r>
          </w:p>
        </w:tc>
        <w:tc>
          <w:tcPr>
            <w:tcW w:w="1824" w:type="dxa"/>
            <w:vAlign w:val="center"/>
          </w:tcPr>
          <w:p w14:paraId="78D321B6" w14:textId="77777777" w:rsidR="004A4CF6" w:rsidRDefault="004A4CF6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8= </w:t>
            </w:r>
          </w:p>
        </w:tc>
        <w:tc>
          <w:tcPr>
            <w:tcW w:w="1825" w:type="dxa"/>
            <w:vAlign w:val="center"/>
          </w:tcPr>
          <w:p w14:paraId="56C13D40" w14:textId="7A05C502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another</w:t>
            </w:r>
          </w:p>
        </w:tc>
      </w:tr>
      <w:tr w:rsidR="004A4CF6" w14:paraId="0BAABBFA" w14:textId="77777777" w:rsidTr="004A4CF6">
        <w:tc>
          <w:tcPr>
            <w:tcW w:w="1815" w:type="dxa"/>
            <w:vAlign w:val="center"/>
          </w:tcPr>
          <w:p w14:paraId="46A8FCCD" w14:textId="36D54223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pars</w:t>
            </w:r>
          </w:p>
        </w:tc>
        <w:tc>
          <w:tcPr>
            <w:tcW w:w="1827" w:type="dxa"/>
            <w:vAlign w:val="center"/>
          </w:tcPr>
          <w:p w14:paraId="5BF72CEC" w14:textId="2E5706B7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ut</w:t>
            </w:r>
            <w:proofErr w:type="spellEnd"/>
          </w:p>
        </w:tc>
        <w:tc>
          <w:tcPr>
            <w:tcW w:w="1833" w:type="dxa"/>
            <w:vAlign w:val="center"/>
          </w:tcPr>
          <w:p w14:paraId="34833B84" w14:textId="5BA977B1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mihi</w:t>
            </w:r>
          </w:p>
        </w:tc>
        <w:tc>
          <w:tcPr>
            <w:tcW w:w="1892" w:type="dxa"/>
            <w:vAlign w:val="center"/>
          </w:tcPr>
          <w:p w14:paraId="298F125E" w14:textId="0F6199A5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videtur</w:t>
            </w:r>
            <w:proofErr w:type="spellEnd"/>
          </w:p>
        </w:tc>
        <w:tc>
          <w:tcPr>
            <w:tcW w:w="1824" w:type="dxa"/>
            <w:vAlign w:val="center"/>
          </w:tcPr>
          <w:p w14:paraId="70C06AB3" w14:textId="2E500856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testaceo</w:t>
            </w:r>
            <w:proofErr w:type="spellEnd"/>
          </w:p>
        </w:tc>
        <w:tc>
          <w:tcPr>
            <w:tcW w:w="1825" w:type="dxa"/>
            <w:vAlign w:val="center"/>
          </w:tcPr>
          <w:p w14:paraId="20CA4AF7" w14:textId="4F5CAA53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opere</w:t>
            </w:r>
          </w:p>
        </w:tc>
      </w:tr>
      <w:tr w:rsidR="004A4CF6" w14:paraId="181F8614" w14:textId="77777777" w:rsidTr="004A4CF6">
        <w:tc>
          <w:tcPr>
            <w:tcW w:w="1815" w:type="dxa"/>
            <w:vAlign w:val="center"/>
          </w:tcPr>
          <w:p w14:paraId="2FFA1BEB" w14:textId="3967BAA0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part</w:t>
            </w:r>
          </w:p>
        </w:tc>
        <w:tc>
          <w:tcPr>
            <w:tcW w:w="1827" w:type="dxa"/>
            <w:vAlign w:val="center"/>
          </w:tcPr>
          <w:p w14:paraId="290DE5C2" w14:textId="04422548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as</w:t>
            </w:r>
          </w:p>
        </w:tc>
        <w:tc>
          <w:tcPr>
            <w:tcW w:w="1833" w:type="dxa"/>
            <w:vAlign w:val="center"/>
          </w:tcPr>
          <w:p w14:paraId="1533FFB9" w14:textId="75454AC6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me</w:t>
            </w:r>
          </w:p>
        </w:tc>
        <w:tc>
          <w:tcPr>
            <w:tcW w:w="1892" w:type="dxa"/>
            <w:vAlign w:val="center"/>
          </w:tcPr>
          <w:p w14:paraId="06E6112F" w14:textId="5BC4E59B" w:rsidR="004A4CF6" w:rsidRDefault="00A15A30" w:rsidP="004A4CF6">
            <w:proofErr w:type="gramStart"/>
            <w:proofErr w:type="gramEnd"/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 seems</w:t>
            </w:r>
          </w:p>
        </w:tc>
        <w:tc>
          <w:tcPr>
            <w:tcW w:w="1824" w:type="dxa"/>
            <w:vAlign w:val="center"/>
          </w:tcPr>
          <w:p w14:paraId="432DFBA9" w14:textId="514E91D3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with brick</w:t>
            </w:r>
          </w:p>
        </w:tc>
        <w:tc>
          <w:tcPr>
            <w:tcW w:w="1825" w:type="dxa"/>
            <w:vAlign w:val="center"/>
          </w:tcPr>
          <w:p w14:paraId="561C5617" w14:textId="15379BC1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work</w:t>
            </w:r>
          </w:p>
        </w:tc>
      </w:tr>
      <w:tr w:rsidR="004A4CF6" w14:paraId="1A864823" w14:textId="77777777" w:rsidTr="004A4CF6">
        <w:tc>
          <w:tcPr>
            <w:tcW w:w="1815" w:type="dxa"/>
            <w:vAlign w:val="center"/>
          </w:tcPr>
          <w:p w14:paraId="580A676C" w14:textId="30FF1F40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agenda</w:t>
            </w:r>
          </w:p>
        </w:tc>
        <w:tc>
          <w:tcPr>
            <w:tcW w:w="1827" w:type="dxa"/>
            <w:vAlign w:val="center"/>
          </w:tcPr>
          <w:p w14:paraId="222E7DF7" w14:textId="465E9FB5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erit</w:t>
            </w:r>
            <w:proofErr w:type="spellEnd"/>
          </w:p>
        </w:tc>
        <w:tc>
          <w:tcPr>
            <w:tcW w:w="1833" w:type="dxa"/>
            <w:vAlign w:val="center"/>
          </w:tcPr>
          <w:p w14:paraId="6CA33D80" w14:textId="3721CB34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id</w:t>
            </w:r>
          </w:p>
        </w:tc>
        <w:tc>
          <w:tcPr>
            <w:tcW w:w="1892" w:type="dxa"/>
            <w:vAlign w:val="center"/>
          </w:tcPr>
          <w:p w14:paraId="4D7B505C" w14:textId="267D6BAD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enim</w:t>
            </w:r>
            <w:proofErr w:type="spellEnd"/>
          </w:p>
        </w:tc>
        <w:tc>
          <w:tcPr>
            <w:tcW w:w="1824" w:type="dxa"/>
            <w:vAlign w:val="center"/>
          </w:tcPr>
          <w:p w14:paraId="0EC6B2D1" w14:textId="349880E6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  <w:tc>
          <w:tcPr>
            <w:tcW w:w="1825" w:type="dxa"/>
            <w:vAlign w:val="center"/>
          </w:tcPr>
          <w:p w14:paraId="77C6A3C9" w14:textId="5995C21B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facilius</w:t>
            </w:r>
            <w:proofErr w:type="spellEnd"/>
          </w:p>
        </w:tc>
      </w:tr>
      <w:tr w:rsidR="004A4CF6" w14:paraId="14A299B3" w14:textId="77777777" w:rsidTr="004A4CF6">
        <w:tc>
          <w:tcPr>
            <w:tcW w:w="1815" w:type="dxa"/>
            <w:vAlign w:val="center"/>
          </w:tcPr>
          <w:p w14:paraId="2C8A32C5" w14:textId="76BFC327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need to be done</w:t>
            </w:r>
          </w:p>
        </w:tc>
        <w:tc>
          <w:tcPr>
            <w:tcW w:w="1827" w:type="dxa"/>
            <w:vAlign w:val="center"/>
          </w:tcPr>
          <w:p w14:paraId="4CCA710E" w14:textId="5C20155B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will</w:t>
            </w:r>
          </w:p>
        </w:tc>
        <w:tc>
          <w:tcPr>
            <w:tcW w:w="1833" w:type="dxa"/>
            <w:vAlign w:val="center"/>
          </w:tcPr>
          <w:p w14:paraId="0D5FF67D" w14:textId="508A09CD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 (is)</w:t>
            </w:r>
          </w:p>
        </w:tc>
        <w:tc>
          <w:tcPr>
            <w:tcW w:w="1892" w:type="dxa"/>
            <w:vAlign w:val="center"/>
          </w:tcPr>
          <w:p w14:paraId="357FC911" w14:textId="630998A8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for</w:t>
            </w:r>
          </w:p>
        </w:tc>
        <w:tc>
          <w:tcPr>
            <w:tcW w:w="1824" w:type="dxa"/>
            <w:vAlign w:val="center"/>
          </w:tcPr>
          <w:p w14:paraId="025158BD" w14:textId="3B822152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both</w:t>
            </w:r>
          </w:p>
        </w:tc>
        <w:tc>
          <w:tcPr>
            <w:tcW w:w="1825" w:type="dxa"/>
            <w:vAlign w:val="center"/>
          </w:tcPr>
          <w:p w14:paraId="05C5E9AF" w14:textId="34D44861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easier</w:t>
            </w:r>
          </w:p>
        </w:tc>
      </w:tr>
      <w:tr w:rsidR="004A4CF6" w14:paraId="39DF3979" w14:textId="77777777" w:rsidTr="004A4CF6">
        <w:tc>
          <w:tcPr>
            <w:tcW w:w="1815" w:type="dxa"/>
            <w:vAlign w:val="center"/>
          </w:tcPr>
          <w:p w14:paraId="200C493B" w14:textId="61447BBE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  <w:tc>
          <w:tcPr>
            <w:tcW w:w="1827" w:type="dxa"/>
            <w:vAlign w:val="center"/>
          </w:tcPr>
          <w:p w14:paraId="1262226B" w14:textId="1EEA9E11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vilius</w:t>
            </w:r>
            <w:proofErr w:type="spellEnd"/>
            <w:r w:rsidR="00A15A30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833" w:type="dxa"/>
            <w:vAlign w:val="center"/>
          </w:tcPr>
          <w:p w14:paraId="59CF2F5F" w14:textId="14558D47" w:rsidR="004A4CF6" w:rsidRDefault="00A15A30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s</w:t>
            </w:r>
            <w:r w:rsidR="004A4CF6">
              <w:rPr>
                <w:rFonts w:ascii="Palatino" w:hAnsi="Palatino" w:cs="Palatino" w:eastAsia="Palatino"/>
                <w:color w:val="000000"/>
                <w:sz w:val="23"/>
              </w:rPr>
              <w:t>ed</w:t>
            </w:r>
          </w:p>
        </w:tc>
        <w:tc>
          <w:tcPr>
            <w:tcW w:w="1892" w:type="dxa"/>
            <w:vAlign w:val="center"/>
          </w:tcPr>
          <w:p w14:paraId="7C593ACE" w14:textId="19D845E2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in</w:t>
            </w:r>
          </w:p>
        </w:tc>
        <w:tc>
          <w:tcPr>
            <w:tcW w:w="1824" w:type="dxa"/>
            <w:vAlign w:val="center"/>
          </w:tcPr>
          <w:p w14:paraId="0631F53D" w14:textId="18FDAA99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primis</w:t>
            </w:r>
            <w:proofErr w:type="spellEnd"/>
          </w:p>
        </w:tc>
        <w:tc>
          <w:tcPr>
            <w:tcW w:w="1825" w:type="dxa"/>
            <w:vAlign w:val="center"/>
          </w:tcPr>
          <w:p w14:paraId="4599D723" w14:textId="56866B99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necessarium</w:t>
            </w:r>
          </w:p>
        </w:tc>
      </w:tr>
      <w:tr w:rsidR="004A4CF6" w14:paraId="2C710F47" w14:textId="77777777" w:rsidTr="004A4CF6">
        <w:tc>
          <w:tcPr>
            <w:tcW w:w="1815" w:type="dxa"/>
            <w:vAlign w:val="center"/>
          </w:tcPr>
          <w:p w14:paraId="43ACB60B" w14:textId="54EC7932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827" w:type="dxa"/>
            <w:vAlign w:val="center"/>
          </w:tcPr>
          <w:p w14:paraId="53D08ABA" w14:textId="5E23CFE0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cheaper</w:t>
            </w:r>
          </w:p>
        </w:tc>
        <w:tc>
          <w:tcPr>
            <w:tcW w:w="1833" w:type="dxa"/>
            <w:vAlign w:val="center"/>
          </w:tcPr>
          <w:p w14:paraId="0266ED65" w14:textId="61B2AB4E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But</w:t>
            </w:r>
          </w:p>
        </w:tc>
        <w:tc>
          <w:tcPr>
            <w:tcW w:w="1892" w:type="dxa"/>
            <w:vAlign w:val="center"/>
          </w:tcPr>
          <w:p w14:paraId="41ADFDC7" w14:textId="324DB262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in</w:t>
            </w:r>
          </w:p>
        </w:tc>
        <w:tc>
          <w:tcPr>
            <w:tcW w:w="1824" w:type="dxa"/>
            <w:vAlign w:val="center"/>
          </w:tcPr>
          <w:p w14:paraId="4AED9D14" w14:textId="3ED4B8A2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particular</w:t>
            </w:r>
          </w:p>
        </w:tc>
        <w:tc>
          <w:tcPr>
            <w:tcW w:w="1825" w:type="dxa"/>
            <w:vAlign w:val="center"/>
          </w:tcPr>
          <w:p w14:paraId="18AFD452" w14:textId="55F8859E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necessary that</w:t>
            </w:r>
          </w:p>
        </w:tc>
      </w:tr>
      <w:tr w:rsidR="004A4CF6" w14:paraId="12417B94" w14:textId="77777777" w:rsidTr="004A4CF6">
        <w:tc>
          <w:tcPr>
            <w:tcW w:w="1815" w:type="dxa"/>
            <w:vAlign w:val="center"/>
          </w:tcPr>
          <w:p w14:paraId="394EBAC0" w14:textId="7DDAB960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est</w:t>
            </w:r>
            <w:proofErr w:type="spellEnd"/>
          </w:p>
        </w:tc>
        <w:tc>
          <w:tcPr>
            <w:tcW w:w="1827" w:type="dxa"/>
            <w:vAlign w:val="center"/>
          </w:tcPr>
          <w:p w14:paraId="1C5F3CFB" w14:textId="4B068E30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mitti</w:t>
            </w:r>
            <w:proofErr w:type="spellEnd"/>
          </w:p>
        </w:tc>
        <w:tc>
          <w:tcPr>
            <w:tcW w:w="1833" w:type="dxa"/>
            <w:vAlign w:val="center"/>
          </w:tcPr>
          <w:p w14:paraId="0CB32BE0" w14:textId="55899A15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a</w:t>
            </w:r>
          </w:p>
        </w:tc>
        <w:tc>
          <w:tcPr>
            <w:tcW w:w="1892" w:type="dxa"/>
            <w:vAlign w:val="center"/>
          </w:tcPr>
          <w:p w14:paraId="50A6D6D0" w14:textId="1AE8FEE2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te</w:t>
            </w:r>
            <w:proofErr w:type="spellEnd"/>
          </w:p>
        </w:tc>
        <w:tc>
          <w:tcPr>
            <w:tcW w:w="1824" w:type="dxa"/>
            <w:vAlign w:val="center"/>
          </w:tcPr>
          <w:p w14:paraId="2B8BCA5F" w14:textId="7786E31D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vel</w:t>
            </w:r>
          </w:p>
        </w:tc>
        <w:tc>
          <w:tcPr>
            <w:tcW w:w="1825" w:type="dxa"/>
            <w:vAlign w:val="center"/>
          </w:tcPr>
          <w:p w14:paraId="2CDF6C10" w14:textId="0CC3C686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aquilegem</w:t>
            </w:r>
            <w:proofErr w:type="spellEnd"/>
          </w:p>
        </w:tc>
      </w:tr>
      <w:tr w:rsidR="004A4CF6" w14:paraId="55E82E2E" w14:textId="77777777" w:rsidTr="004A4CF6">
        <w:tc>
          <w:tcPr>
            <w:tcW w:w="1815" w:type="dxa"/>
            <w:vAlign w:val="center"/>
          </w:tcPr>
          <w:p w14:paraId="752EA777" w14:textId="0410ACD0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it is</w:t>
            </w:r>
          </w:p>
        </w:tc>
        <w:tc>
          <w:tcPr>
            <w:tcW w:w="1827" w:type="dxa"/>
            <w:vAlign w:val="center"/>
          </w:tcPr>
          <w:p w14:paraId="19DB841B" w14:textId="4CEFBC04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 sent</w:t>
            </w:r>
          </w:p>
        </w:tc>
        <w:tc>
          <w:tcPr>
            <w:tcW w:w="1833" w:type="dxa"/>
            <w:vAlign w:val="center"/>
          </w:tcPr>
          <w:p w14:paraId="1567CDA9" w14:textId="1ABD8110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by</w:t>
            </w:r>
          </w:p>
        </w:tc>
        <w:tc>
          <w:tcPr>
            <w:tcW w:w="1892" w:type="dxa"/>
            <w:vAlign w:val="center"/>
          </w:tcPr>
          <w:p w14:paraId="4A499BAB" w14:textId="7BB42192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you</w:t>
            </w:r>
          </w:p>
        </w:tc>
        <w:tc>
          <w:tcPr>
            <w:tcW w:w="1824" w:type="dxa"/>
            <w:vAlign w:val="center"/>
          </w:tcPr>
          <w:p w14:paraId="04E5CFB5" w14:textId="7DEA9EA8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either</w:t>
            </w:r>
          </w:p>
        </w:tc>
        <w:tc>
          <w:tcPr>
            <w:tcW w:w="1825" w:type="dxa"/>
            <w:vAlign w:val="center"/>
          </w:tcPr>
          <w:p w14:paraId="7F5E0B65" w14:textId="1812B488" w:rsidR="004A4CF6" w:rsidRDefault="00A15A30" w:rsidP="004A4CF6">
            <w:proofErr w:type="spellStart"/>
            <w:proofErr w:type="spellEnd"/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 aqueduct inspector</w:t>
            </w:r>
          </w:p>
        </w:tc>
      </w:tr>
      <w:tr w:rsidR="004A4CF6" w14:paraId="77905EA9" w14:textId="77777777" w:rsidTr="004A4CF6">
        <w:tc>
          <w:tcPr>
            <w:tcW w:w="1815" w:type="dxa"/>
            <w:vAlign w:val="center"/>
          </w:tcPr>
          <w:p w14:paraId="3BD6F0F4" w14:textId="4DA3C73D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vel</w:t>
            </w:r>
          </w:p>
        </w:tc>
        <w:tc>
          <w:tcPr>
            <w:tcW w:w="1827" w:type="dxa"/>
            <w:vAlign w:val="center"/>
          </w:tcPr>
          <w:p w14:paraId="3FE6910A" w14:textId="1F1F50B8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architectum</w:t>
            </w:r>
            <w:proofErr w:type="spellEnd"/>
          </w:p>
        </w:tc>
        <w:tc>
          <w:tcPr>
            <w:tcW w:w="1833" w:type="dxa"/>
            <w:vAlign w:val="center"/>
          </w:tcPr>
          <w:p w14:paraId="0B5702A7" w14:textId="0F68695B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ne</w:t>
            </w:r>
          </w:p>
        </w:tc>
        <w:tc>
          <w:tcPr>
            <w:tcW w:w="1892" w:type="dxa"/>
            <w:vAlign w:val="center"/>
          </w:tcPr>
          <w:p w14:paraId="240D883A" w14:textId="339E789D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rursus</w:t>
            </w:r>
            <w:proofErr w:type="spellEnd"/>
          </w:p>
        </w:tc>
        <w:tc>
          <w:tcPr>
            <w:tcW w:w="1824" w:type="dxa"/>
            <w:vAlign w:val="center"/>
          </w:tcPr>
          <w:p w14:paraId="362FDE74" w14:textId="6185ED7C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eveniat</w:t>
            </w:r>
            <w:proofErr w:type="spellEnd"/>
          </w:p>
        </w:tc>
        <w:tc>
          <w:tcPr>
            <w:tcW w:w="1825" w:type="dxa"/>
            <w:vAlign w:val="center"/>
          </w:tcPr>
          <w:p w14:paraId="6575E99F" w14:textId="69F48EB4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quod</w:t>
            </w:r>
            <w:proofErr w:type="spellEnd"/>
          </w:p>
        </w:tc>
      </w:tr>
      <w:tr w:rsidR="004A4CF6" w14:paraId="2D2A34CE" w14:textId="77777777" w:rsidTr="004A4CF6">
        <w:tc>
          <w:tcPr>
            <w:tcW w:w="1815" w:type="dxa"/>
            <w:vAlign w:val="center"/>
          </w:tcPr>
          <w:p w14:paraId="788C7ACB" w14:textId="2DEF0F23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or</w:t>
            </w:r>
          </w:p>
        </w:tc>
        <w:tc>
          <w:tcPr>
            <w:tcW w:w="1827" w:type="dxa"/>
            <w:vAlign w:val="center"/>
          </w:tcPr>
          <w:p w14:paraId="404FB243" w14:textId="010E2609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 architect</w:t>
            </w:r>
          </w:p>
        </w:tc>
        <w:tc>
          <w:tcPr>
            <w:tcW w:w="1833" w:type="dxa"/>
            <w:vAlign w:val="center"/>
          </w:tcPr>
          <w:p w14:paraId="4C767933" w14:textId="0B30FA51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lest</w:t>
            </w:r>
          </w:p>
        </w:tc>
        <w:tc>
          <w:tcPr>
            <w:tcW w:w="1892" w:type="dxa"/>
            <w:vAlign w:val="center"/>
          </w:tcPr>
          <w:p w14:paraId="78147097" w14:textId="7FF478A5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again</w:t>
            </w:r>
          </w:p>
        </w:tc>
        <w:tc>
          <w:tcPr>
            <w:tcW w:w="1824" w:type="dxa"/>
            <w:vAlign w:val="center"/>
          </w:tcPr>
          <w:p w14:paraId="4330539B" w14:textId="41D17B47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may occur</w:t>
            </w:r>
          </w:p>
        </w:tc>
        <w:tc>
          <w:tcPr>
            <w:tcW w:w="1825" w:type="dxa"/>
            <w:vAlign w:val="center"/>
          </w:tcPr>
          <w:p w14:paraId="300439CD" w14:textId="62B521B9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what</w:t>
            </w:r>
          </w:p>
        </w:tc>
      </w:tr>
      <w:tr w:rsidR="004A4CF6" w14:paraId="61E0C407" w14:textId="77777777" w:rsidTr="004A4CF6">
        <w:tc>
          <w:tcPr>
            <w:tcW w:w="1815" w:type="dxa"/>
            <w:vAlign w:val="center"/>
          </w:tcPr>
          <w:p w14:paraId="7AFB65BF" w14:textId="48372090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accidit</w:t>
            </w:r>
            <w:proofErr w:type="spellEnd"/>
            <w:r w:rsidR="00A15A30">
              <w:rPr>
                <w:rFonts w:ascii="Palatino" w:hAnsi="Palatino" w:cs="Palatino" w:eastAsia="Palatino"/>
                <w:color w:val="000000"/>
                <w:sz w:val="23"/>
              </w:rPr>
              <w:t>.</w:t>
            </w:r>
          </w:p>
        </w:tc>
        <w:tc>
          <w:tcPr>
            <w:tcW w:w="1827" w:type="dxa"/>
            <w:vAlign w:val="center"/>
          </w:tcPr>
          <w:p w14:paraId="197B3D2F" w14:textId="57A5CD4A" w:rsidR="004A4CF6" w:rsidRDefault="00A15A30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e</w:t>
            </w:r>
            <w:r w:rsidR="004A4CF6">
              <w:rPr>
                <w:rFonts w:ascii="Palatino" w:hAnsi="Palatino" w:cs="Palatino" w:eastAsia="Palatino"/>
                <w:color w:val="000000"/>
                <w:sz w:val="23"/>
              </w:rPr>
              <w:t>go</w:t>
            </w:r>
          </w:p>
        </w:tc>
        <w:tc>
          <w:tcPr>
            <w:tcW w:w="1833" w:type="dxa"/>
            <w:vAlign w:val="center"/>
          </w:tcPr>
          <w:p w14:paraId="27E70406" w14:textId="4256BD7C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illud</w:t>
            </w:r>
            <w:proofErr w:type="spellEnd"/>
          </w:p>
        </w:tc>
        <w:tc>
          <w:tcPr>
            <w:tcW w:w="1892" w:type="dxa"/>
            <w:vAlign w:val="center"/>
          </w:tcPr>
          <w:p w14:paraId="64922CC0" w14:textId="14B0229B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unum</w:t>
            </w:r>
          </w:p>
        </w:tc>
        <w:tc>
          <w:tcPr>
            <w:tcW w:w="1824" w:type="dxa"/>
            <w:vAlign w:val="center"/>
          </w:tcPr>
          <w:p w14:paraId="56CBA208" w14:textId="07530F2A" w:rsidR="004A4CF6" w:rsidRDefault="00A15A30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affirmo</w:t>
            </w:r>
            <w:proofErr w:type="spellEnd"/>
          </w:p>
        </w:tc>
        <w:tc>
          <w:tcPr>
            <w:tcW w:w="1825" w:type="dxa"/>
            <w:vAlign w:val="center"/>
          </w:tcPr>
          <w:p w14:paraId="5D13F667" w14:textId="706C0B77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</w:tr>
      <w:tr w:rsidR="004A4CF6" w14:paraId="7F7EA65D" w14:textId="77777777" w:rsidTr="004A4CF6">
        <w:tc>
          <w:tcPr>
            <w:tcW w:w="1815" w:type="dxa"/>
            <w:vAlign w:val="center"/>
          </w:tcPr>
          <w:p w14:paraId="06CD2EFE" w14:textId="0B4DB463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happened</w:t>
            </w:r>
          </w:p>
        </w:tc>
        <w:tc>
          <w:tcPr>
            <w:tcW w:w="1827" w:type="dxa"/>
            <w:vAlign w:val="center"/>
          </w:tcPr>
          <w:p w14:paraId="08906FB6" w14:textId="2DED6547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</w:t>
            </w:r>
          </w:p>
        </w:tc>
        <w:tc>
          <w:tcPr>
            <w:tcW w:w="1833" w:type="dxa"/>
            <w:vAlign w:val="center"/>
          </w:tcPr>
          <w:p w14:paraId="281A5DC1" w14:textId="745696D4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that</w:t>
            </w:r>
          </w:p>
        </w:tc>
        <w:tc>
          <w:tcPr>
            <w:tcW w:w="1892" w:type="dxa"/>
            <w:vAlign w:val="center"/>
          </w:tcPr>
          <w:p w14:paraId="168B7747" w14:textId="79D149B2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4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one (thing)</w:t>
            </w:r>
          </w:p>
        </w:tc>
        <w:tc>
          <w:tcPr>
            <w:tcW w:w="1824" w:type="dxa"/>
            <w:vAlign w:val="center"/>
          </w:tcPr>
          <w:p w14:paraId="7F6BA12D" w14:textId="2C6037F6" w:rsidR="004A4CF6" w:rsidRDefault="00A15A30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confirm</w:t>
            </w:r>
          </w:p>
        </w:tc>
        <w:tc>
          <w:tcPr>
            <w:tcW w:w="1825" w:type="dxa"/>
            <w:vAlign w:val="center"/>
          </w:tcPr>
          <w:p w14:paraId="5F133900" w14:textId="5A3FBC81" w:rsidR="004A4CF6" w:rsidRDefault="009E5FA7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5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(that) both</w:t>
            </w:r>
          </w:p>
        </w:tc>
      </w:tr>
      <w:tr w:rsidR="004A4CF6" w14:paraId="2F91BFCF" w14:textId="77777777" w:rsidTr="004A4CF6">
        <w:tc>
          <w:tcPr>
            <w:tcW w:w="1815" w:type="dxa"/>
            <w:vAlign w:val="center"/>
          </w:tcPr>
          <w:p w14:paraId="78D8DE4E" w14:textId="7C00D807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utilitatem</w:t>
            </w:r>
            <w:proofErr w:type="spellEnd"/>
          </w:p>
        </w:tc>
        <w:tc>
          <w:tcPr>
            <w:tcW w:w="1827" w:type="dxa"/>
            <w:vAlign w:val="center"/>
          </w:tcPr>
          <w:p w14:paraId="32D548AD" w14:textId="476C71DD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operis</w:t>
            </w:r>
            <w:proofErr w:type="spellEnd"/>
          </w:p>
        </w:tc>
        <w:tc>
          <w:tcPr>
            <w:tcW w:w="1833" w:type="dxa"/>
            <w:vAlign w:val="center"/>
          </w:tcPr>
          <w:p w14:paraId="3B51F5E1" w14:textId="265905BA" w:rsidR="004A4CF6" w:rsidRDefault="004A4CF6" w:rsidP="004A4CF6">
            <w:r>
              <w:rPr>
                <w:rFonts w:ascii="Palatino" w:hAnsi="Palatino" w:cs="Palatino" w:eastAsia="Palatino"/>
                <w:color w:val="000000"/>
                <w:sz w:val="23"/>
              </w:rPr>
              <w:t>et</w:t>
            </w:r>
          </w:p>
        </w:tc>
        <w:tc>
          <w:tcPr>
            <w:tcW w:w="1892" w:type="dxa"/>
            <w:vAlign w:val="center"/>
          </w:tcPr>
          <w:p w14:paraId="52529B31" w14:textId="403D6D43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pulchritudinem</w:t>
            </w:r>
            <w:proofErr w:type="spellEnd"/>
          </w:p>
        </w:tc>
        <w:tc>
          <w:tcPr>
            <w:tcW w:w="1824" w:type="dxa"/>
            <w:vAlign w:val="center"/>
          </w:tcPr>
          <w:p w14:paraId="46189A91" w14:textId="0F958221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saeculo</w:t>
            </w:r>
            <w:proofErr w:type="spellEnd"/>
          </w:p>
        </w:tc>
        <w:tc>
          <w:tcPr>
            <w:tcW w:w="1825" w:type="dxa"/>
            <w:vAlign w:val="center"/>
          </w:tcPr>
          <w:p w14:paraId="38EE7881" w14:textId="75ADD6D8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tuo</w:t>
            </w:r>
            <w:proofErr w:type="spellEnd"/>
          </w:p>
        </w:tc>
      </w:tr>
      <w:tr w:rsidR="004A4CF6" w14:paraId="7194E13E" w14:textId="77777777" w:rsidTr="004A4CF6">
        <w:tc>
          <w:tcPr>
            <w:tcW w:w="1815" w:type="dxa"/>
            <w:vAlign w:val="center"/>
          </w:tcPr>
          <w:p w14:paraId="057844F7" w14:textId="4D4236B1" w:rsidR="004A4CF6" w:rsidRDefault="009E5FA7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6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the utility</w:t>
            </w:r>
          </w:p>
        </w:tc>
        <w:tc>
          <w:tcPr>
            <w:tcW w:w="1827" w:type="dxa"/>
            <w:vAlign w:val="center"/>
          </w:tcPr>
          <w:p w14:paraId="71FA6642" w14:textId="2C5056FD" w:rsidR="004A4CF6" w:rsidRDefault="009E5FA7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9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of the work</w:t>
            </w:r>
          </w:p>
        </w:tc>
        <w:tc>
          <w:tcPr>
            <w:tcW w:w="1833" w:type="dxa"/>
            <w:vAlign w:val="center"/>
          </w:tcPr>
          <w:p w14:paraId="2E31EA76" w14:textId="29F50B96" w:rsidR="004A4CF6" w:rsidRDefault="009E5FA7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7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and</w:t>
            </w:r>
          </w:p>
        </w:tc>
        <w:tc>
          <w:tcPr>
            <w:tcW w:w="1892" w:type="dxa"/>
            <w:vAlign w:val="center"/>
          </w:tcPr>
          <w:p w14:paraId="4BFC8DB4" w14:textId="74ACC4B6" w:rsidR="004A4CF6" w:rsidRDefault="009E5FA7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8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beauty</w:t>
            </w:r>
          </w:p>
        </w:tc>
        <w:tc>
          <w:tcPr>
            <w:tcW w:w="1824" w:type="dxa"/>
            <w:vAlign w:val="center"/>
          </w:tcPr>
          <w:p w14:paraId="32D50E41" w14:textId="795C7793" w:rsidR="004A4CF6" w:rsidRDefault="009E5FA7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13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time</w:t>
            </w:r>
          </w:p>
        </w:tc>
        <w:tc>
          <w:tcPr>
            <w:tcW w:w="1825" w:type="dxa"/>
            <w:vAlign w:val="center"/>
          </w:tcPr>
          <w:p w14:paraId="3290A19D" w14:textId="54D83588" w:rsidR="004A4CF6" w:rsidRDefault="009E5FA7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12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to your</w:t>
            </w:r>
          </w:p>
        </w:tc>
      </w:tr>
      <w:tr w:rsidR="004A4CF6" w14:paraId="3ABD84A4" w14:textId="77777777" w:rsidTr="004A4CF6">
        <w:tc>
          <w:tcPr>
            <w:tcW w:w="1815" w:type="dxa"/>
            <w:vAlign w:val="center"/>
          </w:tcPr>
          <w:p w14:paraId="468EB643" w14:textId="291818C7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esse</w:t>
            </w:r>
            <w:proofErr w:type="spellEnd"/>
          </w:p>
        </w:tc>
        <w:tc>
          <w:tcPr>
            <w:tcW w:w="1827" w:type="dxa"/>
            <w:vAlign w:val="center"/>
          </w:tcPr>
          <w:p w14:paraId="6BF309AB" w14:textId="1C7B4AF5" w:rsidR="004A4CF6" w:rsidRDefault="004A4CF6" w:rsidP="004A4CF6">
            <w:proofErr w:type="spellStart"/>
            <w:r>
              <w:rPr>
                <w:rFonts w:ascii="Palatino" w:hAnsi="Palatino" w:cs="Palatino" w:eastAsia="Palatino"/>
                <w:color w:val="000000"/>
                <w:sz w:val="23"/>
              </w:rPr>
              <w:t>dignissimam</w:t>
            </w:r>
            <w:proofErr w:type="spellEnd"/>
          </w:p>
        </w:tc>
        <w:tc>
          <w:tcPr>
            <w:tcW w:w="1833" w:type="dxa"/>
            <w:vAlign w:val="center"/>
          </w:tcPr>
          <w:p w14:paraId="65C6E373" w14:textId="77777777" w:rsidR="004A4CF6" w:rsidRDefault="004A4CF6" w:rsidP="004A4CF6"/>
        </w:tc>
        <w:tc>
          <w:tcPr>
            <w:tcW w:w="1892" w:type="dxa"/>
            <w:vAlign w:val="center"/>
          </w:tcPr>
          <w:p w14:paraId="1A109636" w14:textId="77777777" w:rsidR="004A4CF6" w:rsidRDefault="004A4CF6" w:rsidP="004A4CF6"/>
        </w:tc>
        <w:tc>
          <w:tcPr>
            <w:tcW w:w="1824" w:type="dxa"/>
            <w:vAlign w:val="center"/>
          </w:tcPr>
          <w:p w14:paraId="095F4A85" w14:textId="77777777" w:rsidR="004A4CF6" w:rsidRDefault="004A4CF6" w:rsidP="004A4CF6"/>
        </w:tc>
        <w:tc>
          <w:tcPr>
            <w:tcW w:w="1825" w:type="dxa"/>
            <w:vAlign w:val="center"/>
          </w:tcPr>
          <w:p w14:paraId="27BA8CEF" w14:textId="77777777" w:rsidR="004A4CF6" w:rsidRDefault="004A4CF6" w:rsidP="004A4CF6"/>
        </w:tc>
      </w:tr>
      <w:tr w:rsidR="004A4CF6" w14:paraId="4C637294" w14:textId="77777777" w:rsidTr="004A4CF6">
        <w:tc>
          <w:tcPr>
            <w:tcW w:w="1815" w:type="dxa"/>
            <w:vAlign w:val="center"/>
          </w:tcPr>
          <w:p w14:paraId="13965CED" w14:textId="18B13994" w:rsidR="004A4CF6" w:rsidRDefault="009E5FA7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10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is</w:t>
            </w:r>
          </w:p>
        </w:tc>
        <w:tc>
          <w:tcPr>
            <w:tcW w:w="1827" w:type="dxa"/>
            <w:vAlign w:val="bottom"/>
          </w:tcPr>
          <w:p w14:paraId="0A779F4E" w14:textId="0B8953C4" w:rsidR="004A4CF6" w:rsidRDefault="009E5FA7" w:rsidP="004A4CF6">
            <w:r>
              <w:rPr>
                <w:rFonts w:ascii="Palatino" w:hAnsi="Palatino" w:cs="Palatino" w:eastAsia="Palatino"/>
                <w:b/>
                <w:color w:val="C00000"/>
                <w:sz w:val="17"/>
              </w:rPr>
              <w:t xml:space="preserve">11 </w:t>
            </w:r>
            <w:r>
              <w:rPr>
                <w:rFonts w:ascii="Palatino" w:hAnsi="Palatino" w:cs="Palatino" w:eastAsia="Palatino"/>
                <w:b w:val="0"/>
                <w:color w:val="C00000"/>
                <w:sz w:val="17"/>
              </w:rPr>
              <w:t>most worthy</w:t>
            </w:r>
          </w:p>
        </w:tc>
        <w:tc>
          <w:tcPr>
            <w:tcW w:w="1833" w:type="dxa"/>
            <w:vAlign w:val="bottom"/>
          </w:tcPr>
          <w:p w14:paraId="2A273773" w14:textId="77777777" w:rsidR="004A4CF6" w:rsidRDefault="004A4CF6" w:rsidP="004A4CF6"/>
        </w:tc>
        <w:tc>
          <w:tcPr>
            <w:tcW w:w="1892" w:type="dxa"/>
            <w:vAlign w:val="bottom"/>
          </w:tcPr>
          <w:p w14:paraId="3D86EE86" w14:textId="77777777" w:rsidR="004A4CF6" w:rsidRDefault="004A4CF6" w:rsidP="004A4CF6"/>
        </w:tc>
        <w:tc>
          <w:tcPr>
            <w:tcW w:w="1824" w:type="dxa"/>
            <w:vAlign w:val="bottom"/>
          </w:tcPr>
          <w:p w14:paraId="7C7969E9" w14:textId="77777777" w:rsidR="004A4CF6" w:rsidRDefault="004A4CF6" w:rsidP="004A4CF6"/>
        </w:tc>
        <w:tc>
          <w:tcPr>
            <w:tcW w:w="1825" w:type="dxa"/>
            <w:vAlign w:val="bottom"/>
          </w:tcPr>
          <w:p w14:paraId="58E10AAD" w14:textId="77777777" w:rsidR="004A4CF6" w:rsidRDefault="004A4CF6" w:rsidP="004A4CF6"/>
        </w:tc>
      </w:tr>
    </w:tbl>
    <w:p w14:paraId="22013AE7" w14:textId="77777777" w:rsidR="004A4CF6" w:rsidRPr="004A4CF6" w:rsidRDefault="004A4CF6" w:rsidP="004A4CF6"/>
    <w:p w14:paraId="243D7EAB" w14:textId="77777777" w:rsidR="004A4CF6" w:rsidRPr="004A4CF6" w:rsidRDefault="004A4CF6" w:rsidP="004A4CF6"/>
    <w:p w14:paraId="66313C49" w14:textId="77777777" w:rsidR="004A4CF6" w:rsidRPr="004A4CF6" w:rsidRDefault="004A4CF6" w:rsidP="004A4CF6"/>
    <w:p w14:paraId="09E2B861" w14:textId="77777777" w:rsidR="004A4CF6" w:rsidRPr="004A4CF6" w:rsidRDefault="004A4CF6" w:rsidP="004A4CF6"/>
    <w:p w14:paraId="59C81E61" w14:textId="77777777" w:rsidR="004A4CF6" w:rsidRPr="004A4CF6" w:rsidRDefault="004A4CF6" w:rsidP="004A4CF6"/>
    <w:p w14:paraId="6D425178" w14:textId="77777777" w:rsidR="004A4CF6" w:rsidRPr="004A4CF6" w:rsidRDefault="004A4CF6" w:rsidP="004A4CF6"/>
    <w:p w14:paraId="243C4774" w14:textId="77777777" w:rsidR="004A4CF6" w:rsidRPr="004A4CF6" w:rsidRDefault="004A4CF6" w:rsidP="004A4CF6"/>
    <w:p w14:paraId="378E057B" w14:textId="77777777" w:rsidR="004A4CF6" w:rsidRPr="004A4CF6" w:rsidRDefault="004A4CF6" w:rsidP="004A4CF6"/>
    <w:p w14:paraId="1DD4A690" w14:textId="77777777" w:rsidR="004A4CF6" w:rsidRPr="004A4CF6" w:rsidRDefault="004A4CF6" w:rsidP="004A4CF6"/>
    <w:p w14:paraId="0206AB5F" w14:textId="77777777" w:rsidR="004A4CF6" w:rsidRPr="004A4CF6" w:rsidRDefault="004A4CF6" w:rsidP="004A4CF6"/>
    <w:p w14:paraId="54E912CF" w14:textId="77777777" w:rsidR="004A4CF6" w:rsidRPr="004A4CF6" w:rsidRDefault="004A4CF6" w:rsidP="004A4CF6"/>
    <w:p w14:paraId="0C836AFE" w14:textId="77777777" w:rsidR="004A4CF6" w:rsidRPr="004A4CF6" w:rsidRDefault="004A4CF6" w:rsidP="004A4CF6"/>
    <w:p w14:paraId="7D181F83" w14:textId="77777777" w:rsidR="004A4CF6" w:rsidRPr="004A4CF6" w:rsidRDefault="004A4CF6" w:rsidP="004A4CF6"/>
    <w:p w14:paraId="217DD7AF" w14:textId="77777777" w:rsidR="004A4CF6" w:rsidRPr="004A4CF6" w:rsidRDefault="004A4CF6" w:rsidP="004A4CF6"/>
    <w:p w14:paraId="495A45AD" w14:textId="77777777" w:rsidR="004A4CF6" w:rsidRPr="004A4CF6" w:rsidRDefault="004A4CF6" w:rsidP="004A4CF6"/>
    <w:p w14:paraId="05848124" w14:textId="77777777" w:rsidR="009E5FA7" w:rsidRPr="004A4CF6" w:rsidRDefault="009E5FA7" w:rsidP="004A4CF6"/>
    <w:sectPr w:rsidR="00000000" w:rsidRPr="004A4CF6" w:rsidSect="004A4CF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40918830">
    <w:abstractNumId w:val="8"/>
  </w:num>
  <w:num w:numId="2" w16cid:durableId="13042781">
    <w:abstractNumId w:val="6"/>
  </w:num>
  <w:num w:numId="3" w16cid:durableId="305084291">
    <w:abstractNumId w:val="5"/>
  </w:num>
  <w:num w:numId="4" w16cid:durableId="425351354">
    <w:abstractNumId w:val="4"/>
  </w:num>
  <w:num w:numId="5" w16cid:durableId="1316300499">
    <w:abstractNumId w:val="7"/>
  </w:num>
  <w:num w:numId="6" w16cid:durableId="495809357">
    <w:abstractNumId w:val="3"/>
  </w:num>
  <w:num w:numId="7" w16cid:durableId="1150294872">
    <w:abstractNumId w:val="2"/>
  </w:num>
  <w:num w:numId="8" w16cid:durableId="1288857594">
    <w:abstractNumId w:val="1"/>
  </w:num>
  <w:num w:numId="9" w16cid:durableId="20036992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E1EA8"/>
    <w:rsid w:val="0024107F"/>
    <w:rsid w:val="0029639D"/>
    <w:rsid w:val="00326F90"/>
    <w:rsid w:val="004A4CF6"/>
    <w:rsid w:val="00990DB8"/>
    <w:rsid w:val="009958C6"/>
    <w:rsid w:val="009E5FA7"/>
    <w:rsid w:val="00A15A30"/>
    <w:rsid w:val="00AA1D8D"/>
    <w:rsid w:val="00B4583C"/>
    <w:rsid w:val="00B47730"/>
    <w:rsid w:val="00CB0664"/>
    <w:rsid w:val="00F7212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7457DD3"/>
  <w14:defaultImageDpi w14:val="300"/>
  <w15:docId w15:val="{ED25BD9B-0616-4F6D-A024-FE60B95EB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Palatino" w:hAnsi="Palatino" w:cs="Palatino" w:eastAsia="Palatino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423</Words>
  <Characters>1897</Characters>
  <Application>Microsoft Office Word</Application>
  <DocSecurity>0</DocSecurity>
  <Lines>29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Jonathan Hills</cp:lastModifiedBy>
  <cp:revision>2</cp:revision>
  <dcterms:created xsi:type="dcterms:W3CDTF">2025-06-19T16:18:00Z</dcterms:created>
  <dcterms:modified xsi:type="dcterms:W3CDTF">2025-06-19T16:18:00Z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760bc632-c0cb-42b0-be44-911fbe6b5fdc</vt:lpwstr>
  </property>
</Properties>
</file>